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3B0F" w14:textId="77777777" w:rsidR="00F925E9" w:rsidRDefault="00000000">
      <w:pPr>
        <w:autoSpaceDE w:val="0"/>
        <w:autoSpaceDN w:val="0"/>
        <w:spacing w:after="0" w:line="220" w:lineRule="exact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78E0545" wp14:editId="6E6CD997">
            <wp:simplePos x="0" y="0"/>
            <wp:positionH relativeFrom="page">
              <wp:posOffset>25400</wp:posOffset>
            </wp:positionH>
            <wp:positionV relativeFrom="page">
              <wp:posOffset>12700</wp:posOffset>
            </wp:positionV>
            <wp:extent cx="7518400" cy="10680700"/>
            <wp:effectExtent l="0" t="0" r="0" b="0"/>
            <wp:wrapNone/>
            <wp:docPr id="666" name="unna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57D20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55E03D2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2C58F45" w14:textId="77777777" w:rsidR="00F925E9" w:rsidRDefault="00F925E9">
      <w:pPr>
        <w:sectPr w:rsidR="00F925E9">
          <w:pgSz w:w="11900" w:h="16840"/>
          <w:pgMar w:top="240" w:right="240" w:bottom="240" w:left="240" w:header="720" w:footer="720" w:gutter="0"/>
          <w:cols w:space="720"/>
          <w:docGrid w:linePitch="360"/>
        </w:sectPr>
      </w:pPr>
    </w:p>
    <w:p w14:paraId="601606D5" w14:textId="77777777" w:rsidR="00F925E9" w:rsidRDefault="00F925E9">
      <w:pPr>
        <w:autoSpaceDE w:val="0"/>
        <w:autoSpaceDN w:val="0"/>
        <w:spacing w:after="0" w:line="220" w:lineRule="exact"/>
      </w:pPr>
    </w:p>
    <w:p w14:paraId="4810FF22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F188874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7B37A074" w14:textId="77777777" w:rsidR="00F925E9" w:rsidRDefault="00000000">
      <w:pPr>
        <w:autoSpaceDE w:val="0"/>
        <w:autoSpaceDN w:val="0"/>
        <w:spacing w:before="634" w:after="0" w:line="178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PANDUAN MASA TAARUF MURID MADRASAH</w:t>
      </w:r>
    </w:p>
    <w:p w14:paraId="20138BF0" w14:textId="77777777" w:rsidR="00F925E9" w:rsidRDefault="00000000">
      <w:pPr>
        <w:autoSpaceDE w:val="0"/>
        <w:autoSpaceDN w:val="0"/>
        <w:spacing w:before="236" w:after="0" w:line="224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(MATAMUDA) TAHUN 2026</w:t>
      </w:r>
    </w:p>
    <w:p w14:paraId="28EC2B2A" w14:textId="77777777" w:rsidR="00F925E9" w:rsidRDefault="00000000">
      <w:pPr>
        <w:autoSpaceDE w:val="0"/>
        <w:autoSpaceDN w:val="0"/>
        <w:spacing w:before="610" w:after="0" w:line="174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UNTUK</w:t>
      </w:r>
    </w:p>
    <w:p w14:paraId="0740ADD9" w14:textId="77777777" w:rsidR="00F925E9" w:rsidRDefault="00000000">
      <w:pPr>
        <w:autoSpaceDE w:val="0"/>
        <w:autoSpaceDN w:val="0"/>
        <w:spacing w:before="650" w:after="0" w:line="17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RA</w:t>
      </w:r>
    </w:p>
    <w:p w14:paraId="575A0B2A" w14:textId="77777777" w:rsidR="00F925E9" w:rsidRDefault="00000000">
      <w:pPr>
        <w:autoSpaceDE w:val="0"/>
        <w:autoSpaceDN w:val="0"/>
        <w:spacing w:before="660" w:after="0" w:line="170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MI</w:t>
      </w:r>
    </w:p>
    <w:p w14:paraId="346B1FFA" w14:textId="77777777" w:rsidR="00F925E9" w:rsidRDefault="00000000">
      <w:pPr>
        <w:autoSpaceDE w:val="0"/>
        <w:autoSpaceDN w:val="0"/>
        <w:spacing w:before="654" w:after="0" w:line="176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MTs</w:t>
      </w:r>
    </w:p>
    <w:p w14:paraId="0CB68BDF" w14:textId="77777777" w:rsidR="00F925E9" w:rsidRDefault="00000000">
      <w:pPr>
        <w:autoSpaceDE w:val="0"/>
        <w:autoSpaceDN w:val="0"/>
        <w:spacing w:before="656" w:after="0" w:line="170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MA</w:t>
      </w:r>
    </w:p>
    <w:p w14:paraId="52209984" w14:textId="77777777" w:rsidR="00F925E9" w:rsidRDefault="00000000">
      <w:pPr>
        <w:autoSpaceDE w:val="0"/>
        <w:autoSpaceDN w:val="0"/>
        <w:spacing w:before="7684" w:after="0" w:line="192" w:lineRule="exact"/>
        <w:jc w:val="center"/>
      </w:pPr>
      <w:r>
        <w:rPr>
          <w:rFonts w:ascii="ArialMT" w:eastAsia="ArialMT" w:hAnsi="ArialMT"/>
          <w:color w:val="1A1A1A"/>
          <w:spacing w:val="-10"/>
        </w:rPr>
        <w:t>DIREKTORAT KURIKULUM, SARANA, KELEMBAGAAN, DAN KESISWAAN MADRASAH</w:t>
      </w:r>
    </w:p>
    <w:p w14:paraId="47AE3CF0" w14:textId="77777777" w:rsidR="00F925E9" w:rsidRDefault="00000000">
      <w:pPr>
        <w:autoSpaceDE w:val="0"/>
        <w:autoSpaceDN w:val="0"/>
        <w:spacing w:before="186" w:after="0" w:line="164" w:lineRule="exact"/>
        <w:jc w:val="center"/>
      </w:pPr>
      <w:r>
        <w:rPr>
          <w:rFonts w:ascii="ArialMT" w:eastAsia="ArialMT" w:hAnsi="ArialMT"/>
          <w:color w:val="1A1A1A"/>
          <w:spacing w:val="-10"/>
        </w:rPr>
        <w:t>DIREKTORAT JENDERAL PENDIDIKAN ISLAM</w:t>
      </w:r>
    </w:p>
    <w:p w14:paraId="026490D1" w14:textId="77777777" w:rsidR="00F925E9" w:rsidRDefault="00000000">
      <w:pPr>
        <w:autoSpaceDE w:val="0"/>
        <w:autoSpaceDN w:val="0"/>
        <w:spacing w:before="216" w:after="0" w:line="164" w:lineRule="exact"/>
        <w:jc w:val="center"/>
      </w:pPr>
      <w:r>
        <w:rPr>
          <w:rFonts w:ascii="ArialMT" w:eastAsia="ArialMT" w:hAnsi="ArialMT"/>
          <w:color w:val="1A1A1A"/>
          <w:spacing w:val="-10"/>
        </w:rPr>
        <w:t>KEMENTERIAN AGAMA REPUBLIK INDONESIA</w:t>
      </w:r>
    </w:p>
    <w:p w14:paraId="67145C4B" w14:textId="77777777" w:rsidR="00F925E9" w:rsidRDefault="00000000">
      <w:pPr>
        <w:autoSpaceDE w:val="0"/>
        <w:autoSpaceDN w:val="0"/>
        <w:spacing w:before="216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2026</w:t>
      </w:r>
    </w:p>
    <w:p w14:paraId="13259632" w14:textId="77777777" w:rsidR="00F925E9" w:rsidRDefault="00000000">
      <w:pPr>
        <w:autoSpaceDE w:val="0"/>
        <w:autoSpaceDN w:val="0"/>
        <w:spacing w:before="722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ii</w:t>
      </w:r>
    </w:p>
    <w:p w14:paraId="23FFCAB1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270FA991" w14:textId="77777777" w:rsidR="00F925E9" w:rsidRDefault="00F925E9">
      <w:pPr>
        <w:autoSpaceDE w:val="0"/>
        <w:autoSpaceDN w:val="0"/>
        <w:spacing w:after="0" w:line="220" w:lineRule="exact"/>
      </w:pPr>
    </w:p>
    <w:p w14:paraId="1EE8DB2C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662CE300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630D63CB" w14:textId="77777777" w:rsidR="00F925E9" w:rsidRDefault="00000000">
      <w:pPr>
        <w:autoSpaceDE w:val="0"/>
        <w:autoSpaceDN w:val="0"/>
        <w:spacing w:before="1048" w:after="0" w:line="178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PANDUAN MASA TAARUF MURID MADRASAH</w:t>
      </w:r>
    </w:p>
    <w:p w14:paraId="13BA5910" w14:textId="77777777" w:rsidR="00F925E9" w:rsidRDefault="00000000">
      <w:pPr>
        <w:autoSpaceDE w:val="0"/>
        <w:autoSpaceDN w:val="0"/>
        <w:spacing w:before="234" w:after="0" w:line="226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(MATAMUDA) TAHUN 2026</w:t>
      </w:r>
    </w:p>
    <w:p w14:paraId="6EF76705" w14:textId="77777777" w:rsidR="00F925E9" w:rsidRDefault="00000000">
      <w:pPr>
        <w:autoSpaceDE w:val="0"/>
        <w:autoSpaceDN w:val="0"/>
        <w:spacing w:before="748" w:after="0" w:line="174" w:lineRule="exact"/>
        <w:ind w:left="1200"/>
      </w:pPr>
      <w:r>
        <w:rPr>
          <w:rFonts w:ascii="Arial" w:eastAsia="Arial" w:hAnsi="Arial"/>
          <w:b/>
          <w:color w:val="000000"/>
          <w:spacing w:val="-10"/>
          <w:sz w:val="24"/>
        </w:rPr>
        <w:t>Pembina</w:t>
      </w:r>
    </w:p>
    <w:p w14:paraId="24380B1A" w14:textId="77777777" w:rsidR="00F925E9" w:rsidRDefault="00000000">
      <w:pPr>
        <w:autoSpaceDE w:val="0"/>
        <w:autoSpaceDN w:val="0"/>
        <w:spacing w:before="96" w:after="0" w:line="224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Prof. Dr. Hj. Nyayu Khodijah, S.Ag., M.Si.</w:t>
      </w:r>
    </w:p>
    <w:p w14:paraId="150EA7A9" w14:textId="77777777" w:rsidR="00F925E9" w:rsidRDefault="00000000">
      <w:pPr>
        <w:autoSpaceDE w:val="0"/>
        <w:autoSpaceDN w:val="0"/>
        <w:spacing w:before="276" w:after="0" w:line="276" w:lineRule="exact"/>
        <w:ind w:left="1200" w:right="7920"/>
      </w:pPr>
      <w:r>
        <w:rPr>
          <w:rFonts w:ascii="Arial" w:eastAsia="Arial" w:hAnsi="Arial"/>
          <w:b/>
          <w:color w:val="1A1A1A"/>
          <w:spacing w:val="-10"/>
          <w:sz w:val="24"/>
        </w:rPr>
        <w:t xml:space="preserve">Penanggung Jawab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>H. Solla Taufiq</w:t>
      </w:r>
    </w:p>
    <w:p w14:paraId="6E42AF3F" w14:textId="77777777" w:rsidR="00F925E9" w:rsidRDefault="00000000">
      <w:pPr>
        <w:autoSpaceDE w:val="0"/>
        <w:autoSpaceDN w:val="0"/>
        <w:spacing w:before="284" w:after="0" w:line="272" w:lineRule="exact"/>
        <w:ind w:left="1200" w:right="8352"/>
      </w:pPr>
      <w:r>
        <w:rPr>
          <w:rFonts w:ascii="Arial" w:eastAsia="Arial" w:hAnsi="Arial"/>
          <w:b/>
          <w:color w:val="1A1A1A"/>
          <w:spacing w:val="-10"/>
          <w:sz w:val="24"/>
        </w:rPr>
        <w:t xml:space="preserve">Tim Penyusun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>Hj. Ety Herawaty</w:t>
      </w:r>
    </w:p>
    <w:p w14:paraId="0F49EE37" w14:textId="77777777" w:rsidR="00F925E9" w:rsidRDefault="00000000">
      <w:pPr>
        <w:autoSpaceDE w:val="0"/>
        <w:autoSpaceDN w:val="0"/>
        <w:spacing w:before="58" w:after="0" w:line="174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H. Taswirman</w:t>
      </w:r>
    </w:p>
    <w:p w14:paraId="22445DDE" w14:textId="77777777" w:rsidR="00F925E9" w:rsidRDefault="00000000">
      <w:pPr>
        <w:autoSpaceDE w:val="0"/>
        <w:autoSpaceDN w:val="0"/>
        <w:spacing w:before="96" w:after="0" w:line="178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H. Ahmad Chair Maulida</w:t>
      </w:r>
    </w:p>
    <w:p w14:paraId="33D1D5BB" w14:textId="77777777" w:rsidR="00F925E9" w:rsidRDefault="00000000">
      <w:pPr>
        <w:autoSpaceDE w:val="0"/>
        <w:autoSpaceDN w:val="0"/>
        <w:spacing w:before="376" w:after="0" w:line="176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Penulis</w:t>
      </w:r>
    </w:p>
    <w:p w14:paraId="140136BC" w14:textId="77777777" w:rsidR="00F925E9" w:rsidRDefault="00000000">
      <w:pPr>
        <w:autoSpaceDE w:val="0"/>
        <w:autoSpaceDN w:val="0"/>
        <w:spacing w:before="44" w:after="0" w:line="278" w:lineRule="exact"/>
        <w:ind w:left="1200" w:right="7776"/>
      </w:pPr>
      <w:r>
        <w:rPr>
          <w:rFonts w:ascii="ArialMT" w:eastAsia="ArialMT" w:hAnsi="ArialMT"/>
          <w:color w:val="1A1A1A"/>
          <w:spacing w:val="-10"/>
          <w:sz w:val="24"/>
        </w:rPr>
        <w:t xml:space="preserve">H. Solla Taufiq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 xml:space="preserve">H. Ngusri Yusron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>Yurian Wahyu Hidayat</w:t>
      </w:r>
    </w:p>
    <w:p w14:paraId="0D9D8EEF" w14:textId="77777777" w:rsidR="00F925E9" w:rsidRDefault="00000000">
      <w:pPr>
        <w:autoSpaceDE w:val="0"/>
        <w:autoSpaceDN w:val="0"/>
        <w:spacing w:before="48" w:after="0" w:line="178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Santika Asri Diniati</w:t>
      </w:r>
    </w:p>
    <w:p w14:paraId="708128FC" w14:textId="77777777" w:rsidR="00F925E9" w:rsidRDefault="00000000">
      <w:pPr>
        <w:autoSpaceDE w:val="0"/>
        <w:autoSpaceDN w:val="0"/>
        <w:spacing w:before="104" w:after="0" w:line="174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Yandri Pianus</w:t>
      </w:r>
    </w:p>
    <w:p w14:paraId="260E344C" w14:textId="77777777" w:rsidR="00F925E9" w:rsidRDefault="00000000">
      <w:pPr>
        <w:autoSpaceDE w:val="0"/>
        <w:autoSpaceDN w:val="0"/>
        <w:spacing w:before="40" w:after="0" w:line="280" w:lineRule="exact"/>
        <w:ind w:left="1200" w:right="7632"/>
      </w:pPr>
      <w:r>
        <w:rPr>
          <w:rFonts w:ascii="ArialMT" w:eastAsia="ArialMT" w:hAnsi="ArialMT"/>
          <w:color w:val="1A1A1A"/>
          <w:spacing w:val="-10"/>
          <w:sz w:val="24"/>
        </w:rPr>
        <w:t xml:space="preserve">Apang Sopandi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>Taufan Angga Kusuma</w:t>
      </w:r>
    </w:p>
    <w:p w14:paraId="09F91F0E" w14:textId="77777777" w:rsidR="00F925E9" w:rsidRDefault="00000000">
      <w:pPr>
        <w:autoSpaceDE w:val="0"/>
        <w:autoSpaceDN w:val="0"/>
        <w:spacing w:before="48" w:after="0" w:line="178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Iim Saeful Rahim</w:t>
      </w:r>
    </w:p>
    <w:p w14:paraId="35290E97" w14:textId="77777777" w:rsidR="00F925E9" w:rsidRDefault="00000000">
      <w:pPr>
        <w:autoSpaceDE w:val="0"/>
        <w:autoSpaceDN w:val="0"/>
        <w:spacing w:before="376" w:after="0" w:line="176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Penelaah</w:t>
      </w:r>
    </w:p>
    <w:p w14:paraId="03217AAB" w14:textId="77777777" w:rsidR="00F925E9" w:rsidRDefault="00000000">
      <w:pPr>
        <w:autoSpaceDE w:val="0"/>
        <w:autoSpaceDN w:val="0"/>
        <w:spacing w:before="104" w:after="0" w:line="174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Dr. H. Nursalim</w:t>
      </w:r>
    </w:p>
    <w:p w14:paraId="366BB45C" w14:textId="77777777" w:rsidR="00F925E9" w:rsidRDefault="00000000">
      <w:pPr>
        <w:autoSpaceDE w:val="0"/>
        <w:autoSpaceDN w:val="0"/>
        <w:spacing w:before="98" w:after="0" w:line="176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H. Muhammad Holis</w:t>
      </w:r>
    </w:p>
    <w:p w14:paraId="5CF2F6C7" w14:textId="77777777" w:rsidR="00F925E9" w:rsidRDefault="00000000">
      <w:pPr>
        <w:autoSpaceDE w:val="0"/>
        <w:autoSpaceDN w:val="0"/>
        <w:spacing w:before="50" w:after="0" w:line="276" w:lineRule="exact"/>
        <w:ind w:left="1200" w:right="7776"/>
      </w:pPr>
      <w:r>
        <w:rPr>
          <w:rFonts w:ascii="ArialMT" w:eastAsia="ArialMT" w:hAnsi="ArialMT"/>
          <w:color w:val="1A1A1A"/>
          <w:spacing w:val="-10"/>
          <w:sz w:val="24"/>
        </w:rPr>
        <w:t xml:space="preserve">H. Aceng Solihin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 xml:space="preserve">Hj. Erni Qomaria Rida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>Ratu Feti Fathiyati</w:t>
      </w:r>
    </w:p>
    <w:p w14:paraId="6FF21A77" w14:textId="77777777" w:rsidR="00F925E9" w:rsidRDefault="00000000">
      <w:pPr>
        <w:autoSpaceDE w:val="0"/>
        <w:autoSpaceDN w:val="0"/>
        <w:spacing w:before="48" w:after="0" w:line="178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Euis Susilawati</w:t>
      </w:r>
    </w:p>
    <w:p w14:paraId="35EE2FD5" w14:textId="77777777" w:rsidR="00F925E9" w:rsidRDefault="00000000">
      <w:pPr>
        <w:autoSpaceDE w:val="0"/>
        <w:autoSpaceDN w:val="0"/>
        <w:spacing w:before="104" w:after="0" w:line="174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Muhamad Zubad</w:t>
      </w:r>
    </w:p>
    <w:p w14:paraId="0DADC7BD" w14:textId="77777777" w:rsidR="00F925E9" w:rsidRDefault="00000000">
      <w:pPr>
        <w:autoSpaceDE w:val="0"/>
        <w:autoSpaceDN w:val="0"/>
        <w:spacing w:before="98" w:after="0" w:line="222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Yessy Anwar</w:t>
      </w:r>
    </w:p>
    <w:p w14:paraId="5ED44A77" w14:textId="77777777" w:rsidR="00F925E9" w:rsidRDefault="00000000">
      <w:pPr>
        <w:autoSpaceDE w:val="0"/>
        <w:autoSpaceDN w:val="0"/>
        <w:spacing w:before="328" w:after="0" w:line="178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Sekretariat</w:t>
      </w:r>
    </w:p>
    <w:p w14:paraId="1139A8E6" w14:textId="77777777" w:rsidR="00F925E9" w:rsidRDefault="00000000">
      <w:pPr>
        <w:autoSpaceDE w:val="0"/>
        <w:autoSpaceDN w:val="0"/>
        <w:spacing w:before="104" w:after="0" w:line="174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Vira Febriani</w:t>
      </w:r>
    </w:p>
    <w:p w14:paraId="6C114815" w14:textId="77777777" w:rsidR="00F925E9" w:rsidRDefault="00000000">
      <w:pPr>
        <w:autoSpaceDE w:val="0"/>
        <w:autoSpaceDN w:val="0"/>
        <w:spacing w:before="98" w:after="0" w:line="222" w:lineRule="exact"/>
        <w:ind w:left="1200"/>
      </w:pPr>
      <w:r>
        <w:rPr>
          <w:rFonts w:ascii="ArialMT" w:eastAsia="ArialMT" w:hAnsi="ArialMT"/>
          <w:color w:val="1A1A1A"/>
          <w:spacing w:val="-10"/>
          <w:sz w:val="24"/>
        </w:rPr>
        <w:t>Imam Prasetyo</w:t>
      </w:r>
    </w:p>
    <w:p w14:paraId="6E07473C" w14:textId="77777777" w:rsidR="00F925E9" w:rsidRDefault="00000000">
      <w:pPr>
        <w:autoSpaceDE w:val="0"/>
        <w:autoSpaceDN w:val="0"/>
        <w:spacing w:before="3310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iii</w:t>
      </w:r>
    </w:p>
    <w:p w14:paraId="2844C182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70C063AD" w14:textId="77777777" w:rsidR="00F925E9" w:rsidRDefault="00F925E9">
      <w:pPr>
        <w:autoSpaceDE w:val="0"/>
        <w:autoSpaceDN w:val="0"/>
        <w:spacing w:after="0" w:line="220" w:lineRule="exact"/>
      </w:pPr>
    </w:p>
    <w:p w14:paraId="1FBCE0AE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C043E5E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9D956BE" w14:textId="77777777" w:rsidR="00F925E9" w:rsidRDefault="00000000">
      <w:pPr>
        <w:autoSpaceDE w:val="0"/>
        <w:autoSpaceDN w:val="0"/>
        <w:spacing w:before="1118" w:after="368" w:line="222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Kata Pengantar</w:t>
      </w:r>
    </w:p>
    <w:tbl>
      <w:tblPr>
        <w:tblW w:w="0" w:type="auto"/>
        <w:tblInd w:w="960" w:type="dxa"/>
        <w:tblLayout w:type="fixed"/>
        <w:tblLook w:val="04A0" w:firstRow="1" w:lastRow="0" w:firstColumn="1" w:lastColumn="0" w:noHBand="0" w:noVBand="1"/>
      </w:tblPr>
      <w:tblGrid>
        <w:gridCol w:w="2160"/>
        <w:gridCol w:w="900"/>
        <w:gridCol w:w="1220"/>
        <w:gridCol w:w="1420"/>
        <w:gridCol w:w="1260"/>
        <w:gridCol w:w="1340"/>
        <w:gridCol w:w="1560"/>
      </w:tblGrid>
      <w:tr w:rsidR="00F925E9" w14:paraId="43FE1EEB" w14:textId="77777777">
        <w:trPr>
          <w:trHeight w:hRule="exact" w:val="344"/>
        </w:trPr>
        <w:tc>
          <w:tcPr>
            <w:tcW w:w="2160" w:type="dxa"/>
            <w:tcMar>
              <w:left w:w="0" w:type="dxa"/>
              <w:right w:w="0" w:type="dxa"/>
            </w:tcMar>
          </w:tcPr>
          <w:p w14:paraId="61E19282" w14:textId="77777777" w:rsidR="00F925E9" w:rsidRDefault="00000000">
            <w:pPr>
              <w:autoSpaceDE w:val="0"/>
              <w:autoSpaceDN w:val="0"/>
              <w:spacing w:before="62" w:after="0" w:line="176" w:lineRule="exact"/>
              <w:ind w:right="10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Memasuki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25BE7D1D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Tahun</w:t>
            </w:r>
          </w:p>
        </w:tc>
        <w:tc>
          <w:tcPr>
            <w:tcW w:w="1220" w:type="dxa"/>
            <w:tcMar>
              <w:left w:w="0" w:type="dxa"/>
              <w:right w:w="0" w:type="dxa"/>
            </w:tcMar>
          </w:tcPr>
          <w:p w14:paraId="17D28CFE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Pelajaran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03779C62" w14:textId="77777777" w:rsidR="00F925E9" w:rsidRDefault="00000000">
            <w:pPr>
              <w:autoSpaceDE w:val="0"/>
              <w:autoSpaceDN w:val="0"/>
              <w:spacing w:before="60" w:after="0" w:line="20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2026/2027,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1EB7003E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Direktorat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6D911D8B" w14:textId="77777777" w:rsidR="00F925E9" w:rsidRDefault="00000000">
            <w:pPr>
              <w:autoSpaceDE w:val="0"/>
              <w:autoSpaceDN w:val="0"/>
              <w:spacing w:before="62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Kurikulum,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14:paraId="73274139" w14:textId="77777777" w:rsidR="00F925E9" w:rsidRDefault="00000000">
            <w:pPr>
              <w:autoSpaceDE w:val="0"/>
              <w:autoSpaceDN w:val="0"/>
              <w:spacing w:before="60" w:after="0" w:line="208" w:lineRule="exact"/>
              <w:ind w:left="12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Sarana,</w:t>
            </w:r>
          </w:p>
        </w:tc>
      </w:tr>
    </w:tbl>
    <w:p w14:paraId="06F4F6EA" w14:textId="77777777" w:rsidR="00F925E9" w:rsidRDefault="00000000">
      <w:pPr>
        <w:autoSpaceDE w:val="0"/>
        <w:autoSpaceDN w:val="0"/>
        <w:spacing w:before="132" w:after="132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Kelembagaan, dan Kesiswaan Madrasah menyusun Panduan Pelaksanaan Masa</w:t>
      </w:r>
    </w:p>
    <w:tbl>
      <w:tblPr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1400"/>
        <w:gridCol w:w="820"/>
        <w:gridCol w:w="1300"/>
        <w:gridCol w:w="1520"/>
        <w:gridCol w:w="1060"/>
        <w:gridCol w:w="1540"/>
        <w:gridCol w:w="1160"/>
        <w:gridCol w:w="1420"/>
      </w:tblGrid>
      <w:tr w:rsidR="00F925E9" w14:paraId="4860EB34" w14:textId="77777777">
        <w:trPr>
          <w:trHeight w:hRule="exact" w:val="346"/>
        </w:trPr>
        <w:tc>
          <w:tcPr>
            <w:tcW w:w="1400" w:type="dxa"/>
            <w:tcMar>
              <w:left w:w="0" w:type="dxa"/>
              <w:right w:w="0" w:type="dxa"/>
            </w:tcMar>
          </w:tcPr>
          <w:p w14:paraId="7EB124CE" w14:textId="77777777" w:rsidR="00F925E9" w:rsidRDefault="00000000">
            <w:pPr>
              <w:autoSpaceDE w:val="0"/>
              <w:autoSpaceDN w:val="0"/>
              <w:spacing w:before="60" w:after="0" w:line="178" w:lineRule="exact"/>
              <w:ind w:right="10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Taaruf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6CDDDCB5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1668FEEC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14:paraId="55085E41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(Matamuda)</w:t>
            </w:r>
          </w:p>
        </w:tc>
        <w:tc>
          <w:tcPr>
            <w:tcW w:w="1060" w:type="dxa"/>
            <w:tcMar>
              <w:left w:w="0" w:type="dxa"/>
              <w:right w:w="0" w:type="dxa"/>
            </w:tcMar>
          </w:tcPr>
          <w:p w14:paraId="3D14B822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sebagai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14:paraId="5EE8C5FE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pendamping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230092B8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Petunjuk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68095078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Teknis</w:t>
            </w:r>
          </w:p>
        </w:tc>
      </w:tr>
    </w:tbl>
    <w:p w14:paraId="492BFB0A" w14:textId="77777777" w:rsidR="00F925E9" w:rsidRDefault="00000000">
      <w:pPr>
        <w:autoSpaceDE w:val="0"/>
        <w:autoSpaceDN w:val="0"/>
        <w:spacing w:before="126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Pelaksanaan Matamuda Tahun Pelajaran 2026/2027.</w:t>
      </w:r>
    </w:p>
    <w:p w14:paraId="374A7D9C" w14:textId="77777777" w:rsidR="00F925E9" w:rsidRDefault="00000000">
      <w:pPr>
        <w:autoSpaceDE w:val="0"/>
        <w:autoSpaceDN w:val="0"/>
        <w:spacing w:before="190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Panduan ini disusun untuk membantu madrasah menerjemahkan ketentuan</w:t>
      </w:r>
    </w:p>
    <w:p w14:paraId="3FC18E62" w14:textId="77777777" w:rsidR="00F925E9" w:rsidRDefault="00000000">
      <w:pPr>
        <w:autoSpaceDE w:val="0"/>
        <w:autoSpaceDN w:val="0"/>
        <w:spacing w:after="0" w:line="416" w:lineRule="exact"/>
        <w:ind w:left="1152" w:right="1152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 xml:space="preserve">dalam Petunjuk Teknis ke dalam pelaksanaan secara lebih efektif, praktis, dan sesuai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dengan kondisi di lapangan. Berbagai contoh pelaksanaan kegiatan, metode,</w:t>
      </w:r>
    </w:p>
    <w:p w14:paraId="7F800EBA" w14:textId="77777777" w:rsidR="00F925E9" w:rsidRDefault="00000000">
      <w:pPr>
        <w:autoSpaceDE w:val="0"/>
        <w:autoSpaceDN w:val="0"/>
        <w:spacing w:after="0" w:line="412" w:lineRule="exact"/>
        <w:ind w:left="120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instrumen, serta format yang disajikan di dalamnya dapat disesuaikan dengan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karakteristik dan kebutuhan masing-masing madrasah.</w:t>
      </w:r>
    </w:p>
    <w:p w14:paraId="6EC2008F" w14:textId="77777777" w:rsidR="00F925E9" w:rsidRDefault="00000000">
      <w:pPr>
        <w:autoSpaceDE w:val="0"/>
        <w:autoSpaceDN w:val="0"/>
        <w:spacing w:before="192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Pelaksanaan Matamuda tahun ini diarahkan tidak hanya sebagai kegiatan</w:t>
      </w:r>
    </w:p>
    <w:p w14:paraId="239C6C0E" w14:textId="77777777" w:rsidR="00F925E9" w:rsidRDefault="00000000">
      <w:pPr>
        <w:autoSpaceDE w:val="0"/>
        <w:autoSpaceDN w:val="0"/>
        <w:spacing w:before="196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pengenalan lingkungan madrasah, tetapi juga sebagai pengalaman awal yang</w:t>
      </w:r>
    </w:p>
    <w:p w14:paraId="42EA2389" w14:textId="77777777" w:rsidR="00F925E9" w:rsidRDefault="00000000">
      <w:pPr>
        <w:autoSpaceDE w:val="0"/>
        <w:autoSpaceDN w:val="0"/>
        <w:spacing w:after="0" w:line="412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menyenangkan dan berkesan bagi Murid Baru. Melalui kegiatan yang interaktif, murid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diharapkan lebih efektif mengenal lingkungan belajar, guru, teman, budaya madrasah,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sekaligus merasa nyaman menjadi bagian dari keluarga besar madrasah.</w:t>
      </w:r>
    </w:p>
    <w:p w14:paraId="2B621F6E" w14:textId="77777777" w:rsidR="00F925E9" w:rsidRDefault="00000000">
      <w:pPr>
        <w:autoSpaceDE w:val="0"/>
        <w:autoSpaceDN w:val="0"/>
        <w:spacing w:before="6" w:after="0" w:line="412" w:lineRule="exact"/>
        <w:ind w:left="1152" w:right="1152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 xml:space="preserve">Selain itu, Matamuda juga menjadi kesempatan bagi madrasah untuk mengidentifikasi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potensi dan talenta setiap Murid Baru. Pengenalan sejak awal diharapkan dapat</w:t>
      </w:r>
    </w:p>
    <w:p w14:paraId="6E5C7E93" w14:textId="77777777" w:rsidR="00F925E9" w:rsidRDefault="00000000">
      <w:pPr>
        <w:autoSpaceDE w:val="0"/>
        <w:autoSpaceDN w:val="0"/>
        <w:spacing w:before="190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membantu madrasah menyusun program pembinaan yang lebih tepat, baik di bidang</w:t>
      </w:r>
    </w:p>
    <w:p w14:paraId="6D70AF68" w14:textId="77777777" w:rsidR="00F925E9" w:rsidRDefault="00000000">
      <w:pPr>
        <w:autoSpaceDE w:val="0"/>
        <w:autoSpaceDN w:val="0"/>
        <w:spacing w:before="192" w:after="140" w:line="218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akademik maupun nonakademik.</w:t>
      </w:r>
    </w:p>
    <w:tbl>
      <w:tblPr>
        <w:tblW w:w="0" w:type="auto"/>
        <w:tblInd w:w="960" w:type="dxa"/>
        <w:tblLayout w:type="fixed"/>
        <w:tblLook w:val="04A0" w:firstRow="1" w:lastRow="0" w:firstColumn="1" w:lastColumn="0" w:noHBand="0" w:noVBand="1"/>
      </w:tblPr>
      <w:tblGrid>
        <w:gridCol w:w="2040"/>
        <w:gridCol w:w="520"/>
        <w:gridCol w:w="740"/>
        <w:gridCol w:w="1600"/>
        <w:gridCol w:w="1560"/>
        <w:gridCol w:w="720"/>
        <w:gridCol w:w="1360"/>
        <w:gridCol w:w="1320"/>
      </w:tblGrid>
      <w:tr w:rsidR="00F925E9" w14:paraId="7D3C8AB0" w14:textId="77777777">
        <w:trPr>
          <w:trHeight w:hRule="exact" w:val="342"/>
        </w:trPr>
        <w:tc>
          <w:tcPr>
            <w:tcW w:w="2040" w:type="dxa"/>
            <w:tcMar>
              <w:left w:w="0" w:type="dxa"/>
              <w:right w:w="0" w:type="dxa"/>
            </w:tcMar>
          </w:tcPr>
          <w:p w14:paraId="1706191A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2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Panduan</w:t>
            </w:r>
          </w:p>
        </w:tc>
        <w:tc>
          <w:tcPr>
            <w:tcW w:w="520" w:type="dxa"/>
            <w:tcMar>
              <w:left w:w="0" w:type="dxa"/>
              <w:right w:w="0" w:type="dxa"/>
            </w:tcMar>
          </w:tcPr>
          <w:p w14:paraId="5FFDB8B6" w14:textId="77777777" w:rsidR="00F925E9" w:rsidRDefault="00000000">
            <w:pPr>
              <w:autoSpaceDE w:val="0"/>
              <w:autoSpaceDN w:val="0"/>
              <w:spacing w:before="60" w:after="0" w:line="17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ini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23A3F5C9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juga</w:t>
            </w:r>
          </w:p>
        </w:tc>
        <w:tc>
          <w:tcPr>
            <w:tcW w:w="1600" w:type="dxa"/>
            <w:tcMar>
              <w:left w:w="0" w:type="dxa"/>
              <w:right w:w="0" w:type="dxa"/>
            </w:tcMar>
          </w:tcPr>
          <w:p w14:paraId="6418E76D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memberikan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14:paraId="2A731E69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keleluasaan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14:paraId="1D626582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bagi</w:t>
            </w:r>
          </w:p>
        </w:tc>
        <w:tc>
          <w:tcPr>
            <w:tcW w:w="1360" w:type="dxa"/>
            <w:tcMar>
              <w:left w:w="0" w:type="dxa"/>
              <w:right w:w="0" w:type="dxa"/>
            </w:tcMar>
          </w:tcPr>
          <w:p w14:paraId="62DCEB04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14:paraId="5030DA89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4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</w:tr>
    </w:tbl>
    <w:p w14:paraId="16A188BD" w14:textId="77777777" w:rsidR="00F925E9" w:rsidRDefault="00000000">
      <w:pPr>
        <w:autoSpaceDE w:val="0"/>
        <w:autoSpaceDN w:val="0"/>
        <w:spacing w:before="130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mengembangkan berbagai bentuk kegiatan sesuai dengan karakteristik, jenjang</w:t>
      </w:r>
    </w:p>
    <w:p w14:paraId="4E076572" w14:textId="77777777" w:rsidR="00F925E9" w:rsidRDefault="00000000">
      <w:pPr>
        <w:autoSpaceDE w:val="0"/>
        <w:autoSpaceDN w:val="0"/>
        <w:spacing w:after="0" w:line="414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pendidikan, serta kearifan lokal masing-masing. Dengan demikian, Matamuda dapat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berlangsung lebih kreatif, menarik, dan tetap mengacu pada ketentuan yang telah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ditetapkan.</w:t>
      </w:r>
    </w:p>
    <w:p w14:paraId="0CCB9564" w14:textId="77777777" w:rsidR="00F925E9" w:rsidRDefault="00000000">
      <w:pPr>
        <w:autoSpaceDE w:val="0"/>
        <w:autoSpaceDN w:val="0"/>
        <w:spacing w:before="4" w:after="132" w:line="412" w:lineRule="exact"/>
        <w:ind w:left="1200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Sebagai bagian dari pembentukan karakter dan penguatan rasa memiliki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terhadap almamater, Mars dan/atau Himne Madrasah dinyanyikan bersama setiap</w:t>
      </w:r>
    </w:p>
    <w:tbl>
      <w:tblPr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1140"/>
        <w:gridCol w:w="1120"/>
        <w:gridCol w:w="1100"/>
        <w:gridCol w:w="1040"/>
        <w:gridCol w:w="1340"/>
        <w:gridCol w:w="1340"/>
        <w:gridCol w:w="440"/>
        <w:gridCol w:w="1400"/>
        <w:gridCol w:w="1300"/>
      </w:tblGrid>
      <w:tr w:rsidR="00F925E9" w14:paraId="6635ABC9" w14:textId="77777777">
        <w:trPr>
          <w:trHeight w:hRule="exact" w:val="342"/>
        </w:trPr>
        <w:tc>
          <w:tcPr>
            <w:tcW w:w="1140" w:type="dxa"/>
            <w:tcMar>
              <w:left w:w="0" w:type="dxa"/>
              <w:right w:w="0" w:type="dxa"/>
            </w:tcMar>
          </w:tcPr>
          <w:p w14:paraId="792EE209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8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pagi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16A262C4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sebelum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14:paraId="6EB3B777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kegiatan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14:paraId="7F924E42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dimulai.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2AD127E6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Kebiasaan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34F46804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sederhana</w:t>
            </w:r>
          </w:p>
        </w:tc>
        <w:tc>
          <w:tcPr>
            <w:tcW w:w="440" w:type="dxa"/>
            <w:tcMar>
              <w:left w:w="0" w:type="dxa"/>
              <w:right w:w="0" w:type="dxa"/>
            </w:tcMar>
          </w:tcPr>
          <w:p w14:paraId="1F47238B" w14:textId="77777777" w:rsidR="00F925E9" w:rsidRDefault="00000000">
            <w:pPr>
              <w:autoSpaceDE w:val="0"/>
              <w:autoSpaceDN w:val="0"/>
              <w:spacing w:before="60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ini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14:paraId="072B46EB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diharapkan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224C5A6C" w14:textId="77777777" w:rsidR="00F925E9" w:rsidRDefault="00000000">
            <w:pPr>
              <w:autoSpaceDE w:val="0"/>
              <w:autoSpaceDN w:val="0"/>
              <w:spacing w:before="60" w:after="0" w:line="218" w:lineRule="exact"/>
              <w:ind w:left="10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dapat</w:t>
            </w:r>
          </w:p>
        </w:tc>
      </w:tr>
    </w:tbl>
    <w:p w14:paraId="340C33F5" w14:textId="77777777" w:rsidR="00F925E9" w:rsidRDefault="00000000">
      <w:pPr>
        <w:autoSpaceDE w:val="0"/>
        <w:autoSpaceDN w:val="0"/>
        <w:spacing w:before="136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menumbuhkan semangat, kedisiplinan, serta kebanggaan menjadi bagian dari</w:t>
      </w:r>
    </w:p>
    <w:p w14:paraId="53321418" w14:textId="77777777" w:rsidR="00F925E9" w:rsidRDefault="00000000">
      <w:pPr>
        <w:autoSpaceDE w:val="0"/>
        <w:autoSpaceDN w:val="0"/>
        <w:spacing w:before="190" w:after="0" w:line="174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madrasah.</w:t>
      </w:r>
    </w:p>
    <w:p w14:paraId="4339D19B" w14:textId="77777777" w:rsidR="00F925E9" w:rsidRDefault="00000000">
      <w:pPr>
        <w:autoSpaceDE w:val="0"/>
        <w:autoSpaceDN w:val="0"/>
        <w:spacing w:before="238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Panduan ini memuat berbagai contoh pelaksanaan yang dapat langsung</w:t>
      </w:r>
    </w:p>
    <w:p w14:paraId="1C2B0EF0" w14:textId="77777777" w:rsidR="00F925E9" w:rsidRDefault="00000000">
      <w:pPr>
        <w:autoSpaceDE w:val="0"/>
        <w:autoSpaceDN w:val="0"/>
        <w:spacing w:after="0" w:line="416" w:lineRule="exact"/>
        <w:ind w:left="1152" w:right="1152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 xml:space="preserve">digunakan oleh madrasah, mulai dari metode penyampaian materi yang interaktif,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contoh jadwal untuk setiap jenjang, permainan edukatif, contoh naskah pembawa</w:t>
      </w:r>
    </w:p>
    <w:p w14:paraId="3AE8C8AE" w14:textId="77777777" w:rsidR="00F925E9" w:rsidRDefault="00000000">
      <w:pPr>
        <w:autoSpaceDE w:val="0"/>
        <w:autoSpaceDN w:val="0"/>
        <w:spacing w:before="654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iv</w:t>
      </w:r>
    </w:p>
    <w:p w14:paraId="0F679D98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151596A7" w14:textId="77777777" w:rsidR="00F925E9" w:rsidRDefault="00F925E9">
      <w:pPr>
        <w:autoSpaceDE w:val="0"/>
        <w:autoSpaceDN w:val="0"/>
        <w:spacing w:after="0" w:line="220" w:lineRule="exact"/>
      </w:pPr>
    </w:p>
    <w:p w14:paraId="7841549D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D5803F7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49D2187" w14:textId="77777777" w:rsidR="00F925E9" w:rsidRDefault="00000000">
      <w:pPr>
        <w:autoSpaceDE w:val="0"/>
        <w:autoSpaceDN w:val="0"/>
        <w:spacing w:before="448" w:after="0" w:line="412" w:lineRule="exact"/>
        <w:ind w:left="1152" w:right="1152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 xml:space="preserve">acara, skenario simulasi, mekanisme pelibatan Orang Tua, format administrasi,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hingga contoh evaluasi dan pelaporan. Seluruh contoh tersebut bersifat fleksibel</w:t>
      </w:r>
    </w:p>
    <w:p w14:paraId="0B1C0932" w14:textId="77777777" w:rsidR="00F925E9" w:rsidRDefault="00000000">
      <w:pPr>
        <w:autoSpaceDE w:val="0"/>
        <w:autoSpaceDN w:val="0"/>
        <w:spacing w:before="192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sehingga dapat disesuaikan dengan kebutuhan masing-masing satuan pendidikan.</w:t>
      </w:r>
    </w:p>
    <w:p w14:paraId="4D996BC6" w14:textId="77777777" w:rsidR="00F925E9" w:rsidRDefault="00000000">
      <w:pPr>
        <w:autoSpaceDE w:val="0"/>
        <w:autoSpaceDN w:val="0"/>
        <w:spacing w:before="196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Perlu ditegaskan bahwa Panduan ini melengkapi, bukan menggantikan,</w:t>
      </w:r>
    </w:p>
    <w:p w14:paraId="11C87601" w14:textId="77777777" w:rsidR="00F925E9" w:rsidRDefault="00000000">
      <w:pPr>
        <w:autoSpaceDE w:val="0"/>
        <w:autoSpaceDN w:val="0"/>
        <w:spacing w:after="0" w:line="412" w:lineRule="exact"/>
        <w:ind w:left="1152" w:right="1152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 xml:space="preserve">Petunjuk Teknis Pelaksanaan Matamuda Tahun Pelajaran 2026/2027. Apabila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terdapat perbedaan dalam penafsiran, maka ketentuan yang tercantum dalam</w:t>
      </w:r>
    </w:p>
    <w:p w14:paraId="5263CD7E" w14:textId="77777777" w:rsidR="00F925E9" w:rsidRDefault="00000000">
      <w:pPr>
        <w:autoSpaceDE w:val="0"/>
        <w:autoSpaceDN w:val="0"/>
        <w:spacing w:before="192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Petunjuk Teknis tetap menjadi acuan utama.</w:t>
      </w:r>
    </w:p>
    <w:p w14:paraId="59CF3F67" w14:textId="77777777" w:rsidR="00F925E9" w:rsidRDefault="00000000">
      <w:pPr>
        <w:autoSpaceDE w:val="0"/>
        <w:autoSpaceDN w:val="0"/>
        <w:spacing w:before="6" w:after="0" w:line="412" w:lineRule="exact"/>
        <w:ind w:left="1200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Kami berharap Panduan ini dapat menjadi Panduan yang bermanfaat bagi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Kepala Madrasah, panitia, guru, tenaga kependidikan, serta seluruh pihak yang</w:t>
      </w:r>
    </w:p>
    <w:p w14:paraId="7EC02A15" w14:textId="77777777" w:rsidR="00F925E9" w:rsidRDefault="00000000">
      <w:pPr>
        <w:autoSpaceDE w:val="0"/>
        <w:autoSpaceDN w:val="0"/>
        <w:spacing w:before="190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terlibat dalam penyelenggaraan Matamuda. Melalui pelaksanaan yang aman, ramah</w:t>
      </w:r>
    </w:p>
    <w:p w14:paraId="2D1B5566" w14:textId="77777777" w:rsidR="00F925E9" w:rsidRDefault="00000000">
      <w:pPr>
        <w:autoSpaceDE w:val="0"/>
        <w:autoSpaceDN w:val="0"/>
        <w:spacing w:before="192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anak, menyenangkan, dan bermakna, diharapkan setiap Murid Baru memperoleh</w:t>
      </w:r>
    </w:p>
    <w:p w14:paraId="0CA807F1" w14:textId="77777777" w:rsidR="00F925E9" w:rsidRDefault="00000000">
      <w:pPr>
        <w:autoSpaceDE w:val="0"/>
        <w:autoSpaceDN w:val="0"/>
        <w:spacing w:before="192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pengalaman awal yang positif untuk memulai perjalanan belajarnya di madrasah.</w:t>
      </w:r>
    </w:p>
    <w:p w14:paraId="254572E2" w14:textId="77777777" w:rsidR="00F925E9" w:rsidRDefault="00000000">
      <w:pPr>
        <w:autoSpaceDE w:val="0"/>
        <w:autoSpaceDN w:val="0"/>
        <w:spacing w:before="602" w:after="0" w:line="206" w:lineRule="exact"/>
        <w:ind w:right="3686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Jakarta, 01 Juli 2026</w:t>
      </w:r>
    </w:p>
    <w:p w14:paraId="745502C4" w14:textId="77777777" w:rsidR="00F925E9" w:rsidRDefault="00000000">
      <w:pPr>
        <w:autoSpaceDE w:val="0"/>
        <w:autoSpaceDN w:val="0"/>
        <w:spacing w:before="204" w:after="0" w:line="210" w:lineRule="exact"/>
        <w:ind w:right="2752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Direktorat Kurikulum, Sarana,</w:t>
      </w:r>
    </w:p>
    <w:p w14:paraId="7C582205" w14:textId="77777777" w:rsidR="00F925E9" w:rsidRDefault="00000000">
      <w:pPr>
        <w:autoSpaceDE w:val="0"/>
        <w:autoSpaceDN w:val="0"/>
        <w:spacing w:before="212" w:after="0" w:line="222" w:lineRule="exact"/>
        <w:ind w:right="152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Kelembagaan, dan Kesiswaan Madrasah</w:t>
      </w:r>
    </w:p>
    <w:p w14:paraId="5C1E0DBB" w14:textId="77777777" w:rsidR="00F925E9" w:rsidRDefault="00000000">
      <w:pPr>
        <w:autoSpaceDE w:val="0"/>
        <w:autoSpaceDN w:val="0"/>
        <w:spacing w:before="602" w:after="0" w:line="172" w:lineRule="exact"/>
        <w:ind w:right="543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TTD</w:t>
      </w:r>
    </w:p>
    <w:p w14:paraId="080198C7" w14:textId="77777777" w:rsidR="00F925E9" w:rsidRDefault="00000000">
      <w:pPr>
        <w:autoSpaceDE w:val="0"/>
        <w:autoSpaceDN w:val="0"/>
        <w:spacing w:before="660" w:after="0" w:line="222" w:lineRule="exact"/>
        <w:ind w:right="4218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Nyayu Khodijah</w:t>
      </w:r>
    </w:p>
    <w:p w14:paraId="404EB59A" w14:textId="77777777" w:rsidR="00F925E9" w:rsidRDefault="00000000">
      <w:pPr>
        <w:autoSpaceDE w:val="0"/>
        <w:autoSpaceDN w:val="0"/>
        <w:spacing w:before="6386" w:after="0" w:line="114" w:lineRule="exact"/>
        <w:jc w:val="center"/>
      </w:pPr>
      <w:r>
        <w:rPr>
          <w:rFonts w:ascii="ArialMT" w:eastAsia="ArialMT" w:hAnsi="ArialMT"/>
          <w:color w:val="1A1A1A"/>
          <w:spacing w:val="-10"/>
        </w:rPr>
        <w:t>v</w:t>
      </w:r>
    </w:p>
    <w:p w14:paraId="2699AE56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70C1E777" w14:textId="77777777" w:rsidR="00F925E9" w:rsidRDefault="00F925E9">
      <w:pPr>
        <w:autoSpaceDE w:val="0"/>
        <w:autoSpaceDN w:val="0"/>
        <w:spacing w:after="0" w:line="220" w:lineRule="exact"/>
      </w:pPr>
    </w:p>
    <w:p w14:paraId="59D9B258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F9BCC63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66FCB373" w14:textId="77777777" w:rsidR="00F925E9" w:rsidRDefault="00000000">
      <w:pPr>
        <w:autoSpaceDE w:val="0"/>
        <w:autoSpaceDN w:val="0"/>
        <w:spacing w:before="634" w:after="0" w:line="178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Daftar Isi</w:t>
      </w:r>
    </w:p>
    <w:p w14:paraId="077D398B" w14:textId="77777777" w:rsidR="00F925E9" w:rsidRDefault="00000000">
      <w:pPr>
        <w:autoSpaceDE w:val="0"/>
        <w:autoSpaceDN w:val="0"/>
        <w:spacing w:before="474" w:after="0" w:line="204" w:lineRule="exact"/>
        <w:jc w:val="center"/>
      </w:pPr>
      <w:r>
        <w:rPr>
          <w:rFonts w:ascii="ArialMT" w:eastAsia="ArialMT" w:hAnsi="ArialMT"/>
          <w:color w:val="1A1A1A"/>
          <w:spacing w:val="-10"/>
        </w:rPr>
        <w:t>Kata Pengantar....................................................................................................................... iv</w:t>
      </w:r>
    </w:p>
    <w:p w14:paraId="6A153926" w14:textId="77777777" w:rsidR="00F925E9" w:rsidRDefault="00000000">
      <w:pPr>
        <w:autoSpaceDE w:val="0"/>
        <w:autoSpaceDN w:val="0"/>
        <w:spacing w:before="148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Daftar Isi ................................................................................................................................. vi</w:t>
      </w:r>
    </w:p>
    <w:p w14:paraId="4B3E54B9" w14:textId="77777777" w:rsidR="00F925E9" w:rsidRDefault="00000000">
      <w:pPr>
        <w:autoSpaceDE w:val="0"/>
        <w:autoSpaceDN w:val="0"/>
        <w:spacing w:before="190" w:after="0" w:line="158" w:lineRule="exact"/>
        <w:ind w:left="1200"/>
      </w:pPr>
      <w:r>
        <w:rPr>
          <w:rFonts w:ascii="Arial" w:eastAsia="Arial" w:hAnsi="Arial"/>
          <w:b/>
          <w:color w:val="1A1A1A"/>
          <w:spacing w:val="-10"/>
        </w:rPr>
        <w:t>BAB I</w:t>
      </w:r>
    </w:p>
    <w:p w14:paraId="314528F5" w14:textId="77777777" w:rsidR="00F925E9" w:rsidRDefault="00000000">
      <w:pPr>
        <w:autoSpaceDE w:val="0"/>
        <w:autoSpaceDN w:val="0"/>
        <w:spacing w:before="198" w:after="0" w:line="160" w:lineRule="exact"/>
        <w:jc w:val="center"/>
      </w:pPr>
      <w:r>
        <w:rPr>
          <w:rFonts w:ascii="Arial" w:eastAsia="Arial" w:hAnsi="Arial"/>
          <w:b/>
          <w:color w:val="1A1A1A"/>
          <w:spacing w:val="-10"/>
        </w:rPr>
        <w:t>KETENTUAN UMUM ..............................................................................................................1</w:t>
      </w:r>
    </w:p>
    <w:p w14:paraId="4540FA1F" w14:textId="77777777" w:rsidR="00F925E9" w:rsidRDefault="00000000">
      <w:pPr>
        <w:tabs>
          <w:tab w:val="left" w:pos="1920"/>
        </w:tabs>
        <w:autoSpaceDE w:val="0"/>
        <w:autoSpaceDN w:val="0"/>
        <w:spacing w:before="188" w:after="0" w:line="160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A. </w:t>
      </w:r>
      <w:r>
        <w:tab/>
      </w:r>
      <w:r>
        <w:rPr>
          <w:rFonts w:ascii="ArialMT" w:eastAsia="ArialMT" w:hAnsi="ArialMT"/>
          <w:color w:val="1A1A1A"/>
          <w:spacing w:val="-10"/>
        </w:rPr>
        <w:t>Pendahuluan................................................................................................................1</w:t>
      </w:r>
    </w:p>
    <w:p w14:paraId="68C85D29" w14:textId="77777777" w:rsidR="00F925E9" w:rsidRDefault="00000000">
      <w:pPr>
        <w:tabs>
          <w:tab w:val="left" w:pos="2160"/>
        </w:tabs>
        <w:autoSpaceDE w:val="0"/>
        <w:autoSpaceDN w:val="0"/>
        <w:spacing w:before="148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Latar Belakang.........................................................................................................1</w:t>
      </w:r>
    </w:p>
    <w:p w14:paraId="69AAEF4B" w14:textId="77777777" w:rsidR="00F925E9" w:rsidRDefault="00000000">
      <w:pPr>
        <w:tabs>
          <w:tab w:val="left" w:pos="2160"/>
        </w:tabs>
        <w:autoSpaceDE w:val="0"/>
        <w:autoSpaceDN w:val="0"/>
        <w:spacing w:before="144" w:after="0" w:line="160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Dasar Hukum ...........................................................................................................2</w:t>
      </w:r>
    </w:p>
    <w:p w14:paraId="5DAB04AF" w14:textId="77777777" w:rsidR="00F925E9" w:rsidRDefault="00000000">
      <w:pPr>
        <w:tabs>
          <w:tab w:val="left" w:pos="2160"/>
        </w:tabs>
        <w:autoSpaceDE w:val="0"/>
        <w:autoSpaceDN w:val="0"/>
        <w:spacing w:before="194" w:after="0" w:line="16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Kedudukan Panduan................................................................................................2</w:t>
      </w:r>
    </w:p>
    <w:p w14:paraId="04DF91C2" w14:textId="77777777" w:rsidR="00F925E9" w:rsidRDefault="00000000">
      <w:pPr>
        <w:tabs>
          <w:tab w:val="left" w:pos="2160"/>
        </w:tabs>
        <w:autoSpaceDE w:val="0"/>
        <w:autoSpaceDN w:val="0"/>
        <w:spacing w:before="148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Tujuan Panduan.......................................................................................................2</w:t>
      </w:r>
    </w:p>
    <w:p w14:paraId="0FE76D56" w14:textId="77777777" w:rsidR="00F925E9" w:rsidRDefault="00000000">
      <w:pPr>
        <w:tabs>
          <w:tab w:val="left" w:pos="2160"/>
        </w:tabs>
        <w:autoSpaceDE w:val="0"/>
        <w:autoSpaceDN w:val="0"/>
        <w:spacing w:before="96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5. </w:t>
      </w:r>
      <w:r>
        <w:tab/>
      </w:r>
      <w:r>
        <w:rPr>
          <w:rFonts w:ascii="ArialMT" w:eastAsia="ArialMT" w:hAnsi="ArialMT"/>
          <w:color w:val="1A1A1A"/>
          <w:spacing w:val="-10"/>
        </w:rPr>
        <w:t>Sasaran Pengguna Panduan...................................................................................3</w:t>
      </w:r>
    </w:p>
    <w:p w14:paraId="3C5A3603" w14:textId="77777777" w:rsidR="00F925E9" w:rsidRDefault="00000000">
      <w:pPr>
        <w:tabs>
          <w:tab w:val="left" w:pos="2160"/>
        </w:tabs>
        <w:autoSpaceDE w:val="0"/>
        <w:autoSpaceDN w:val="0"/>
        <w:spacing w:before="106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6. </w:t>
      </w:r>
      <w:r>
        <w:tab/>
      </w:r>
      <w:r>
        <w:rPr>
          <w:rFonts w:ascii="ArialMT" w:eastAsia="ArialMT" w:hAnsi="ArialMT"/>
          <w:color w:val="1A1A1A"/>
          <w:spacing w:val="-10"/>
        </w:rPr>
        <w:t>Ruang Lingkup.........................................................................................................3</w:t>
      </w:r>
    </w:p>
    <w:p w14:paraId="6BD6ECA6" w14:textId="77777777" w:rsidR="00F925E9" w:rsidRDefault="00000000">
      <w:pPr>
        <w:tabs>
          <w:tab w:val="left" w:pos="2160"/>
        </w:tabs>
        <w:autoSpaceDE w:val="0"/>
        <w:autoSpaceDN w:val="0"/>
        <w:spacing w:before="136" w:after="0" w:line="16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7. </w:t>
      </w:r>
      <w:r>
        <w:tab/>
      </w:r>
      <w:r>
        <w:rPr>
          <w:rFonts w:ascii="ArialMT" w:eastAsia="ArialMT" w:hAnsi="ArialMT"/>
          <w:color w:val="1A1A1A"/>
          <w:spacing w:val="-10"/>
        </w:rPr>
        <w:t>Istilah dan Definisi....................................................................................................3</w:t>
      </w:r>
    </w:p>
    <w:p w14:paraId="2F419B29" w14:textId="77777777" w:rsidR="00F925E9" w:rsidRDefault="00000000">
      <w:pPr>
        <w:tabs>
          <w:tab w:val="left" w:pos="1920"/>
        </w:tabs>
        <w:autoSpaceDE w:val="0"/>
        <w:autoSpaceDN w:val="0"/>
        <w:spacing w:before="184" w:after="0" w:line="164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B. </w:t>
      </w:r>
      <w:r>
        <w:tab/>
      </w:r>
      <w:r>
        <w:rPr>
          <w:rFonts w:ascii="ArialMT" w:eastAsia="ArialMT" w:hAnsi="ArialMT"/>
          <w:color w:val="1A1A1A"/>
          <w:spacing w:val="-10"/>
        </w:rPr>
        <w:t>PELAKSANAAN MATAMUDA.....................................................................................4</w:t>
      </w:r>
    </w:p>
    <w:p w14:paraId="02EA3B4E" w14:textId="77777777" w:rsidR="00F925E9" w:rsidRDefault="00000000">
      <w:pPr>
        <w:tabs>
          <w:tab w:val="left" w:pos="2160"/>
        </w:tabs>
        <w:autoSpaceDE w:val="0"/>
        <w:autoSpaceDN w:val="0"/>
        <w:spacing w:before="184" w:after="0" w:line="16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Filosofi Pelaksanaan................................................................................................4</w:t>
      </w:r>
    </w:p>
    <w:p w14:paraId="6EF1D6C8" w14:textId="77777777" w:rsidR="00F925E9" w:rsidRDefault="00000000">
      <w:pPr>
        <w:tabs>
          <w:tab w:val="left" w:pos="2160"/>
        </w:tabs>
        <w:autoSpaceDE w:val="0"/>
        <w:autoSpaceDN w:val="0"/>
        <w:spacing w:before="150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Prinsip Pelaksanaan ................................................................................................5</w:t>
      </w:r>
    </w:p>
    <w:p w14:paraId="4EC9A062" w14:textId="77777777" w:rsidR="00F925E9" w:rsidRDefault="00000000">
      <w:pPr>
        <w:tabs>
          <w:tab w:val="left" w:pos="2160"/>
        </w:tabs>
        <w:autoSpaceDE w:val="0"/>
        <w:autoSpaceDN w:val="0"/>
        <w:spacing w:before="98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Ragam Metode Interaktif yang Disarankan..............................................................6</w:t>
      </w:r>
    </w:p>
    <w:p w14:paraId="281AA565" w14:textId="77777777" w:rsidR="00F925E9" w:rsidRDefault="00000000">
      <w:pPr>
        <w:tabs>
          <w:tab w:val="left" w:pos="2160"/>
        </w:tabs>
        <w:autoSpaceDE w:val="0"/>
        <w:autoSpaceDN w:val="0"/>
        <w:spacing w:before="10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Ice Breaking dan Energizer......................................................................................7</w:t>
      </w:r>
    </w:p>
    <w:p w14:paraId="2147ECB5" w14:textId="77777777" w:rsidR="00F925E9" w:rsidRDefault="00000000">
      <w:pPr>
        <w:tabs>
          <w:tab w:val="left" w:pos="2160"/>
        </w:tabs>
        <w:autoSpaceDE w:val="0"/>
        <w:autoSpaceDN w:val="0"/>
        <w:spacing w:before="96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5. </w:t>
      </w:r>
      <w:r>
        <w:tab/>
      </w:r>
      <w:r>
        <w:rPr>
          <w:rFonts w:ascii="ArialMT" w:eastAsia="ArialMT" w:hAnsi="ArialMT"/>
          <w:color w:val="1A1A1A"/>
          <w:spacing w:val="-10"/>
        </w:rPr>
        <w:t>Adaptasi bagi Madrasah Inklusi dan Murid Berkebutuhan Khusus..........................9</w:t>
      </w:r>
    </w:p>
    <w:p w14:paraId="5F50AD80" w14:textId="77777777" w:rsidR="00F925E9" w:rsidRDefault="00000000">
      <w:pPr>
        <w:tabs>
          <w:tab w:val="left" w:pos="2160"/>
        </w:tabs>
        <w:autoSpaceDE w:val="0"/>
        <w:autoSpaceDN w:val="0"/>
        <w:spacing w:before="106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6. </w:t>
      </w:r>
      <w:r>
        <w:tab/>
      </w:r>
      <w:r>
        <w:rPr>
          <w:rFonts w:ascii="ArialMT" w:eastAsia="ArialMT" w:hAnsi="ArialMT"/>
          <w:color w:val="1A1A1A"/>
          <w:spacing w:val="-10"/>
        </w:rPr>
        <w:t>Prinsip Keselamatan dalam Aktivitas Interaktif ........................................................9</w:t>
      </w:r>
    </w:p>
    <w:p w14:paraId="351CE7DC" w14:textId="77777777" w:rsidR="00F925E9" w:rsidRDefault="00000000">
      <w:pPr>
        <w:autoSpaceDE w:val="0"/>
        <w:autoSpaceDN w:val="0"/>
        <w:spacing w:before="148" w:after="0" w:line="158" w:lineRule="exact"/>
        <w:ind w:left="1200"/>
      </w:pPr>
      <w:r>
        <w:rPr>
          <w:rFonts w:ascii="Arial" w:eastAsia="Arial" w:hAnsi="Arial"/>
          <w:b/>
          <w:color w:val="1A1A1A"/>
          <w:spacing w:val="-10"/>
        </w:rPr>
        <w:t>BAB II</w:t>
      </w:r>
    </w:p>
    <w:p w14:paraId="30F7AD07" w14:textId="77777777" w:rsidR="00F925E9" w:rsidRDefault="00000000">
      <w:pPr>
        <w:autoSpaceDE w:val="0"/>
        <w:autoSpaceDN w:val="0"/>
        <w:spacing w:before="196" w:after="0" w:line="162" w:lineRule="exact"/>
        <w:jc w:val="center"/>
      </w:pPr>
      <w:r>
        <w:rPr>
          <w:rFonts w:ascii="Arial" w:eastAsia="Arial" w:hAnsi="Arial"/>
          <w:b/>
          <w:color w:val="1A1A1A"/>
          <w:spacing w:val="-10"/>
        </w:rPr>
        <w:t>SOSIALISASI MATAMUDA..................................................................................................10</w:t>
      </w:r>
    </w:p>
    <w:p w14:paraId="28B5B1AC" w14:textId="77777777" w:rsidR="00F925E9" w:rsidRDefault="00000000">
      <w:pPr>
        <w:tabs>
          <w:tab w:val="left" w:pos="1920"/>
        </w:tabs>
        <w:autoSpaceDE w:val="0"/>
        <w:autoSpaceDN w:val="0"/>
        <w:spacing w:before="190" w:after="0" w:line="162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A. </w:t>
      </w:r>
      <w:r>
        <w:tab/>
      </w:r>
      <w:r>
        <w:rPr>
          <w:rFonts w:ascii="ArialMT" w:eastAsia="ArialMT" w:hAnsi="ArialMT"/>
          <w:color w:val="1A1A1A"/>
          <w:spacing w:val="-10"/>
        </w:rPr>
        <w:t>Pra Pelaksanaan........................................................................................................10</w:t>
      </w:r>
    </w:p>
    <w:p w14:paraId="5D6DDBF0" w14:textId="77777777" w:rsidR="00F925E9" w:rsidRDefault="00000000">
      <w:pPr>
        <w:tabs>
          <w:tab w:val="left" w:pos="1920"/>
        </w:tabs>
        <w:autoSpaceDE w:val="0"/>
        <w:autoSpaceDN w:val="0"/>
        <w:spacing w:before="180" w:after="0" w:line="164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B. </w:t>
      </w:r>
      <w:r>
        <w:tab/>
      </w:r>
      <w:r>
        <w:rPr>
          <w:rFonts w:ascii="ArialMT" w:eastAsia="ArialMT" w:hAnsi="ArialMT"/>
          <w:color w:val="1A1A1A"/>
          <w:spacing w:val="-10"/>
        </w:rPr>
        <w:t>Media dan Metode Sosialisasi ...................................................................................10</w:t>
      </w:r>
    </w:p>
    <w:p w14:paraId="5A9B78D4" w14:textId="77777777" w:rsidR="00F925E9" w:rsidRDefault="00000000">
      <w:pPr>
        <w:autoSpaceDE w:val="0"/>
        <w:autoSpaceDN w:val="0"/>
        <w:spacing w:before="194" w:after="0" w:line="158" w:lineRule="exact"/>
        <w:ind w:left="1200"/>
      </w:pPr>
      <w:r>
        <w:rPr>
          <w:rFonts w:ascii="Arial" w:eastAsia="Arial" w:hAnsi="Arial"/>
          <w:b/>
          <w:color w:val="1A1A1A"/>
          <w:spacing w:val="-10"/>
        </w:rPr>
        <w:t>BAB III</w:t>
      </w:r>
    </w:p>
    <w:p w14:paraId="19773369" w14:textId="77777777" w:rsidR="00F925E9" w:rsidRDefault="00000000">
      <w:pPr>
        <w:autoSpaceDE w:val="0"/>
        <w:autoSpaceDN w:val="0"/>
        <w:spacing w:before="190" w:after="0" w:line="164" w:lineRule="exact"/>
        <w:jc w:val="center"/>
      </w:pPr>
      <w:r>
        <w:rPr>
          <w:rFonts w:ascii="Arial" w:eastAsia="Arial" w:hAnsi="Arial"/>
          <w:b/>
          <w:color w:val="1A1A1A"/>
          <w:spacing w:val="-10"/>
        </w:rPr>
        <w:t>PELAKSANAAN MATAMUDA.............................................................................................11</w:t>
      </w:r>
    </w:p>
    <w:p w14:paraId="0CFC072F" w14:textId="77777777" w:rsidR="00F925E9" w:rsidRDefault="00000000">
      <w:pPr>
        <w:tabs>
          <w:tab w:val="left" w:pos="1920"/>
        </w:tabs>
        <w:autoSpaceDE w:val="0"/>
        <w:autoSpaceDN w:val="0"/>
        <w:spacing w:before="192" w:after="0" w:line="160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A. </w:t>
      </w:r>
      <w:r>
        <w:tab/>
      </w:r>
      <w:r>
        <w:rPr>
          <w:rFonts w:ascii="ArialMT" w:eastAsia="ArialMT" w:hAnsi="ArialMT"/>
          <w:color w:val="1A1A1A"/>
          <w:spacing w:val="-10"/>
        </w:rPr>
        <w:t>Mars dan Himne Madrasah........................................................................................11</w:t>
      </w:r>
    </w:p>
    <w:p w14:paraId="3BAC46DA" w14:textId="77777777" w:rsidR="00F925E9" w:rsidRDefault="00000000">
      <w:pPr>
        <w:tabs>
          <w:tab w:val="left" w:pos="2160"/>
        </w:tabs>
        <w:autoSpaceDE w:val="0"/>
        <w:autoSpaceDN w:val="0"/>
        <w:spacing w:before="14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Pengantar...............................................................................................................11</w:t>
      </w:r>
    </w:p>
    <w:p w14:paraId="5B26FC8D" w14:textId="77777777" w:rsidR="00F925E9" w:rsidRDefault="00000000">
      <w:pPr>
        <w:tabs>
          <w:tab w:val="left" w:pos="2160"/>
        </w:tabs>
        <w:autoSpaceDE w:val="0"/>
        <w:autoSpaceDN w:val="0"/>
        <w:spacing w:before="148" w:after="0" w:line="160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Ketentuan Pelaksanaan.........................................................................................11</w:t>
      </w:r>
    </w:p>
    <w:p w14:paraId="01B38185" w14:textId="77777777" w:rsidR="00F925E9" w:rsidRDefault="00000000">
      <w:pPr>
        <w:tabs>
          <w:tab w:val="left" w:pos="2160"/>
        </w:tabs>
        <w:autoSpaceDE w:val="0"/>
        <w:autoSpaceDN w:val="0"/>
        <w:spacing w:before="146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Tata Cara Teknis Persiapan ..................................................................................11</w:t>
      </w:r>
    </w:p>
    <w:p w14:paraId="5E7C8C0E" w14:textId="77777777" w:rsidR="00F925E9" w:rsidRDefault="00000000">
      <w:pPr>
        <w:tabs>
          <w:tab w:val="left" w:pos="2160"/>
        </w:tabs>
        <w:autoSpaceDE w:val="0"/>
        <w:autoSpaceDN w:val="0"/>
        <w:spacing w:before="104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Penyesuaian per Jenjang.......................................................................................12</w:t>
      </w:r>
    </w:p>
    <w:p w14:paraId="6B15CC87" w14:textId="77777777" w:rsidR="00F925E9" w:rsidRDefault="00000000">
      <w:pPr>
        <w:tabs>
          <w:tab w:val="left" w:pos="2160"/>
        </w:tabs>
        <w:autoSpaceDE w:val="0"/>
        <w:autoSpaceDN w:val="0"/>
        <w:spacing w:before="144" w:after="0" w:line="160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5. </w:t>
      </w:r>
      <w:r>
        <w:tab/>
      </w:r>
      <w:r>
        <w:rPr>
          <w:rFonts w:ascii="ArialMT" w:eastAsia="ArialMT" w:hAnsi="ArialMT"/>
          <w:color w:val="1A1A1A"/>
          <w:spacing w:val="-10"/>
        </w:rPr>
        <w:t>Pemantauan Pelaksanaan.....................................................................................13</w:t>
      </w:r>
    </w:p>
    <w:p w14:paraId="3E5446E9" w14:textId="77777777" w:rsidR="00F925E9" w:rsidRDefault="00000000">
      <w:pPr>
        <w:tabs>
          <w:tab w:val="left" w:pos="1920"/>
        </w:tabs>
        <w:autoSpaceDE w:val="0"/>
        <w:autoSpaceDN w:val="0"/>
        <w:spacing w:before="190" w:after="0" w:line="162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B. </w:t>
      </w:r>
      <w:r>
        <w:tab/>
      </w:r>
      <w:r>
        <w:rPr>
          <w:rFonts w:ascii="ArialMT" w:eastAsia="ArialMT" w:hAnsi="ArialMT"/>
          <w:color w:val="1A1A1A"/>
          <w:spacing w:val="-10"/>
        </w:rPr>
        <w:t>Pemetaan Talenta Murid Baru...................................................................................13</w:t>
      </w:r>
    </w:p>
    <w:p w14:paraId="423139D4" w14:textId="77777777" w:rsidR="00F925E9" w:rsidRDefault="00000000">
      <w:pPr>
        <w:tabs>
          <w:tab w:val="left" w:pos="2160"/>
        </w:tabs>
        <w:autoSpaceDE w:val="0"/>
        <w:autoSpaceDN w:val="0"/>
        <w:spacing w:before="14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Pengantar...............................................................................................................13</w:t>
      </w:r>
    </w:p>
    <w:p w14:paraId="7584440B" w14:textId="77777777" w:rsidR="00F925E9" w:rsidRDefault="00000000">
      <w:pPr>
        <w:tabs>
          <w:tab w:val="left" w:pos="2160"/>
        </w:tabs>
        <w:autoSpaceDE w:val="0"/>
        <w:autoSpaceDN w:val="0"/>
        <w:spacing w:before="10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Ranah Talenta yang Diamati..................................................................................13</w:t>
      </w:r>
    </w:p>
    <w:p w14:paraId="6E334584" w14:textId="77777777" w:rsidR="00F925E9" w:rsidRDefault="00000000">
      <w:pPr>
        <w:tabs>
          <w:tab w:val="left" w:pos="2160"/>
        </w:tabs>
        <w:autoSpaceDE w:val="0"/>
        <w:autoSpaceDN w:val="0"/>
        <w:spacing w:before="106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Rubrik Indikator Pengamatan Talenta....................................................................14</w:t>
      </w:r>
    </w:p>
    <w:p w14:paraId="3FFECBF8" w14:textId="77777777" w:rsidR="00F925E9" w:rsidRDefault="00000000">
      <w:pPr>
        <w:tabs>
          <w:tab w:val="left" w:pos="2160"/>
        </w:tabs>
        <w:autoSpaceDE w:val="0"/>
        <w:autoSpaceDN w:val="0"/>
        <w:spacing w:before="142" w:after="0" w:line="16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Instrumen dan Metode Pemetaan..........................................................................15</w:t>
      </w:r>
    </w:p>
    <w:p w14:paraId="2CE3BC0A" w14:textId="77777777" w:rsidR="00F925E9" w:rsidRDefault="00000000">
      <w:pPr>
        <w:tabs>
          <w:tab w:val="left" w:pos="2160"/>
        </w:tabs>
        <w:autoSpaceDE w:val="0"/>
        <w:autoSpaceDN w:val="0"/>
        <w:spacing w:before="140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5. </w:t>
      </w:r>
      <w:r>
        <w:tab/>
      </w:r>
      <w:r>
        <w:rPr>
          <w:rFonts w:ascii="ArialMT" w:eastAsia="ArialMT" w:hAnsi="ArialMT"/>
          <w:color w:val="1A1A1A"/>
          <w:spacing w:val="-10"/>
        </w:rPr>
        <w:t>Contoh Skenario Pengamatan per Hari .................................................................16</w:t>
      </w:r>
    </w:p>
    <w:p w14:paraId="37B1A865" w14:textId="77777777" w:rsidR="00F925E9" w:rsidRDefault="00000000">
      <w:pPr>
        <w:autoSpaceDE w:val="0"/>
        <w:autoSpaceDN w:val="0"/>
        <w:spacing w:before="870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vi</w:t>
      </w:r>
    </w:p>
    <w:p w14:paraId="3595FF96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567AEF9D" w14:textId="77777777" w:rsidR="00F925E9" w:rsidRDefault="00F925E9">
      <w:pPr>
        <w:autoSpaceDE w:val="0"/>
        <w:autoSpaceDN w:val="0"/>
        <w:spacing w:after="0" w:line="220" w:lineRule="exact"/>
      </w:pPr>
    </w:p>
    <w:p w14:paraId="454736DF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5810E4DF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B293361" w14:textId="77777777" w:rsidR="00F925E9" w:rsidRDefault="00000000">
      <w:pPr>
        <w:tabs>
          <w:tab w:val="left" w:pos="2160"/>
        </w:tabs>
        <w:autoSpaceDE w:val="0"/>
        <w:autoSpaceDN w:val="0"/>
        <w:spacing w:before="592" w:after="0" w:line="20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6. </w:t>
      </w:r>
      <w:r>
        <w:tab/>
      </w:r>
      <w:r>
        <w:rPr>
          <w:rFonts w:ascii="ArialMT" w:eastAsia="ArialMT" w:hAnsi="ArialMT"/>
          <w:color w:val="1A1A1A"/>
          <w:spacing w:val="-10"/>
        </w:rPr>
        <w:t>Mekanisme Pencatatan dan Pelaporan .................................................................16</w:t>
      </w:r>
    </w:p>
    <w:p w14:paraId="16A4C717" w14:textId="77777777" w:rsidR="00F925E9" w:rsidRDefault="00000000">
      <w:pPr>
        <w:tabs>
          <w:tab w:val="left" w:pos="2160"/>
        </w:tabs>
        <w:autoSpaceDE w:val="0"/>
        <w:autoSpaceDN w:val="0"/>
        <w:spacing w:before="142" w:after="0" w:line="16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7. </w:t>
      </w:r>
      <w:r>
        <w:tab/>
      </w:r>
      <w:r>
        <w:rPr>
          <w:rFonts w:ascii="ArialMT" w:eastAsia="ArialMT" w:hAnsi="ArialMT"/>
          <w:color w:val="1A1A1A"/>
          <w:spacing w:val="-10"/>
        </w:rPr>
        <w:t>Pemanfaatan Hasil Pemetaan ...............................................................................17</w:t>
      </w:r>
    </w:p>
    <w:p w14:paraId="4A766F55" w14:textId="77777777" w:rsidR="00F925E9" w:rsidRDefault="00000000">
      <w:pPr>
        <w:tabs>
          <w:tab w:val="left" w:pos="2160"/>
        </w:tabs>
        <w:autoSpaceDE w:val="0"/>
        <w:autoSpaceDN w:val="0"/>
        <w:spacing w:before="14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8. </w:t>
      </w:r>
      <w:r>
        <w:tab/>
      </w:r>
      <w:r>
        <w:rPr>
          <w:rFonts w:ascii="ArialMT" w:eastAsia="ArialMT" w:hAnsi="ArialMT"/>
          <w:color w:val="1A1A1A"/>
          <w:spacing w:val="-10"/>
        </w:rPr>
        <w:t>Contoh Pelaksanaan Kegiatan: Pentas Ekspresi Murid Baru................................17</w:t>
      </w:r>
    </w:p>
    <w:p w14:paraId="3C99EFA3" w14:textId="77777777" w:rsidR="00F925E9" w:rsidRDefault="00000000">
      <w:pPr>
        <w:tabs>
          <w:tab w:val="left" w:pos="2160"/>
        </w:tabs>
        <w:autoSpaceDE w:val="0"/>
        <w:autoSpaceDN w:val="0"/>
        <w:spacing w:before="106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9. </w:t>
      </w:r>
      <w:r>
        <w:tab/>
      </w:r>
      <w:r>
        <w:rPr>
          <w:rFonts w:ascii="ArialMT" w:eastAsia="ArialMT" w:hAnsi="ArialMT"/>
          <w:color w:val="1A1A1A"/>
          <w:spacing w:val="-10"/>
        </w:rPr>
        <w:t>Tindak Lanjut Pasca Matamuda.............................................................................17</w:t>
      </w:r>
    </w:p>
    <w:p w14:paraId="788B1F4C" w14:textId="77777777" w:rsidR="00F925E9" w:rsidRDefault="00000000">
      <w:pPr>
        <w:tabs>
          <w:tab w:val="left" w:pos="2158"/>
        </w:tabs>
        <w:autoSpaceDE w:val="0"/>
        <w:autoSpaceDN w:val="0"/>
        <w:spacing w:before="96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10. </w:t>
      </w:r>
      <w:r>
        <w:tab/>
      </w:r>
      <w:r>
        <w:rPr>
          <w:rFonts w:ascii="ArialMT" w:eastAsia="ArialMT" w:hAnsi="ArialMT"/>
          <w:color w:val="1A1A1A"/>
          <w:spacing w:val="-10"/>
        </w:rPr>
        <w:t>Catatan Penting .....................................................................................................18</w:t>
      </w:r>
    </w:p>
    <w:p w14:paraId="0C3C93B5" w14:textId="77777777" w:rsidR="00F925E9" w:rsidRDefault="00000000">
      <w:pPr>
        <w:tabs>
          <w:tab w:val="left" w:pos="2158"/>
        </w:tabs>
        <w:autoSpaceDE w:val="0"/>
        <w:autoSpaceDN w:val="0"/>
        <w:spacing w:before="98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11. </w:t>
      </w:r>
      <w:r>
        <w:tab/>
      </w:r>
      <w:r>
        <w:rPr>
          <w:rFonts w:ascii="ArialMT" w:eastAsia="ArialMT" w:hAnsi="ArialMT"/>
          <w:color w:val="1A1A1A"/>
          <w:spacing w:val="-10"/>
        </w:rPr>
        <w:t>Contoh Narasi Hasil Pemetaan Talenta (Ilustrasi).................................................18</w:t>
      </w:r>
    </w:p>
    <w:p w14:paraId="0AFB4C37" w14:textId="77777777" w:rsidR="00F925E9" w:rsidRDefault="00000000">
      <w:pPr>
        <w:tabs>
          <w:tab w:val="left" w:pos="1920"/>
        </w:tabs>
        <w:autoSpaceDE w:val="0"/>
        <w:autoSpaceDN w:val="0"/>
        <w:spacing w:before="98" w:after="0" w:line="208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C. </w:t>
      </w:r>
      <w:r>
        <w:tab/>
      </w:r>
      <w:r>
        <w:rPr>
          <w:rFonts w:ascii="ArialMT" w:eastAsia="ArialMT" w:hAnsi="ArialMT"/>
          <w:color w:val="1A1A1A"/>
          <w:spacing w:val="-10"/>
        </w:rPr>
        <w:t>Kerangka Program dan Jadwal Pelaksanaan per Jenjang........................................19</w:t>
      </w:r>
    </w:p>
    <w:p w14:paraId="65A79C11" w14:textId="77777777" w:rsidR="00F925E9" w:rsidRDefault="00000000">
      <w:pPr>
        <w:tabs>
          <w:tab w:val="left" w:pos="2160"/>
        </w:tabs>
        <w:autoSpaceDE w:val="0"/>
        <w:autoSpaceDN w:val="0"/>
        <w:spacing w:before="104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Pengantar...............................................................................................................19</w:t>
      </w:r>
    </w:p>
    <w:p w14:paraId="6A1B19F4" w14:textId="77777777" w:rsidR="00F925E9" w:rsidRDefault="00000000">
      <w:pPr>
        <w:tabs>
          <w:tab w:val="left" w:pos="2160"/>
        </w:tabs>
        <w:autoSpaceDE w:val="0"/>
        <w:autoSpaceDN w:val="0"/>
        <w:spacing w:before="94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Garis Besar Tema per Hari (Umum) ......................................................................19</w:t>
      </w:r>
    </w:p>
    <w:p w14:paraId="2CBFA76B" w14:textId="77777777" w:rsidR="00F925E9" w:rsidRDefault="00000000">
      <w:pPr>
        <w:tabs>
          <w:tab w:val="left" w:pos="2160"/>
        </w:tabs>
        <w:autoSpaceDE w:val="0"/>
        <w:autoSpaceDN w:val="0"/>
        <w:spacing w:before="10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Contoh Jadwal Harian Jenjang RA ........................................................................20</w:t>
      </w:r>
    </w:p>
    <w:p w14:paraId="4F867E6D" w14:textId="77777777" w:rsidR="00F925E9" w:rsidRDefault="00000000">
      <w:pPr>
        <w:tabs>
          <w:tab w:val="left" w:pos="2160"/>
        </w:tabs>
        <w:autoSpaceDE w:val="0"/>
        <w:autoSpaceDN w:val="0"/>
        <w:spacing w:before="96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Contoh Jadwal Harian Jenjang MI .........................................................................21</w:t>
      </w:r>
    </w:p>
    <w:p w14:paraId="75ACEB2B" w14:textId="77777777" w:rsidR="00F925E9" w:rsidRDefault="00000000">
      <w:pPr>
        <w:tabs>
          <w:tab w:val="left" w:pos="2160"/>
        </w:tabs>
        <w:autoSpaceDE w:val="0"/>
        <w:autoSpaceDN w:val="0"/>
        <w:spacing w:before="98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5. </w:t>
      </w:r>
      <w:r>
        <w:tab/>
      </w:r>
      <w:r>
        <w:rPr>
          <w:rFonts w:ascii="ArialMT" w:eastAsia="ArialMT" w:hAnsi="ArialMT"/>
          <w:color w:val="1A1A1A"/>
          <w:spacing w:val="-10"/>
        </w:rPr>
        <w:t>Contoh Jadwal Harian Jenjang MTs ......................................................................22</w:t>
      </w:r>
    </w:p>
    <w:p w14:paraId="05C6CD15" w14:textId="77777777" w:rsidR="00F925E9" w:rsidRDefault="00000000">
      <w:pPr>
        <w:tabs>
          <w:tab w:val="left" w:pos="2160"/>
        </w:tabs>
        <w:autoSpaceDE w:val="0"/>
        <w:autoSpaceDN w:val="0"/>
        <w:spacing w:before="98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6. </w:t>
      </w:r>
      <w:r>
        <w:tab/>
      </w:r>
      <w:r>
        <w:rPr>
          <w:rFonts w:ascii="ArialMT" w:eastAsia="ArialMT" w:hAnsi="ArialMT"/>
          <w:color w:val="1A1A1A"/>
          <w:spacing w:val="-10"/>
        </w:rPr>
        <w:t>Contoh Jadwal Harian Jenjang MA........................................................................23</w:t>
      </w:r>
    </w:p>
    <w:p w14:paraId="36B646DE" w14:textId="77777777" w:rsidR="00F925E9" w:rsidRDefault="00000000">
      <w:pPr>
        <w:tabs>
          <w:tab w:val="left" w:pos="2160"/>
        </w:tabs>
        <w:autoSpaceDE w:val="0"/>
        <w:autoSpaceDN w:val="0"/>
        <w:spacing w:before="100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7. </w:t>
      </w:r>
      <w:r>
        <w:tab/>
      </w:r>
      <w:r>
        <w:rPr>
          <w:rFonts w:ascii="ArialMT" w:eastAsia="ArialMT" w:hAnsi="ArialMT"/>
          <w:color w:val="1A1A1A"/>
          <w:spacing w:val="-10"/>
        </w:rPr>
        <w:t>Penyesuaian Tambahan per Jenjang ....................................................................23</w:t>
      </w:r>
    </w:p>
    <w:p w14:paraId="09C97AE2" w14:textId="77777777" w:rsidR="00F925E9" w:rsidRDefault="00000000">
      <w:pPr>
        <w:tabs>
          <w:tab w:val="left" w:pos="1920"/>
        </w:tabs>
        <w:autoSpaceDE w:val="0"/>
        <w:autoSpaceDN w:val="0"/>
        <w:spacing w:before="144" w:after="0" w:line="162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D. </w:t>
      </w:r>
      <w:r>
        <w:tab/>
      </w:r>
      <w:r>
        <w:rPr>
          <w:rFonts w:ascii="ArialMT" w:eastAsia="ArialMT" w:hAnsi="ArialMT"/>
          <w:color w:val="1A1A1A"/>
          <w:spacing w:val="-10"/>
        </w:rPr>
        <w:t>Aktivitas Interaktif.......................................................................................................24</w:t>
      </w:r>
    </w:p>
    <w:p w14:paraId="117BE77A" w14:textId="77777777" w:rsidR="00F925E9" w:rsidRDefault="00000000">
      <w:pPr>
        <w:tabs>
          <w:tab w:val="left" w:pos="2160"/>
        </w:tabs>
        <w:autoSpaceDE w:val="0"/>
        <w:autoSpaceDN w:val="0"/>
        <w:spacing w:before="186" w:after="0" w:line="16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Materi Kemadrasahan............................................................................................24</w:t>
      </w:r>
    </w:p>
    <w:p w14:paraId="596BEFB6" w14:textId="77777777" w:rsidR="00F925E9" w:rsidRDefault="00000000">
      <w:pPr>
        <w:tabs>
          <w:tab w:val="left" w:pos="2160"/>
        </w:tabs>
        <w:autoSpaceDE w:val="0"/>
        <w:autoSpaceDN w:val="0"/>
        <w:spacing w:before="192" w:after="0" w:line="160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Materi Nilai-nilai Kemadrasahan ............................................................................24</w:t>
      </w:r>
    </w:p>
    <w:p w14:paraId="1CD80265" w14:textId="77777777" w:rsidR="00F925E9" w:rsidRDefault="00000000">
      <w:pPr>
        <w:tabs>
          <w:tab w:val="left" w:pos="2160"/>
        </w:tabs>
        <w:autoSpaceDE w:val="0"/>
        <w:autoSpaceDN w:val="0"/>
        <w:spacing w:before="144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Materi Madrasah Sehat, Aman, Nyaman, dan Menyenangkan .............................25</w:t>
      </w:r>
    </w:p>
    <w:p w14:paraId="25E09809" w14:textId="77777777" w:rsidR="00F925E9" w:rsidRDefault="00000000">
      <w:pPr>
        <w:tabs>
          <w:tab w:val="left" w:pos="2160"/>
        </w:tabs>
        <w:autoSpaceDE w:val="0"/>
        <w:autoSpaceDN w:val="0"/>
        <w:spacing w:before="10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Materi Wawasan Kebangsaan, Bela Negara dan Moderasi Beragama.................26</w:t>
      </w:r>
    </w:p>
    <w:p w14:paraId="343565B7" w14:textId="77777777" w:rsidR="00F925E9" w:rsidRDefault="00000000">
      <w:pPr>
        <w:tabs>
          <w:tab w:val="left" w:pos="2160"/>
        </w:tabs>
        <w:autoSpaceDE w:val="0"/>
        <w:autoSpaceDN w:val="0"/>
        <w:spacing w:before="96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5. </w:t>
      </w:r>
      <w:r>
        <w:tab/>
      </w:r>
      <w:r>
        <w:rPr>
          <w:rFonts w:ascii="ArialMT" w:eastAsia="ArialMT" w:hAnsi="ArialMT"/>
          <w:color w:val="1A1A1A"/>
          <w:spacing w:val="-10"/>
        </w:rPr>
        <w:t>Materi Program ASRI dan Ekoteologi ....................................................................26</w:t>
      </w:r>
    </w:p>
    <w:p w14:paraId="7F8BEC27" w14:textId="77777777" w:rsidR="00F925E9" w:rsidRDefault="00000000">
      <w:pPr>
        <w:tabs>
          <w:tab w:val="left" w:pos="2160"/>
        </w:tabs>
        <w:autoSpaceDE w:val="0"/>
        <w:autoSpaceDN w:val="0"/>
        <w:spacing w:before="102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6. </w:t>
      </w:r>
      <w:r>
        <w:tab/>
      </w:r>
      <w:r>
        <w:rPr>
          <w:rFonts w:ascii="ArialMT" w:eastAsia="ArialMT" w:hAnsi="ArialMT"/>
          <w:color w:val="1A1A1A"/>
          <w:spacing w:val="-10"/>
        </w:rPr>
        <w:t>Contoh Naskah Pembawa Acara (MC) Pembukaan Hari Pertama........................26</w:t>
      </w:r>
    </w:p>
    <w:p w14:paraId="35EF89BB" w14:textId="77777777" w:rsidR="00F925E9" w:rsidRDefault="00000000">
      <w:pPr>
        <w:tabs>
          <w:tab w:val="left" w:pos="2160"/>
        </w:tabs>
        <w:autoSpaceDE w:val="0"/>
        <w:autoSpaceDN w:val="0"/>
        <w:spacing w:before="9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7. </w:t>
      </w:r>
      <w:r>
        <w:tab/>
      </w:r>
      <w:r>
        <w:rPr>
          <w:rFonts w:ascii="ArialMT" w:eastAsia="ArialMT" w:hAnsi="ArialMT"/>
          <w:color w:val="1A1A1A"/>
          <w:spacing w:val="-10"/>
        </w:rPr>
        <w:t>Permainan Tambahan untuk Sesi Penutup Harian................................................27</w:t>
      </w:r>
    </w:p>
    <w:p w14:paraId="4183A49F" w14:textId="77777777" w:rsidR="00F925E9" w:rsidRDefault="00000000">
      <w:pPr>
        <w:tabs>
          <w:tab w:val="left" w:pos="1920"/>
        </w:tabs>
        <w:autoSpaceDE w:val="0"/>
        <w:autoSpaceDN w:val="0"/>
        <w:spacing w:before="100" w:after="0" w:line="208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E. </w:t>
      </w:r>
      <w:r>
        <w:tab/>
      </w:r>
      <w:r>
        <w:rPr>
          <w:rFonts w:ascii="ArialMT" w:eastAsia="ArialMT" w:hAnsi="ArialMT"/>
          <w:color w:val="1A1A1A"/>
          <w:spacing w:val="-10"/>
        </w:rPr>
        <w:t>Organisasi dan Peran Panitia ....................................................................................28</w:t>
      </w:r>
    </w:p>
    <w:p w14:paraId="724F51DC" w14:textId="77777777" w:rsidR="00F925E9" w:rsidRDefault="00000000">
      <w:pPr>
        <w:tabs>
          <w:tab w:val="left" w:pos="2160"/>
        </w:tabs>
        <w:autoSpaceDE w:val="0"/>
        <w:autoSpaceDN w:val="0"/>
        <w:spacing w:before="142" w:after="0" w:line="16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Pembentukan dan Dasar Hukum Panitia...............................................................28</w:t>
      </w:r>
    </w:p>
    <w:p w14:paraId="6804468D" w14:textId="77777777" w:rsidR="00F925E9" w:rsidRDefault="00000000">
      <w:pPr>
        <w:tabs>
          <w:tab w:val="left" w:pos="2160"/>
        </w:tabs>
        <w:autoSpaceDE w:val="0"/>
        <w:autoSpaceDN w:val="0"/>
        <w:spacing w:before="144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Susunan Panitia yang Disarankan.........................................................................28</w:t>
      </w:r>
    </w:p>
    <w:p w14:paraId="07138324" w14:textId="77777777" w:rsidR="00F925E9" w:rsidRDefault="00000000">
      <w:pPr>
        <w:tabs>
          <w:tab w:val="left" w:pos="2160"/>
        </w:tabs>
        <w:autoSpaceDE w:val="0"/>
        <w:autoSpaceDN w:val="0"/>
        <w:spacing w:before="98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Wali Kelompok/Fasilitator Pendamping .................................................................29</w:t>
      </w:r>
    </w:p>
    <w:p w14:paraId="129AAF7B" w14:textId="77777777" w:rsidR="00F925E9" w:rsidRDefault="00000000">
      <w:pPr>
        <w:tabs>
          <w:tab w:val="left" w:pos="2160"/>
        </w:tabs>
        <w:autoSpaceDE w:val="0"/>
        <w:autoSpaceDN w:val="0"/>
        <w:spacing w:before="104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Pelibatan Murid sebagai Pendamping ...................................................................29</w:t>
      </w:r>
    </w:p>
    <w:p w14:paraId="534ACC63" w14:textId="77777777" w:rsidR="00F925E9" w:rsidRDefault="00000000">
      <w:pPr>
        <w:tabs>
          <w:tab w:val="left" w:pos="2160"/>
        </w:tabs>
        <w:autoSpaceDE w:val="0"/>
        <w:autoSpaceDN w:val="0"/>
        <w:spacing w:before="104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5. </w:t>
      </w:r>
      <w:r>
        <w:tab/>
      </w:r>
      <w:r>
        <w:rPr>
          <w:rFonts w:ascii="ArialMT" w:eastAsia="ArialMT" w:hAnsi="ArialMT"/>
          <w:color w:val="1A1A1A"/>
          <w:spacing w:val="-10"/>
        </w:rPr>
        <w:t>Rapat Koordinasi Panitia........................................................................................30</w:t>
      </w:r>
    </w:p>
    <w:p w14:paraId="778FCF79" w14:textId="77777777" w:rsidR="00F925E9" w:rsidRDefault="00000000">
      <w:pPr>
        <w:tabs>
          <w:tab w:val="left" w:pos="2160"/>
        </w:tabs>
        <w:autoSpaceDE w:val="0"/>
        <w:autoSpaceDN w:val="0"/>
        <w:spacing w:before="102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6. </w:t>
      </w:r>
      <w:r>
        <w:tab/>
      </w:r>
      <w:r>
        <w:rPr>
          <w:rFonts w:ascii="ArialMT" w:eastAsia="ArialMT" w:hAnsi="ArialMT"/>
          <w:color w:val="1A1A1A"/>
          <w:spacing w:val="-10"/>
        </w:rPr>
        <w:t>Anggaran................................................................................................................30</w:t>
      </w:r>
    </w:p>
    <w:p w14:paraId="6317492B" w14:textId="77777777" w:rsidR="00F925E9" w:rsidRDefault="00000000">
      <w:pPr>
        <w:tabs>
          <w:tab w:val="left" w:pos="2160"/>
        </w:tabs>
        <w:autoSpaceDE w:val="0"/>
        <w:autoSpaceDN w:val="0"/>
        <w:spacing w:before="96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7. </w:t>
      </w:r>
      <w:r>
        <w:tab/>
      </w:r>
      <w:r>
        <w:rPr>
          <w:rFonts w:ascii="ArialMT" w:eastAsia="ArialMT" w:hAnsi="ArialMT"/>
          <w:color w:val="1A1A1A"/>
          <w:spacing w:val="-10"/>
        </w:rPr>
        <w:t>Contoh Komponen Anggaran ................................................................................30</w:t>
      </w:r>
    </w:p>
    <w:p w14:paraId="0F5EEC56" w14:textId="77777777" w:rsidR="00F925E9" w:rsidRDefault="00000000">
      <w:pPr>
        <w:tabs>
          <w:tab w:val="left" w:pos="2160"/>
        </w:tabs>
        <w:autoSpaceDE w:val="0"/>
        <w:autoSpaceDN w:val="0"/>
        <w:spacing w:before="100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8. </w:t>
      </w:r>
      <w:r>
        <w:tab/>
      </w:r>
      <w:r>
        <w:rPr>
          <w:rFonts w:ascii="ArialMT" w:eastAsia="ArialMT" w:hAnsi="ArialMT"/>
          <w:color w:val="1A1A1A"/>
          <w:spacing w:val="-10"/>
        </w:rPr>
        <w:t>Pembekalan Murid Pendamping............................................................................31</w:t>
      </w:r>
    </w:p>
    <w:p w14:paraId="479D606E" w14:textId="77777777" w:rsidR="00F925E9" w:rsidRDefault="00000000">
      <w:pPr>
        <w:tabs>
          <w:tab w:val="left" w:pos="2160"/>
        </w:tabs>
        <w:autoSpaceDE w:val="0"/>
        <w:autoSpaceDN w:val="0"/>
        <w:spacing w:before="104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9. </w:t>
      </w:r>
      <w:r>
        <w:tab/>
      </w:r>
      <w:r>
        <w:rPr>
          <w:rFonts w:ascii="ArialMT" w:eastAsia="ArialMT" w:hAnsi="ArialMT"/>
          <w:color w:val="1A1A1A"/>
          <w:spacing w:val="-10"/>
        </w:rPr>
        <w:t>Jadwal Rapat Koordinasi Panitia (Contoh) ............................................................31</w:t>
      </w:r>
    </w:p>
    <w:p w14:paraId="7B8936D8" w14:textId="77777777" w:rsidR="00F925E9" w:rsidRDefault="00000000">
      <w:pPr>
        <w:tabs>
          <w:tab w:val="left" w:pos="1920"/>
        </w:tabs>
        <w:autoSpaceDE w:val="0"/>
        <w:autoSpaceDN w:val="0"/>
        <w:spacing w:before="94" w:after="0" w:line="208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F. </w:t>
      </w:r>
      <w:r>
        <w:tab/>
      </w:r>
      <w:r>
        <w:rPr>
          <w:rFonts w:ascii="ArialMT" w:eastAsia="ArialMT" w:hAnsi="ArialMT"/>
          <w:color w:val="1A1A1A"/>
          <w:spacing w:val="-10"/>
        </w:rPr>
        <w:t>Keterlibatan Orang Tua/Wali Murid............................................................................32</w:t>
      </w:r>
    </w:p>
    <w:p w14:paraId="5A0A0955" w14:textId="77777777" w:rsidR="00F925E9" w:rsidRDefault="00000000">
      <w:pPr>
        <w:tabs>
          <w:tab w:val="left" w:pos="2160"/>
        </w:tabs>
        <w:autoSpaceDE w:val="0"/>
        <w:autoSpaceDN w:val="0"/>
        <w:spacing w:before="100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Pentingnya Pelibatan Orang Tua/Wali Murid.........................................................32</w:t>
      </w:r>
    </w:p>
    <w:p w14:paraId="4E14EE4D" w14:textId="77777777" w:rsidR="00F925E9" w:rsidRDefault="00000000">
      <w:pPr>
        <w:tabs>
          <w:tab w:val="left" w:pos="2160"/>
        </w:tabs>
        <w:autoSpaceDE w:val="0"/>
        <w:autoSpaceDN w:val="0"/>
        <w:spacing w:before="96" w:after="0" w:line="206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Pelibatan Orang Tua pada Hari Pelaksanaan .......................................................32</w:t>
      </w:r>
    </w:p>
    <w:p w14:paraId="1406D372" w14:textId="77777777" w:rsidR="00F925E9" w:rsidRDefault="00000000">
      <w:pPr>
        <w:tabs>
          <w:tab w:val="left" w:pos="2160"/>
        </w:tabs>
        <w:autoSpaceDE w:val="0"/>
        <w:autoSpaceDN w:val="0"/>
        <w:spacing w:before="102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Komunikasi Hasil Matamuda kepada Orang Tua/Wali Murid.................................33</w:t>
      </w:r>
    </w:p>
    <w:p w14:paraId="64EA7D3A" w14:textId="77777777" w:rsidR="00F925E9" w:rsidRDefault="00000000">
      <w:pPr>
        <w:tabs>
          <w:tab w:val="left" w:pos="2160"/>
        </w:tabs>
        <w:autoSpaceDE w:val="0"/>
        <w:autoSpaceDN w:val="0"/>
        <w:spacing w:before="100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Mekanisme Pengaduan .........................................................................................33</w:t>
      </w:r>
    </w:p>
    <w:p w14:paraId="12D2F87C" w14:textId="77777777" w:rsidR="00F925E9" w:rsidRDefault="00000000">
      <w:pPr>
        <w:tabs>
          <w:tab w:val="left" w:pos="1920"/>
        </w:tabs>
        <w:autoSpaceDE w:val="0"/>
        <w:autoSpaceDN w:val="0"/>
        <w:spacing w:before="104" w:after="0" w:line="208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G. </w:t>
      </w:r>
      <w:r>
        <w:tab/>
      </w:r>
      <w:r>
        <w:rPr>
          <w:rFonts w:ascii="ArialMT" w:eastAsia="ArialMT" w:hAnsi="ArialMT"/>
          <w:color w:val="1A1A1A"/>
          <w:spacing w:val="-10"/>
        </w:rPr>
        <w:t>Ketentuan, Larangan, dan Sanksi..............................................................................33</w:t>
      </w:r>
    </w:p>
    <w:p w14:paraId="42935B6D" w14:textId="77777777" w:rsidR="00F925E9" w:rsidRDefault="00000000">
      <w:pPr>
        <w:tabs>
          <w:tab w:val="left" w:pos="2160"/>
        </w:tabs>
        <w:autoSpaceDE w:val="0"/>
        <w:autoSpaceDN w:val="0"/>
        <w:spacing w:before="142" w:after="0" w:line="16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Ketentuan Pokok....................................................................................................33</w:t>
      </w:r>
    </w:p>
    <w:p w14:paraId="2A274F26" w14:textId="77777777" w:rsidR="00F925E9" w:rsidRDefault="00000000">
      <w:pPr>
        <w:autoSpaceDE w:val="0"/>
        <w:autoSpaceDN w:val="0"/>
        <w:spacing w:before="866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vii</w:t>
      </w:r>
    </w:p>
    <w:p w14:paraId="41142385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3CA3806E" w14:textId="77777777" w:rsidR="00F925E9" w:rsidRDefault="00F925E9">
      <w:pPr>
        <w:autoSpaceDE w:val="0"/>
        <w:autoSpaceDN w:val="0"/>
        <w:spacing w:after="0" w:line="220" w:lineRule="exact"/>
      </w:pPr>
    </w:p>
    <w:p w14:paraId="6782D101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098F36C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26BF4AD5" w14:textId="77777777" w:rsidR="00F925E9" w:rsidRDefault="00000000">
      <w:pPr>
        <w:tabs>
          <w:tab w:val="left" w:pos="2160"/>
        </w:tabs>
        <w:autoSpaceDE w:val="0"/>
        <w:autoSpaceDN w:val="0"/>
        <w:spacing w:before="586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Larangan................................................................................................................34</w:t>
      </w:r>
    </w:p>
    <w:p w14:paraId="13A683A1" w14:textId="77777777" w:rsidR="00F925E9" w:rsidRDefault="00000000">
      <w:pPr>
        <w:tabs>
          <w:tab w:val="left" w:pos="2160"/>
        </w:tabs>
        <w:autoSpaceDE w:val="0"/>
        <w:autoSpaceDN w:val="0"/>
        <w:spacing w:before="146" w:after="0" w:line="16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Sanksi ....................................................................................................................34</w:t>
      </w:r>
    </w:p>
    <w:p w14:paraId="76147E71" w14:textId="77777777" w:rsidR="00F925E9" w:rsidRDefault="00000000">
      <w:pPr>
        <w:tabs>
          <w:tab w:val="left" w:pos="2160"/>
        </w:tabs>
        <w:autoSpaceDE w:val="0"/>
        <w:autoSpaceDN w:val="0"/>
        <w:spacing w:before="144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Peran Pengawasan Berjenjang .............................................................................35</w:t>
      </w:r>
    </w:p>
    <w:p w14:paraId="0B43B5C8" w14:textId="77777777" w:rsidR="00F925E9" w:rsidRDefault="00000000">
      <w:pPr>
        <w:autoSpaceDE w:val="0"/>
        <w:autoSpaceDN w:val="0"/>
        <w:spacing w:before="152" w:after="0" w:line="158" w:lineRule="exact"/>
        <w:ind w:left="1200"/>
      </w:pPr>
      <w:r>
        <w:rPr>
          <w:rFonts w:ascii="Arial" w:eastAsia="Arial" w:hAnsi="Arial"/>
          <w:b/>
          <w:color w:val="1A1A1A"/>
          <w:spacing w:val="-10"/>
        </w:rPr>
        <w:t>BAB IV</w:t>
      </w:r>
    </w:p>
    <w:p w14:paraId="3FA16F88" w14:textId="77777777" w:rsidR="00F925E9" w:rsidRDefault="00000000">
      <w:pPr>
        <w:autoSpaceDE w:val="0"/>
        <w:autoSpaceDN w:val="0"/>
        <w:spacing w:before="188" w:after="0" w:line="164" w:lineRule="exact"/>
        <w:jc w:val="center"/>
      </w:pPr>
      <w:r>
        <w:rPr>
          <w:rFonts w:ascii="Arial" w:eastAsia="Arial" w:hAnsi="Arial"/>
          <w:b/>
          <w:color w:val="1A1A1A"/>
          <w:spacing w:val="-10"/>
        </w:rPr>
        <w:t>PASCA MATAMUDA............................................................................................................36</w:t>
      </w:r>
    </w:p>
    <w:p w14:paraId="2F407EE3" w14:textId="77777777" w:rsidR="00F925E9" w:rsidRDefault="00000000">
      <w:pPr>
        <w:tabs>
          <w:tab w:val="left" w:pos="1920"/>
        </w:tabs>
        <w:autoSpaceDE w:val="0"/>
        <w:autoSpaceDN w:val="0"/>
        <w:spacing w:before="146" w:after="0" w:line="206" w:lineRule="exact"/>
        <w:ind w:left="1420"/>
      </w:pPr>
      <w:r>
        <w:rPr>
          <w:rFonts w:ascii="ArialMT" w:eastAsia="ArialMT" w:hAnsi="ArialMT"/>
          <w:color w:val="1A1A1A"/>
          <w:spacing w:val="-10"/>
        </w:rPr>
        <w:t xml:space="preserve">A. </w:t>
      </w:r>
      <w:r>
        <w:tab/>
      </w:r>
      <w:r>
        <w:rPr>
          <w:rFonts w:ascii="ArialMT" w:eastAsia="ArialMT" w:hAnsi="ArialMT"/>
          <w:color w:val="1A1A1A"/>
          <w:spacing w:val="-10"/>
        </w:rPr>
        <w:t>Evaluasi, Pelaporan, dan Keberlanjutan....................................................................36</w:t>
      </w:r>
    </w:p>
    <w:p w14:paraId="58509312" w14:textId="77777777" w:rsidR="00F925E9" w:rsidRDefault="00000000">
      <w:pPr>
        <w:tabs>
          <w:tab w:val="left" w:pos="2160"/>
        </w:tabs>
        <w:autoSpaceDE w:val="0"/>
        <w:autoSpaceDN w:val="0"/>
        <w:spacing w:before="142" w:after="0" w:line="16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1. </w:t>
      </w:r>
      <w:r>
        <w:tab/>
      </w:r>
      <w:r>
        <w:rPr>
          <w:rFonts w:ascii="ArialMT" w:eastAsia="ArialMT" w:hAnsi="ArialMT"/>
          <w:color w:val="1A1A1A"/>
          <w:spacing w:val="-10"/>
        </w:rPr>
        <w:t>Evaluasi..................................................................................................................36</w:t>
      </w:r>
    </w:p>
    <w:p w14:paraId="2626F3C1" w14:textId="77777777" w:rsidR="00F925E9" w:rsidRDefault="00000000">
      <w:pPr>
        <w:tabs>
          <w:tab w:val="left" w:pos="2160"/>
        </w:tabs>
        <w:autoSpaceDE w:val="0"/>
        <w:autoSpaceDN w:val="0"/>
        <w:spacing w:before="150" w:after="0" w:line="20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2. </w:t>
      </w:r>
      <w:r>
        <w:tab/>
      </w:r>
      <w:r>
        <w:rPr>
          <w:rFonts w:ascii="ArialMT" w:eastAsia="ArialMT" w:hAnsi="ArialMT"/>
          <w:color w:val="1A1A1A"/>
          <w:spacing w:val="-10"/>
        </w:rPr>
        <w:t>Aspek dan Indikator Evaluasi.................................................................................36</w:t>
      </w:r>
    </w:p>
    <w:p w14:paraId="3F620144" w14:textId="77777777" w:rsidR="00F925E9" w:rsidRDefault="00000000">
      <w:pPr>
        <w:tabs>
          <w:tab w:val="left" w:pos="2160"/>
        </w:tabs>
        <w:autoSpaceDE w:val="0"/>
        <w:autoSpaceDN w:val="0"/>
        <w:spacing w:before="148" w:after="0" w:line="16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3. </w:t>
      </w:r>
      <w:r>
        <w:tab/>
      </w:r>
      <w:r>
        <w:rPr>
          <w:rFonts w:ascii="ArialMT" w:eastAsia="ArialMT" w:hAnsi="ArialMT"/>
          <w:color w:val="1A1A1A"/>
          <w:spacing w:val="-10"/>
        </w:rPr>
        <w:t>Metode Evaluasi.....................................................................................................36</w:t>
      </w:r>
    </w:p>
    <w:p w14:paraId="2DD7527D" w14:textId="77777777" w:rsidR="00F925E9" w:rsidRDefault="00000000">
      <w:pPr>
        <w:tabs>
          <w:tab w:val="left" w:pos="2160"/>
        </w:tabs>
        <w:autoSpaceDE w:val="0"/>
        <w:autoSpaceDN w:val="0"/>
        <w:spacing w:before="150" w:after="0" w:line="202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4. </w:t>
      </w:r>
      <w:r>
        <w:tab/>
      </w:r>
      <w:r>
        <w:rPr>
          <w:rFonts w:ascii="ArialMT" w:eastAsia="ArialMT" w:hAnsi="ArialMT"/>
          <w:color w:val="1A1A1A"/>
          <w:spacing w:val="-10"/>
        </w:rPr>
        <w:t>Pelaporan...............................................................................................................37</w:t>
      </w:r>
    </w:p>
    <w:p w14:paraId="38845582" w14:textId="77777777" w:rsidR="00F925E9" w:rsidRDefault="00000000">
      <w:pPr>
        <w:tabs>
          <w:tab w:val="left" w:pos="2160"/>
        </w:tabs>
        <w:autoSpaceDE w:val="0"/>
        <w:autoSpaceDN w:val="0"/>
        <w:spacing w:before="104" w:after="0" w:line="204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5. </w:t>
      </w:r>
      <w:r>
        <w:tab/>
      </w:r>
      <w:r>
        <w:rPr>
          <w:rFonts w:ascii="ArialMT" w:eastAsia="ArialMT" w:hAnsi="ArialMT"/>
          <w:color w:val="1A1A1A"/>
          <w:spacing w:val="-10"/>
        </w:rPr>
        <w:t>Keberlanjutan.........................................................................................................37</w:t>
      </w:r>
    </w:p>
    <w:p w14:paraId="47D13CBC" w14:textId="77777777" w:rsidR="00F925E9" w:rsidRDefault="00000000">
      <w:pPr>
        <w:tabs>
          <w:tab w:val="left" w:pos="2160"/>
        </w:tabs>
        <w:autoSpaceDE w:val="0"/>
        <w:autoSpaceDN w:val="0"/>
        <w:spacing w:before="102" w:after="0" w:line="208" w:lineRule="exact"/>
        <w:ind w:left="1640"/>
      </w:pPr>
      <w:r>
        <w:rPr>
          <w:rFonts w:ascii="ArialMT" w:eastAsia="ArialMT" w:hAnsi="ArialMT"/>
          <w:color w:val="1A1A1A"/>
          <w:spacing w:val="-10"/>
        </w:rPr>
        <w:t xml:space="preserve">6. </w:t>
      </w:r>
      <w:r>
        <w:tab/>
      </w:r>
      <w:r>
        <w:rPr>
          <w:rFonts w:ascii="ArialMT" w:eastAsia="ArialMT" w:hAnsi="ArialMT"/>
          <w:color w:val="1A1A1A"/>
          <w:spacing w:val="-10"/>
        </w:rPr>
        <w:t>Contoh Ringkasan Evaluasi Akhir (Ilustrasi)..........................................................37</w:t>
      </w:r>
    </w:p>
    <w:p w14:paraId="4113D056" w14:textId="77777777" w:rsidR="00F925E9" w:rsidRDefault="00000000">
      <w:pPr>
        <w:autoSpaceDE w:val="0"/>
        <w:autoSpaceDN w:val="0"/>
        <w:spacing w:before="146" w:after="0" w:line="158" w:lineRule="exact"/>
        <w:ind w:left="1200"/>
      </w:pPr>
      <w:r>
        <w:rPr>
          <w:rFonts w:ascii="Arial" w:eastAsia="Arial" w:hAnsi="Arial"/>
          <w:b/>
          <w:color w:val="1A1A1A"/>
          <w:spacing w:val="-10"/>
        </w:rPr>
        <w:t>BAB V</w:t>
      </w:r>
    </w:p>
    <w:p w14:paraId="302C5D7E" w14:textId="77777777" w:rsidR="00F925E9" w:rsidRDefault="00000000">
      <w:pPr>
        <w:autoSpaceDE w:val="0"/>
        <w:autoSpaceDN w:val="0"/>
        <w:spacing w:before="196" w:after="0" w:line="162" w:lineRule="exact"/>
        <w:jc w:val="center"/>
      </w:pPr>
      <w:r>
        <w:rPr>
          <w:rFonts w:ascii="Arial" w:eastAsia="Arial" w:hAnsi="Arial"/>
          <w:b/>
          <w:color w:val="1A1A1A"/>
          <w:spacing w:val="-10"/>
        </w:rPr>
        <w:t>PENUTUP..............................................................................................................................39</w:t>
      </w:r>
    </w:p>
    <w:p w14:paraId="310B73FB" w14:textId="77777777" w:rsidR="00F925E9" w:rsidRDefault="00000000">
      <w:pPr>
        <w:autoSpaceDE w:val="0"/>
        <w:autoSpaceDN w:val="0"/>
        <w:spacing w:before="194" w:after="0" w:line="202" w:lineRule="exact"/>
        <w:jc w:val="center"/>
      </w:pPr>
      <w:r>
        <w:rPr>
          <w:rFonts w:ascii="ArialMT" w:eastAsia="ArialMT" w:hAnsi="ArialMT"/>
          <w:color w:val="1A1A1A"/>
          <w:spacing w:val="-10"/>
        </w:rPr>
        <w:t>Lampiran................................................................................................................................40</w:t>
      </w:r>
    </w:p>
    <w:p w14:paraId="1F6D296B" w14:textId="77777777" w:rsidR="00F925E9" w:rsidRDefault="00000000">
      <w:pPr>
        <w:autoSpaceDE w:val="0"/>
        <w:autoSpaceDN w:val="0"/>
        <w:spacing w:before="146" w:after="0" w:line="208" w:lineRule="exact"/>
        <w:jc w:val="center"/>
      </w:pPr>
      <w:r>
        <w:rPr>
          <w:rFonts w:ascii="ArialMT" w:eastAsia="ArialMT" w:hAnsi="ArialMT"/>
          <w:color w:val="1A1A1A"/>
          <w:spacing w:val="-10"/>
        </w:rPr>
        <w:t>Tanya Jawab (FAQ)...............................................................................................................52</w:t>
      </w:r>
    </w:p>
    <w:p w14:paraId="39DAC16B" w14:textId="77777777" w:rsidR="00F925E9" w:rsidRDefault="00000000">
      <w:pPr>
        <w:autoSpaceDE w:val="0"/>
        <w:autoSpaceDN w:val="0"/>
        <w:spacing w:before="8938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viii</w:t>
      </w:r>
    </w:p>
    <w:p w14:paraId="183AEDA8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27BBF9F5" w14:textId="77777777" w:rsidR="00F925E9" w:rsidRDefault="00F925E9">
      <w:pPr>
        <w:autoSpaceDE w:val="0"/>
        <w:autoSpaceDN w:val="0"/>
        <w:spacing w:after="0" w:line="220" w:lineRule="exact"/>
      </w:pPr>
    </w:p>
    <w:p w14:paraId="7171011F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1744E94A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49B68C6E" w14:textId="77777777" w:rsidR="00F925E9" w:rsidRDefault="00000000">
      <w:pPr>
        <w:autoSpaceDE w:val="0"/>
        <w:autoSpaceDN w:val="0"/>
        <w:spacing w:before="1050" w:after="0" w:line="172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BAB I</w:t>
      </w:r>
    </w:p>
    <w:p w14:paraId="7B363BE9" w14:textId="77777777" w:rsidR="00F925E9" w:rsidRDefault="00000000">
      <w:pPr>
        <w:autoSpaceDE w:val="0"/>
        <w:autoSpaceDN w:val="0"/>
        <w:spacing w:before="242" w:after="0" w:line="174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KETENTUAN UMUM</w:t>
      </w:r>
    </w:p>
    <w:p w14:paraId="6AA565AF" w14:textId="77777777" w:rsidR="00F925E9" w:rsidRDefault="00000000">
      <w:pPr>
        <w:autoSpaceDE w:val="0"/>
        <w:autoSpaceDN w:val="0"/>
        <w:spacing w:before="548" w:after="0" w:line="182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5"/>
        </w:rPr>
        <w:t>A. Pendahuluan</w:t>
      </w:r>
    </w:p>
    <w:p w14:paraId="663AD725" w14:textId="77777777" w:rsidR="00F925E9" w:rsidRDefault="00000000">
      <w:pPr>
        <w:autoSpaceDE w:val="0"/>
        <w:autoSpaceDN w:val="0"/>
        <w:spacing w:before="318" w:after="0" w:line="224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1. Latar Belakang</w:t>
      </w:r>
    </w:p>
    <w:p w14:paraId="7A5C87D8" w14:textId="77777777" w:rsidR="00F925E9" w:rsidRDefault="00000000">
      <w:pPr>
        <w:autoSpaceDE w:val="0"/>
        <w:autoSpaceDN w:val="0"/>
        <w:spacing w:before="33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Awal tahun pelajaran merupakan masa penting bagi setiap Murid Baru</w:t>
      </w:r>
    </w:p>
    <w:p w14:paraId="4AD46EC4" w14:textId="77777777" w:rsidR="00F925E9" w:rsidRDefault="00000000">
      <w:pPr>
        <w:autoSpaceDE w:val="0"/>
        <w:autoSpaceDN w:val="0"/>
        <w:spacing w:before="196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untuk mengenal lingkungan belajar yang baru. Pada masa ini, murid mulai</w:t>
      </w:r>
    </w:p>
    <w:p w14:paraId="52AA3470" w14:textId="77777777" w:rsidR="00F925E9" w:rsidRDefault="00000000">
      <w:pPr>
        <w:autoSpaceDE w:val="0"/>
        <w:autoSpaceDN w:val="0"/>
        <w:spacing w:before="190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beradaptasi dengan guru, teman, budaya madrasah, serta berbagai kebiasaan</w:t>
      </w:r>
    </w:p>
    <w:p w14:paraId="66AA815B" w14:textId="77777777" w:rsidR="00F925E9" w:rsidRDefault="00000000">
      <w:pPr>
        <w:autoSpaceDE w:val="0"/>
        <w:autoSpaceDN w:val="0"/>
        <w:spacing w:before="6" w:after="0" w:line="412" w:lineRule="exact"/>
        <w:ind w:left="192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yang akan menjadi bagian dari kehidupan mereka sehari-hari. Oleh karena itu,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Masa Taaruf Murid Madrasah (Matamuda) dirancang agar murid memperoleh</w:t>
      </w:r>
    </w:p>
    <w:p w14:paraId="363163A4" w14:textId="77777777" w:rsidR="00F925E9" w:rsidRDefault="00000000">
      <w:pPr>
        <w:autoSpaceDE w:val="0"/>
        <w:autoSpaceDN w:val="0"/>
        <w:spacing w:before="192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pengalaman pertama yang menyenangkan, aman, nyaman, dan bermakna</w:t>
      </w:r>
    </w:p>
    <w:p w14:paraId="1FC84D6B" w14:textId="77777777" w:rsidR="00F925E9" w:rsidRDefault="00000000">
      <w:pPr>
        <w:autoSpaceDE w:val="0"/>
        <w:autoSpaceDN w:val="0"/>
        <w:spacing w:before="190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sebagai bekal untuk mengikuti proses pembelajaran.</w:t>
      </w:r>
    </w:p>
    <w:p w14:paraId="624EB63F" w14:textId="77777777" w:rsidR="00F925E9" w:rsidRDefault="00000000">
      <w:pPr>
        <w:autoSpaceDE w:val="0"/>
        <w:autoSpaceDN w:val="0"/>
        <w:spacing w:before="284" w:after="0" w:line="412" w:lineRule="exact"/>
        <w:ind w:left="1920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Selain membantu proses adaptasi, Matamuda juga menjadi kesempatan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awal bagi madrasah untuk mengenali potensi setiap murid. Setiap anak</w:t>
      </w:r>
    </w:p>
    <w:p w14:paraId="00B26775" w14:textId="77777777" w:rsidR="00F925E9" w:rsidRDefault="00000000">
      <w:pPr>
        <w:autoSpaceDE w:val="0"/>
        <w:autoSpaceDN w:val="0"/>
        <w:spacing w:before="192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memiliki minat, bakat, dan kemampuan yang berbeda. Jika potensi tersebut</w:t>
      </w:r>
    </w:p>
    <w:p w14:paraId="57379B71" w14:textId="77777777" w:rsidR="00F925E9" w:rsidRDefault="00000000">
      <w:pPr>
        <w:autoSpaceDE w:val="0"/>
        <w:autoSpaceDN w:val="0"/>
        <w:spacing w:before="192" w:after="130" w:line="226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mulai dikenali sejak hari-hari pertama, madrasah akan lebih efektif menyusun</w:t>
      </w:r>
    </w:p>
    <w:tbl>
      <w:tblPr>
        <w:tblW w:w="0" w:type="auto"/>
        <w:tblInd w:w="960" w:type="dxa"/>
        <w:tblLayout w:type="fixed"/>
        <w:tblLook w:val="04A0" w:firstRow="1" w:lastRow="0" w:firstColumn="1" w:lastColumn="0" w:noHBand="0" w:noVBand="1"/>
      </w:tblPr>
      <w:tblGrid>
        <w:gridCol w:w="1960"/>
        <w:gridCol w:w="1460"/>
        <w:gridCol w:w="1120"/>
        <w:gridCol w:w="1860"/>
        <w:gridCol w:w="1080"/>
        <w:gridCol w:w="2380"/>
      </w:tblGrid>
      <w:tr w:rsidR="00F925E9" w14:paraId="58C51F4E" w14:textId="77777777">
        <w:trPr>
          <w:trHeight w:hRule="exact" w:val="342"/>
        </w:trPr>
        <w:tc>
          <w:tcPr>
            <w:tcW w:w="1960" w:type="dxa"/>
            <w:tcMar>
              <w:left w:w="0" w:type="dxa"/>
              <w:right w:w="0" w:type="dxa"/>
            </w:tcMar>
          </w:tcPr>
          <w:p w14:paraId="0B5310C7" w14:textId="77777777" w:rsidR="00F925E9" w:rsidRDefault="00000000">
            <w:pPr>
              <w:autoSpaceDE w:val="0"/>
              <w:autoSpaceDN w:val="0"/>
              <w:spacing w:before="104" w:after="0" w:line="178" w:lineRule="exact"/>
              <w:ind w:right="10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program</w:t>
            </w:r>
          </w:p>
        </w:tc>
        <w:tc>
          <w:tcPr>
            <w:tcW w:w="1460" w:type="dxa"/>
            <w:tcMar>
              <w:left w:w="0" w:type="dxa"/>
              <w:right w:w="0" w:type="dxa"/>
            </w:tcMar>
          </w:tcPr>
          <w:p w14:paraId="0CB74F41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pembinaan,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6F68237D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kegiatan</w:t>
            </w:r>
          </w:p>
        </w:tc>
        <w:tc>
          <w:tcPr>
            <w:tcW w:w="1860" w:type="dxa"/>
            <w:tcMar>
              <w:left w:w="0" w:type="dxa"/>
              <w:right w:w="0" w:type="dxa"/>
            </w:tcMar>
          </w:tcPr>
          <w:p w14:paraId="09265911" w14:textId="77777777" w:rsidR="00F925E9" w:rsidRDefault="00000000">
            <w:pPr>
              <w:autoSpaceDE w:val="0"/>
              <w:autoSpaceDN w:val="0"/>
              <w:spacing w:before="60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ekstrakurikuler,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1F338EF6" w14:textId="77777777" w:rsidR="00F925E9" w:rsidRDefault="00000000">
            <w:pPr>
              <w:autoSpaceDE w:val="0"/>
              <w:autoSpaceDN w:val="0"/>
              <w:spacing w:before="104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maupun</w:t>
            </w:r>
          </w:p>
        </w:tc>
        <w:tc>
          <w:tcPr>
            <w:tcW w:w="2380" w:type="dxa"/>
            <w:tcMar>
              <w:left w:w="0" w:type="dxa"/>
              <w:right w:w="0" w:type="dxa"/>
            </w:tcMar>
          </w:tcPr>
          <w:p w14:paraId="1800262C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pengembangan</w:t>
            </w:r>
          </w:p>
        </w:tc>
      </w:tr>
    </w:tbl>
    <w:p w14:paraId="1D4ECB74" w14:textId="77777777" w:rsidR="00F925E9" w:rsidRDefault="00000000">
      <w:pPr>
        <w:autoSpaceDE w:val="0"/>
        <w:autoSpaceDN w:val="0"/>
        <w:spacing w:before="130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prestasi yang sesuai dengan kebutuhan masing-masing murid.</w:t>
      </w:r>
    </w:p>
    <w:p w14:paraId="72DFEBFE" w14:textId="77777777" w:rsidR="00F925E9" w:rsidRDefault="00000000">
      <w:pPr>
        <w:autoSpaceDE w:val="0"/>
        <w:autoSpaceDN w:val="0"/>
        <w:spacing w:before="474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Dalam praktiknya, kegiatan pengenalan lingkungan di berbagai satuan</w:t>
      </w:r>
    </w:p>
    <w:p w14:paraId="136D5AB9" w14:textId="77777777" w:rsidR="00F925E9" w:rsidRDefault="00000000">
      <w:pPr>
        <w:autoSpaceDE w:val="0"/>
        <w:autoSpaceDN w:val="0"/>
        <w:spacing w:before="192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pendidikan masih sering didominasi oleh sambutan, pidato, atau penyampaian</w:t>
      </w:r>
    </w:p>
    <w:p w14:paraId="653E30F7" w14:textId="77777777" w:rsidR="00F925E9" w:rsidRDefault="00000000">
      <w:pPr>
        <w:autoSpaceDE w:val="0"/>
        <w:autoSpaceDN w:val="0"/>
        <w:spacing w:before="190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materi secara satu arah. Akibatnya, murid lebih banyak mendengar daripada</w:t>
      </w:r>
    </w:p>
    <w:p w14:paraId="1DE951B1" w14:textId="77777777" w:rsidR="00F925E9" w:rsidRDefault="00000000">
      <w:pPr>
        <w:autoSpaceDE w:val="0"/>
        <w:autoSpaceDN w:val="0"/>
        <w:spacing w:after="0" w:line="416" w:lineRule="exact"/>
        <w:ind w:left="192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terlibat secara langsung. Padahal, kegiatan yang melibatkan murid secara aktif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akan lebih efektif dipahami, lebih menyenangkan, dan meninggalkan kesan</w:t>
      </w:r>
    </w:p>
    <w:p w14:paraId="1AEFC49A" w14:textId="77777777" w:rsidR="00F925E9" w:rsidRDefault="00000000">
      <w:pPr>
        <w:autoSpaceDE w:val="0"/>
        <w:autoSpaceDN w:val="0"/>
        <w:spacing w:before="188" w:after="0" w:line="226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yang positif.</w:t>
      </w:r>
    </w:p>
    <w:p w14:paraId="7B55FE7D" w14:textId="77777777" w:rsidR="00F925E9" w:rsidRDefault="00000000">
      <w:pPr>
        <w:autoSpaceDE w:val="0"/>
        <w:autoSpaceDN w:val="0"/>
        <w:spacing w:before="468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Atas dasar itu, Panduan ini disusun untuk melengkapi Petunjuk Teknis</w:t>
      </w:r>
    </w:p>
    <w:p w14:paraId="2D110A9B" w14:textId="77777777" w:rsidR="00F925E9" w:rsidRDefault="00000000">
      <w:pPr>
        <w:autoSpaceDE w:val="0"/>
        <w:autoSpaceDN w:val="0"/>
        <w:spacing w:before="194" w:after="0" w:line="224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Pelaksanaan Matamuda Tahun Pelajaran 2026/2027. Fokus utamanya adalah</w:t>
      </w:r>
    </w:p>
    <w:p w14:paraId="01D0A644" w14:textId="77777777" w:rsidR="00F925E9" w:rsidRDefault="00000000">
      <w:pPr>
        <w:autoSpaceDE w:val="0"/>
        <w:autoSpaceDN w:val="0"/>
        <w:spacing w:before="188" w:after="126" w:line="226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memberikan contoh pelaksanaan yang lebih praktis, interaktif, dan mudah</w:t>
      </w:r>
    </w:p>
    <w:tbl>
      <w:tblPr>
        <w:tblW w:w="0" w:type="auto"/>
        <w:tblInd w:w="960" w:type="dxa"/>
        <w:tblLayout w:type="fixed"/>
        <w:tblLook w:val="04A0" w:firstRow="1" w:lastRow="0" w:firstColumn="1" w:lastColumn="0" w:noHBand="0" w:noVBand="1"/>
      </w:tblPr>
      <w:tblGrid>
        <w:gridCol w:w="2160"/>
        <w:gridCol w:w="660"/>
        <w:gridCol w:w="1340"/>
        <w:gridCol w:w="860"/>
        <w:gridCol w:w="520"/>
        <w:gridCol w:w="1160"/>
        <w:gridCol w:w="440"/>
        <w:gridCol w:w="640"/>
        <w:gridCol w:w="2080"/>
      </w:tblGrid>
      <w:tr w:rsidR="00F925E9" w14:paraId="0A7EEAC4" w14:textId="77777777">
        <w:trPr>
          <w:trHeight w:hRule="exact" w:val="346"/>
        </w:trPr>
        <w:tc>
          <w:tcPr>
            <w:tcW w:w="2160" w:type="dxa"/>
            <w:tcMar>
              <w:left w:w="0" w:type="dxa"/>
              <w:right w:w="0" w:type="dxa"/>
            </w:tcMar>
          </w:tcPr>
          <w:p w14:paraId="3C873CE5" w14:textId="77777777" w:rsidR="00F925E9" w:rsidRDefault="00000000">
            <w:pPr>
              <w:autoSpaceDE w:val="0"/>
              <w:autoSpaceDN w:val="0"/>
              <w:spacing w:before="64" w:after="0" w:line="220" w:lineRule="exact"/>
              <w:ind w:right="8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diterapkan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14:paraId="2B37EDE5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oleh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1BAE265D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madrasah.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03026BCC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Selain</w:t>
            </w:r>
          </w:p>
        </w:tc>
        <w:tc>
          <w:tcPr>
            <w:tcW w:w="520" w:type="dxa"/>
            <w:tcMar>
              <w:left w:w="0" w:type="dxa"/>
              <w:right w:w="0" w:type="dxa"/>
            </w:tcMar>
          </w:tcPr>
          <w:p w14:paraId="0EEE1275" w14:textId="77777777" w:rsidR="00F925E9" w:rsidRDefault="00000000">
            <w:pPr>
              <w:autoSpaceDE w:val="0"/>
              <w:autoSpaceDN w:val="0"/>
              <w:spacing w:before="64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itu,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5E46BF76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Panduan</w:t>
            </w:r>
          </w:p>
        </w:tc>
        <w:tc>
          <w:tcPr>
            <w:tcW w:w="440" w:type="dxa"/>
            <w:tcMar>
              <w:left w:w="0" w:type="dxa"/>
              <w:right w:w="0" w:type="dxa"/>
            </w:tcMar>
          </w:tcPr>
          <w:p w14:paraId="5B2C021C" w14:textId="77777777" w:rsidR="00F925E9" w:rsidRDefault="00000000">
            <w:pPr>
              <w:autoSpaceDE w:val="0"/>
              <w:autoSpaceDN w:val="0"/>
              <w:spacing w:before="64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ini</w:t>
            </w:r>
          </w:p>
        </w:tc>
        <w:tc>
          <w:tcPr>
            <w:tcW w:w="640" w:type="dxa"/>
            <w:tcMar>
              <w:left w:w="0" w:type="dxa"/>
              <w:right w:w="0" w:type="dxa"/>
            </w:tcMar>
          </w:tcPr>
          <w:p w14:paraId="4259C9C2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juga</w:t>
            </w:r>
          </w:p>
        </w:tc>
        <w:tc>
          <w:tcPr>
            <w:tcW w:w="2080" w:type="dxa"/>
            <w:tcMar>
              <w:left w:w="0" w:type="dxa"/>
              <w:right w:w="0" w:type="dxa"/>
            </w:tcMar>
          </w:tcPr>
          <w:p w14:paraId="099DEC4D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1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menekankan</w:t>
            </w:r>
          </w:p>
        </w:tc>
      </w:tr>
    </w:tbl>
    <w:p w14:paraId="42011BCC" w14:textId="77777777" w:rsidR="00F925E9" w:rsidRDefault="00000000">
      <w:pPr>
        <w:autoSpaceDE w:val="0"/>
        <w:autoSpaceDN w:val="0"/>
        <w:spacing w:before="130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pentingnya pemetaan talenta murid sejak dini serta penguatan rasa bangga</w:t>
      </w:r>
    </w:p>
    <w:p w14:paraId="3F943C99" w14:textId="77777777" w:rsidR="00F925E9" w:rsidRDefault="00000000">
      <w:pPr>
        <w:autoSpaceDE w:val="0"/>
        <w:autoSpaceDN w:val="0"/>
        <w:spacing w:before="1246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1</w:t>
      </w:r>
    </w:p>
    <w:p w14:paraId="34E58B1B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65165642" w14:textId="77777777" w:rsidR="00F925E9" w:rsidRDefault="00F925E9">
      <w:pPr>
        <w:autoSpaceDE w:val="0"/>
        <w:autoSpaceDN w:val="0"/>
        <w:spacing w:after="0" w:line="220" w:lineRule="exact"/>
      </w:pPr>
    </w:p>
    <w:p w14:paraId="24F81ECF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5DC2B633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1D4BBEA" w14:textId="77777777" w:rsidR="00F925E9" w:rsidRDefault="00000000">
      <w:pPr>
        <w:autoSpaceDE w:val="0"/>
        <w:autoSpaceDN w:val="0"/>
        <w:spacing w:before="450" w:after="0" w:line="410" w:lineRule="exact"/>
        <w:ind w:left="192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terhadap madrasah melalui pembiasaan menyanyikan Mars dan/atau Himne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Madrasah setiap hari selama pelaksanaan Matamuda.</w:t>
      </w:r>
    </w:p>
    <w:p w14:paraId="2939BD60" w14:textId="77777777" w:rsidR="00F925E9" w:rsidRDefault="00000000">
      <w:pPr>
        <w:autoSpaceDE w:val="0"/>
        <w:autoSpaceDN w:val="0"/>
        <w:spacing w:before="476" w:after="0" w:line="176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2.</w:t>
      </w:r>
      <w:r>
        <w:rPr>
          <w:rFonts w:ascii="Arial" w:eastAsia="Arial" w:hAnsi="Arial"/>
          <w:b/>
          <w:color w:val="333333"/>
          <w:spacing w:val="-10"/>
          <w:sz w:val="24"/>
        </w:rPr>
        <w:t xml:space="preserve"> Dasar Hukum</w:t>
      </w:r>
    </w:p>
    <w:p w14:paraId="2722DCA6" w14:textId="77777777" w:rsidR="00F925E9" w:rsidRDefault="00000000">
      <w:pPr>
        <w:autoSpaceDE w:val="0"/>
        <w:autoSpaceDN w:val="0"/>
        <w:spacing w:before="218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a. Peraturan Menteri Pendidikan Dasar dan Menengah Nomor 12 Tahun</w:t>
      </w:r>
    </w:p>
    <w:p w14:paraId="7F779ECC" w14:textId="77777777" w:rsidR="00F925E9" w:rsidRDefault="00000000">
      <w:pPr>
        <w:autoSpaceDE w:val="0"/>
        <w:autoSpaceDN w:val="0"/>
        <w:spacing w:before="192" w:after="13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2026 tentang Masa Pengenalan Lingkungan Satuan Pendidikan.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2680"/>
        <w:gridCol w:w="1620"/>
        <w:gridCol w:w="1000"/>
        <w:gridCol w:w="1320"/>
        <w:gridCol w:w="1400"/>
        <w:gridCol w:w="1660"/>
      </w:tblGrid>
      <w:tr w:rsidR="00F925E9" w14:paraId="7E8606F9" w14:textId="77777777">
        <w:trPr>
          <w:trHeight w:hRule="exact" w:val="342"/>
        </w:trPr>
        <w:tc>
          <w:tcPr>
            <w:tcW w:w="2680" w:type="dxa"/>
            <w:tcMar>
              <w:left w:w="0" w:type="dxa"/>
              <w:right w:w="0" w:type="dxa"/>
            </w:tcMar>
          </w:tcPr>
          <w:p w14:paraId="2B13F7CA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12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b. Kebijakan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 w14:paraId="3815C7A4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Kementerian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3698AE74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Agama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14:paraId="1A6963BF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mengenai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14:paraId="5824546D" w14:textId="77777777" w:rsidR="00F925E9" w:rsidRDefault="00000000">
            <w:pPr>
              <w:autoSpaceDE w:val="0"/>
              <w:autoSpaceDN w:val="0"/>
              <w:spacing w:before="64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penguatan</w:t>
            </w:r>
          </w:p>
        </w:tc>
        <w:tc>
          <w:tcPr>
            <w:tcW w:w="1660" w:type="dxa"/>
            <w:tcMar>
              <w:left w:w="0" w:type="dxa"/>
              <w:right w:w="0" w:type="dxa"/>
            </w:tcMar>
          </w:tcPr>
          <w:p w14:paraId="04C7C2BA" w14:textId="77777777" w:rsidR="00F925E9" w:rsidRDefault="00000000">
            <w:pPr>
              <w:autoSpaceDE w:val="0"/>
              <w:autoSpaceDN w:val="0"/>
              <w:spacing w:before="60" w:after="0" w:line="176" w:lineRule="exact"/>
              <w:ind w:left="1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nilai-nilai</w:t>
            </w:r>
          </w:p>
        </w:tc>
      </w:tr>
    </w:tbl>
    <w:p w14:paraId="76C68181" w14:textId="77777777" w:rsidR="00F925E9" w:rsidRDefault="00000000">
      <w:pPr>
        <w:autoSpaceDE w:val="0"/>
        <w:autoSpaceDN w:val="0"/>
        <w:spacing w:after="132" w:line="382" w:lineRule="exact"/>
        <w:ind w:left="264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keislaman, moderasi beragama, dan Kurikulum Berbasis Cinta (KBC)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dalam penyelenggaraan pendidikan madrasah.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2560"/>
        <w:gridCol w:w="980"/>
        <w:gridCol w:w="1660"/>
        <w:gridCol w:w="840"/>
        <w:gridCol w:w="960"/>
        <w:gridCol w:w="880"/>
        <w:gridCol w:w="1800"/>
      </w:tblGrid>
      <w:tr w:rsidR="00F925E9" w14:paraId="02BADE50" w14:textId="77777777">
        <w:trPr>
          <w:trHeight w:hRule="exact" w:val="346"/>
        </w:trPr>
        <w:tc>
          <w:tcPr>
            <w:tcW w:w="2560" w:type="dxa"/>
            <w:tcMar>
              <w:left w:w="0" w:type="dxa"/>
              <w:right w:w="0" w:type="dxa"/>
            </w:tcMar>
          </w:tcPr>
          <w:p w14:paraId="3863263A" w14:textId="77777777" w:rsidR="00F925E9" w:rsidRDefault="00000000">
            <w:pPr>
              <w:autoSpaceDE w:val="0"/>
              <w:autoSpaceDN w:val="0"/>
              <w:spacing w:before="64" w:after="0" w:line="222" w:lineRule="exact"/>
              <w:ind w:right="12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c. Petunjuk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</w:tcPr>
          <w:p w14:paraId="4EBE5C5B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Teknis</w:t>
            </w:r>
          </w:p>
        </w:tc>
        <w:tc>
          <w:tcPr>
            <w:tcW w:w="1660" w:type="dxa"/>
            <w:tcMar>
              <w:left w:w="0" w:type="dxa"/>
              <w:right w:w="0" w:type="dxa"/>
            </w:tcMar>
          </w:tcPr>
          <w:p w14:paraId="77E9EE5D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14:paraId="646A67C9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Masa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611C698D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Taaruf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14:paraId="1A0A36C5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800" w:type="dxa"/>
            <w:tcMar>
              <w:left w:w="0" w:type="dxa"/>
              <w:right w:w="0" w:type="dxa"/>
            </w:tcMar>
          </w:tcPr>
          <w:p w14:paraId="14E3D04D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4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</w:tr>
    </w:tbl>
    <w:p w14:paraId="55EF495A" w14:textId="77777777" w:rsidR="00F925E9" w:rsidRDefault="00F925E9">
      <w:pPr>
        <w:autoSpaceDE w:val="0"/>
        <w:autoSpaceDN w:val="0"/>
        <w:spacing w:after="0" w:line="66" w:lineRule="exact"/>
      </w:pPr>
    </w:p>
    <w:tbl>
      <w:tblPr>
        <w:tblW w:w="0" w:type="auto"/>
        <w:tblInd w:w="1320" w:type="dxa"/>
        <w:tblLayout w:type="fixed"/>
        <w:tblLook w:val="04A0" w:firstRow="1" w:lastRow="0" w:firstColumn="1" w:lastColumn="0" w:noHBand="0" w:noVBand="1"/>
      </w:tblPr>
      <w:tblGrid>
        <w:gridCol w:w="2720"/>
        <w:gridCol w:w="900"/>
        <w:gridCol w:w="1260"/>
        <w:gridCol w:w="1360"/>
        <w:gridCol w:w="740"/>
        <w:gridCol w:w="1340"/>
        <w:gridCol w:w="1180"/>
      </w:tblGrid>
      <w:tr w:rsidR="00F925E9" w14:paraId="1733EB96" w14:textId="77777777">
        <w:trPr>
          <w:trHeight w:hRule="exact" w:val="344"/>
        </w:trPr>
        <w:tc>
          <w:tcPr>
            <w:tcW w:w="2720" w:type="dxa"/>
            <w:tcMar>
              <w:left w:w="0" w:type="dxa"/>
              <w:right w:w="0" w:type="dxa"/>
            </w:tcMar>
          </w:tcPr>
          <w:p w14:paraId="57DDD491" w14:textId="77777777" w:rsidR="00F925E9" w:rsidRDefault="00000000">
            <w:pPr>
              <w:autoSpaceDE w:val="0"/>
              <w:autoSpaceDN w:val="0"/>
              <w:spacing w:before="60" w:after="0" w:line="224" w:lineRule="exact"/>
              <w:ind w:right="10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(Matamuda)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7430AB78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Tahun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0A2F10E9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Pelajaran</w:t>
            </w:r>
          </w:p>
        </w:tc>
        <w:tc>
          <w:tcPr>
            <w:tcW w:w="1360" w:type="dxa"/>
            <w:tcMar>
              <w:left w:w="0" w:type="dxa"/>
              <w:right w:w="0" w:type="dxa"/>
            </w:tcMar>
          </w:tcPr>
          <w:p w14:paraId="4AA866ED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2026/2027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39817959" w14:textId="77777777" w:rsidR="00F925E9" w:rsidRDefault="00000000">
            <w:pPr>
              <w:autoSpaceDE w:val="0"/>
              <w:autoSpaceDN w:val="0"/>
              <w:spacing w:before="108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371930B6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diterbitkan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14:paraId="5C6E86BD" w14:textId="77777777" w:rsidR="00F925E9" w:rsidRDefault="00000000">
            <w:pPr>
              <w:autoSpaceDE w:val="0"/>
              <w:autoSpaceDN w:val="0"/>
              <w:spacing w:before="62" w:after="0" w:line="176" w:lineRule="exact"/>
              <w:ind w:left="1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oleh</w:t>
            </w:r>
          </w:p>
        </w:tc>
      </w:tr>
    </w:tbl>
    <w:p w14:paraId="3DE194B0" w14:textId="77777777" w:rsidR="00F925E9" w:rsidRDefault="00000000">
      <w:pPr>
        <w:autoSpaceDE w:val="0"/>
        <w:autoSpaceDN w:val="0"/>
        <w:spacing w:after="0" w:line="384" w:lineRule="exact"/>
        <w:ind w:left="264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Direktorat Kurikulum, Sarana, Kelembagaan, dan Kesiswaan Madrasah,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Direktorat Jenderal Pendidikan Islam, Kementerian Agama RI.</w:t>
      </w:r>
    </w:p>
    <w:p w14:paraId="1211EA73" w14:textId="77777777" w:rsidR="00F925E9" w:rsidRDefault="00000000">
      <w:pPr>
        <w:autoSpaceDE w:val="0"/>
        <w:autoSpaceDN w:val="0"/>
        <w:spacing w:after="0" w:line="416" w:lineRule="exact"/>
        <w:ind w:left="2640" w:right="1152" w:hanging="360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Ketentuan mengenai pelaksanaan Cek Kesehatan Gratis (CKG) melalui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aplikasi SATUSEHAT Mobile sebagaimana diatur dalam Petunjuk</w:t>
      </w:r>
    </w:p>
    <w:p w14:paraId="545BEE54" w14:textId="77777777" w:rsidR="00F925E9" w:rsidRDefault="00000000">
      <w:pPr>
        <w:autoSpaceDE w:val="0"/>
        <w:autoSpaceDN w:val="0"/>
        <w:spacing w:before="192" w:after="0" w:line="174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Teknis.</w:t>
      </w:r>
    </w:p>
    <w:p w14:paraId="65D30154" w14:textId="77777777" w:rsidR="00F925E9" w:rsidRDefault="00000000">
      <w:pPr>
        <w:autoSpaceDE w:val="0"/>
        <w:autoSpaceDN w:val="0"/>
        <w:spacing w:before="458" w:after="0" w:line="176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3. Kedudukan Panduan</w:t>
      </w:r>
    </w:p>
    <w:p w14:paraId="6AE6D42C" w14:textId="77777777" w:rsidR="00F925E9" w:rsidRDefault="00000000">
      <w:pPr>
        <w:autoSpaceDE w:val="0"/>
        <w:autoSpaceDN w:val="0"/>
        <w:spacing w:before="382" w:after="128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Panduan ini merupakan pelengkap Petunjuk Teknis Pelaksanaan</w:t>
      </w:r>
    </w:p>
    <w:tbl>
      <w:tblPr>
        <w:tblW w:w="0" w:type="auto"/>
        <w:tblInd w:w="960" w:type="dxa"/>
        <w:tblLayout w:type="fixed"/>
        <w:tblLook w:val="04A0" w:firstRow="1" w:lastRow="0" w:firstColumn="1" w:lastColumn="0" w:noHBand="0" w:noVBand="1"/>
      </w:tblPr>
      <w:tblGrid>
        <w:gridCol w:w="2220"/>
        <w:gridCol w:w="940"/>
        <w:gridCol w:w="1280"/>
        <w:gridCol w:w="1480"/>
        <w:gridCol w:w="900"/>
        <w:gridCol w:w="1580"/>
        <w:gridCol w:w="1460"/>
      </w:tblGrid>
      <w:tr w:rsidR="00F925E9" w14:paraId="65C6DC81" w14:textId="77777777">
        <w:trPr>
          <w:trHeight w:hRule="exact" w:val="344"/>
        </w:trPr>
        <w:tc>
          <w:tcPr>
            <w:tcW w:w="2220" w:type="dxa"/>
            <w:tcMar>
              <w:left w:w="0" w:type="dxa"/>
              <w:right w:w="0" w:type="dxa"/>
            </w:tcMar>
          </w:tcPr>
          <w:p w14:paraId="346681F6" w14:textId="77777777" w:rsidR="00F925E9" w:rsidRDefault="00000000">
            <w:pPr>
              <w:autoSpaceDE w:val="0"/>
              <w:autoSpaceDN w:val="0"/>
              <w:spacing w:before="62" w:after="0" w:line="176" w:lineRule="exact"/>
              <w:ind w:right="12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Matamuda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14:paraId="5B949C72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Tahun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6F42B8B3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Pelajaran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6DB48B75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2026/2027.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4256FF04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Isinya</w:t>
            </w:r>
          </w:p>
        </w:tc>
        <w:tc>
          <w:tcPr>
            <w:tcW w:w="1580" w:type="dxa"/>
            <w:tcMar>
              <w:left w:w="0" w:type="dxa"/>
              <w:right w:w="0" w:type="dxa"/>
            </w:tcMar>
          </w:tcPr>
          <w:p w14:paraId="1E820B81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memberikan</w:t>
            </w:r>
          </w:p>
        </w:tc>
        <w:tc>
          <w:tcPr>
            <w:tcW w:w="1460" w:type="dxa"/>
            <w:tcMar>
              <w:left w:w="0" w:type="dxa"/>
              <w:right w:w="0" w:type="dxa"/>
            </w:tcMar>
          </w:tcPr>
          <w:p w14:paraId="7E001F8A" w14:textId="77777777" w:rsidR="00F925E9" w:rsidRDefault="00000000">
            <w:pPr>
              <w:autoSpaceDE w:val="0"/>
              <w:autoSpaceDN w:val="0"/>
              <w:spacing w:before="62" w:after="0" w:line="176" w:lineRule="exact"/>
              <w:ind w:left="14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contoh</w:t>
            </w:r>
          </w:p>
        </w:tc>
      </w:tr>
    </w:tbl>
    <w:p w14:paraId="190625F2" w14:textId="77777777" w:rsidR="00F925E9" w:rsidRDefault="00000000">
      <w:pPr>
        <w:autoSpaceDE w:val="0"/>
        <w:autoSpaceDN w:val="0"/>
        <w:spacing w:after="0" w:line="386" w:lineRule="exact"/>
        <w:ind w:left="192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pelaksanaan, metode kegiatan, instrumen, jadwal, format administrasi, serta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berbagai contoh yang dapat langsung digunakan atau disesuaikan oleh</w:t>
      </w:r>
    </w:p>
    <w:p w14:paraId="1BEA69AB" w14:textId="77777777" w:rsidR="00F925E9" w:rsidRDefault="00000000">
      <w:pPr>
        <w:autoSpaceDE w:val="0"/>
        <w:autoSpaceDN w:val="0"/>
        <w:spacing w:before="190" w:after="0" w:line="174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madrasah.</w:t>
      </w:r>
    </w:p>
    <w:p w14:paraId="0AE473CE" w14:textId="77777777" w:rsidR="00F925E9" w:rsidRDefault="00000000">
      <w:pPr>
        <w:autoSpaceDE w:val="0"/>
        <w:autoSpaceDN w:val="0"/>
        <w:spacing w:before="518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Panduan ini tidak mengubah ataupun menggantikan ketentuan yang</w:t>
      </w:r>
    </w:p>
    <w:p w14:paraId="793B5F87" w14:textId="77777777" w:rsidR="00F925E9" w:rsidRDefault="00000000">
      <w:pPr>
        <w:autoSpaceDE w:val="0"/>
        <w:autoSpaceDN w:val="0"/>
        <w:spacing w:before="192" w:after="0" w:line="224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telah diatur dalam Petunjuk Teknis. Apabila terdapat perbedaan penafsiran,</w:t>
      </w:r>
    </w:p>
    <w:p w14:paraId="75CCB8FF" w14:textId="77777777" w:rsidR="00F925E9" w:rsidRDefault="00000000">
      <w:pPr>
        <w:autoSpaceDE w:val="0"/>
        <w:autoSpaceDN w:val="0"/>
        <w:spacing w:before="192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maka Petunjuk Teknis tetap menjadi acuan utama.</w:t>
      </w:r>
    </w:p>
    <w:p w14:paraId="49E211B0" w14:textId="77777777" w:rsidR="00F925E9" w:rsidRDefault="00000000">
      <w:pPr>
        <w:autoSpaceDE w:val="0"/>
        <w:autoSpaceDN w:val="0"/>
        <w:spacing w:before="468" w:after="0" w:line="222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4. Tujuan Panduan</w:t>
      </w:r>
    </w:p>
    <w:p w14:paraId="00CD5AF1" w14:textId="77777777" w:rsidR="00F925E9" w:rsidRDefault="00000000">
      <w:pPr>
        <w:autoSpaceDE w:val="0"/>
        <w:autoSpaceDN w:val="0"/>
        <w:spacing w:before="178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a. Memberikan Panduan bagi madrasah melaksanakan Matamuda dengan</w:t>
      </w:r>
    </w:p>
    <w:p w14:paraId="61268666" w14:textId="77777777" w:rsidR="00F925E9" w:rsidRDefault="00000000">
      <w:pPr>
        <w:autoSpaceDE w:val="0"/>
        <w:autoSpaceDN w:val="0"/>
        <w:spacing w:before="186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cara yang lebih menyenangkan, interaktif, dan melibatkan murid secara</w:t>
      </w:r>
    </w:p>
    <w:p w14:paraId="1DFECF66" w14:textId="77777777" w:rsidR="00F925E9" w:rsidRDefault="00000000">
      <w:pPr>
        <w:autoSpaceDE w:val="0"/>
        <w:autoSpaceDN w:val="0"/>
        <w:spacing w:before="188" w:after="0" w:line="178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aktif.</w:t>
      </w:r>
    </w:p>
    <w:p w14:paraId="536740EA" w14:textId="77777777" w:rsidR="00F925E9" w:rsidRDefault="00000000">
      <w:pPr>
        <w:autoSpaceDE w:val="0"/>
        <w:autoSpaceDN w:val="0"/>
        <w:spacing w:before="242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b. Memberikan contoh instrumen dan langkah sederhana untuk mengenali</w:t>
      </w:r>
    </w:p>
    <w:p w14:paraId="3B322813" w14:textId="77777777" w:rsidR="00F925E9" w:rsidRDefault="00000000">
      <w:pPr>
        <w:autoSpaceDE w:val="0"/>
        <w:autoSpaceDN w:val="0"/>
        <w:spacing w:before="192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serta memetakan potensi Murid Baru sejak awal.</w:t>
      </w:r>
    </w:p>
    <w:p w14:paraId="0E383D4B" w14:textId="77777777" w:rsidR="00F925E9" w:rsidRDefault="00000000">
      <w:pPr>
        <w:autoSpaceDE w:val="0"/>
        <w:autoSpaceDN w:val="0"/>
        <w:spacing w:before="1038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2</w:t>
      </w:r>
    </w:p>
    <w:p w14:paraId="1E94184D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32750256" w14:textId="77777777" w:rsidR="00F925E9" w:rsidRDefault="00F925E9">
      <w:pPr>
        <w:autoSpaceDE w:val="0"/>
        <w:autoSpaceDN w:val="0"/>
        <w:spacing w:after="0" w:line="220" w:lineRule="exact"/>
      </w:pPr>
    </w:p>
    <w:p w14:paraId="4DE77834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3FB505C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B46C1BA" w14:textId="77777777" w:rsidR="00F925E9" w:rsidRDefault="00000000">
      <w:pPr>
        <w:autoSpaceDE w:val="0"/>
        <w:autoSpaceDN w:val="0"/>
        <w:spacing w:before="638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c. Menjelaskan teknis pelaksanaan Mars dan Himne Madrasah sebagai</w:t>
      </w:r>
    </w:p>
    <w:p w14:paraId="0482AA0E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kegiatan pembuka setiap hari selama Matamuda.</w:t>
      </w:r>
    </w:p>
    <w:p w14:paraId="23C29861" w14:textId="77777777" w:rsidR="00F925E9" w:rsidRDefault="00000000">
      <w:pPr>
        <w:tabs>
          <w:tab w:val="left" w:pos="2640"/>
        </w:tabs>
        <w:autoSpaceDE w:val="0"/>
        <w:autoSpaceDN w:val="0"/>
        <w:spacing w:after="0" w:line="416" w:lineRule="exact"/>
        <w:ind w:left="2280" w:right="1584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Menyediakan contoh jadwal, susunan panitia, format administrasi,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serta contoh pelaporan yang dapat disesuaikan dengan kebutuhan</w:t>
      </w:r>
    </w:p>
    <w:p w14:paraId="7B5C8B0A" w14:textId="77777777" w:rsidR="00F925E9" w:rsidRDefault="00000000">
      <w:pPr>
        <w:autoSpaceDE w:val="0"/>
        <w:autoSpaceDN w:val="0"/>
        <w:spacing w:before="190" w:after="0" w:line="174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madrasah.</w:t>
      </w:r>
    </w:p>
    <w:p w14:paraId="284EFB9D" w14:textId="77777777" w:rsidR="00F925E9" w:rsidRDefault="00000000">
      <w:pPr>
        <w:autoSpaceDE w:val="0"/>
        <w:autoSpaceDN w:val="0"/>
        <w:spacing w:before="238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e. Memberikan jawaban atas berbagai pertanyaan teknis yang sering</w:t>
      </w:r>
    </w:p>
    <w:p w14:paraId="79178EF9" w14:textId="77777777" w:rsidR="00F925E9" w:rsidRDefault="00000000">
      <w:pPr>
        <w:autoSpaceDE w:val="0"/>
        <w:autoSpaceDN w:val="0"/>
        <w:spacing w:before="192" w:after="0" w:line="218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muncul dalam pelaksanaan Matamuda.</w:t>
      </w:r>
    </w:p>
    <w:p w14:paraId="17D4D79A" w14:textId="77777777" w:rsidR="00F925E9" w:rsidRDefault="00000000">
      <w:pPr>
        <w:tabs>
          <w:tab w:val="left" w:pos="2280"/>
        </w:tabs>
        <w:autoSpaceDE w:val="0"/>
        <w:autoSpaceDN w:val="0"/>
        <w:spacing w:before="248" w:after="0" w:line="394" w:lineRule="exact"/>
        <w:ind w:left="1560" w:right="1728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5. Sasaran Pengguna Panduan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a. Kepala Madrasah dan Wakil Kepala Madrasah bidang kesiswaan;</w:t>
      </w:r>
    </w:p>
    <w:p w14:paraId="5B5FED36" w14:textId="77777777" w:rsidR="00F925E9" w:rsidRDefault="00000000">
      <w:pPr>
        <w:autoSpaceDE w:val="0"/>
        <w:autoSpaceDN w:val="0"/>
        <w:spacing w:before="292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b. Panitia penyelenggara Matamuda di tingkat satuan pendidikan;</w:t>
      </w:r>
    </w:p>
    <w:p w14:paraId="0A1C0849" w14:textId="77777777" w:rsidR="00F925E9" w:rsidRDefault="00000000">
      <w:pPr>
        <w:autoSpaceDE w:val="0"/>
        <w:autoSpaceDN w:val="0"/>
        <w:spacing w:before="290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c. Wali kelas, guru, dan tenaga kependidikan yang terlibat sebagai</w:t>
      </w:r>
    </w:p>
    <w:p w14:paraId="70769FEC" w14:textId="77777777" w:rsidR="00F925E9" w:rsidRDefault="00000000">
      <w:pPr>
        <w:autoSpaceDE w:val="0"/>
        <w:autoSpaceDN w:val="0"/>
        <w:spacing w:before="192" w:after="232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pendamping kelompok;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2720"/>
        <w:gridCol w:w="1280"/>
        <w:gridCol w:w="620"/>
        <w:gridCol w:w="1080"/>
        <w:gridCol w:w="920"/>
        <w:gridCol w:w="1580"/>
        <w:gridCol w:w="1480"/>
      </w:tblGrid>
      <w:tr w:rsidR="00F925E9" w14:paraId="0BE5BE05" w14:textId="77777777">
        <w:trPr>
          <w:trHeight w:hRule="exact" w:val="342"/>
        </w:trPr>
        <w:tc>
          <w:tcPr>
            <w:tcW w:w="2720" w:type="dxa"/>
            <w:tcMar>
              <w:left w:w="0" w:type="dxa"/>
              <w:right w:w="0" w:type="dxa"/>
            </w:tcMar>
          </w:tcPr>
          <w:p w14:paraId="11E224E9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10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d. Pengawas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2BAEC202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620" w:type="dxa"/>
            <w:tcMar>
              <w:left w:w="0" w:type="dxa"/>
              <w:right w:w="0" w:type="dxa"/>
            </w:tcMar>
          </w:tcPr>
          <w:p w14:paraId="6A558584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6DEFFB08" w14:textId="77777777" w:rsidR="00F925E9" w:rsidRDefault="00000000">
            <w:pPr>
              <w:autoSpaceDE w:val="0"/>
              <w:autoSpaceDN w:val="0"/>
              <w:spacing w:before="62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petugas</w:t>
            </w: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2A7E5932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Kantor</w:t>
            </w:r>
          </w:p>
        </w:tc>
        <w:tc>
          <w:tcPr>
            <w:tcW w:w="1580" w:type="dxa"/>
            <w:tcMar>
              <w:left w:w="0" w:type="dxa"/>
              <w:right w:w="0" w:type="dxa"/>
            </w:tcMar>
          </w:tcPr>
          <w:p w14:paraId="4C308D3C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Kementerian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7DA707DE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left="12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Agama</w:t>
            </w:r>
          </w:p>
        </w:tc>
      </w:tr>
    </w:tbl>
    <w:p w14:paraId="07B78EBA" w14:textId="77777777" w:rsidR="00F925E9" w:rsidRDefault="00000000">
      <w:pPr>
        <w:autoSpaceDE w:val="0"/>
        <w:autoSpaceDN w:val="0"/>
        <w:spacing w:before="132" w:after="0" w:line="224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Kabupaten/Kota dalam rangka pembinaan dan pengawasan;</w:t>
      </w:r>
    </w:p>
    <w:p w14:paraId="27EB1EEF" w14:textId="77777777" w:rsidR="00F925E9" w:rsidRDefault="00000000">
      <w:pPr>
        <w:autoSpaceDE w:val="0"/>
        <w:autoSpaceDN w:val="0"/>
        <w:spacing w:before="290" w:after="0" w:line="224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e. Orang Tua/Wali Murid sebagai mitra pendukung penyelenggaraan</w:t>
      </w:r>
    </w:p>
    <w:p w14:paraId="020E747F" w14:textId="77777777" w:rsidR="00F925E9" w:rsidRDefault="00000000">
      <w:pPr>
        <w:autoSpaceDE w:val="0"/>
        <w:autoSpaceDN w:val="0"/>
        <w:spacing w:before="192" w:after="0" w:line="174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Matamuda.</w:t>
      </w:r>
    </w:p>
    <w:p w14:paraId="7F97CC0D" w14:textId="77777777" w:rsidR="00F925E9" w:rsidRDefault="00000000">
      <w:pPr>
        <w:autoSpaceDE w:val="0"/>
        <w:autoSpaceDN w:val="0"/>
        <w:spacing w:before="458" w:after="276" w:line="222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6.</w:t>
      </w:r>
      <w:r>
        <w:rPr>
          <w:rFonts w:ascii="Arial" w:eastAsia="Arial" w:hAnsi="Arial"/>
          <w:b/>
          <w:color w:val="333333"/>
          <w:spacing w:val="-10"/>
          <w:sz w:val="24"/>
        </w:rPr>
        <w:t xml:space="preserve"> Ruang Lingkup</w:t>
      </w:r>
    </w:p>
    <w:tbl>
      <w:tblPr>
        <w:tblW w:w="0" w:type="auto"/>
        <w:tblInd w:w="1320" w:type="dxa"/>
        <w:tblLayout w:type="fixed"/>
        <w:tblLook w:val="04A0" w:firstRow="1" w:lastRow="0" w:firstColumn="1" w:lastColumn="0" w:noHBand="0" w:noVBand="1"/>
      </w:tblPr>
      <w:tblGrid>
        <w:gridCol w:w="2400"/>
        <w:gridCol w:w="520"/>
        <w:gridCol w:w="1040"/>
        <w:gridCol w:w="860"/>
        <w:gridCol w:w="1040"/>
        <w:gridCol w:w="1040"/>
        <w:gridCol w:w="1340"/>
        <w:gridCol w:w="1260"/>
      </w:tblGrid>
      <w:tr w:rsidR="00F925E9" w14:paraId="5E5463F3" w14:textId="77777777">
        <w:trPr>
          <w:trHeight w:hRule="exact" w:val="342"/>
        </w:trPr>
        <w:tc>
          <w:tcPr>
            <w:tcW w:w="2400" w:type="dxa"/>
            <w:tcMar>
              <w:left w:w="0" w:type="dxa"/>
              <w:right w:w="0" w:type="dxa"/>
            </w:tcMar>
          </w:tcPr>
          <w:p w14:paraId="7D7C1D76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2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Panduan</w:t>
            </w:r>
          </w:p>
        </w:tc>
        <w:tc>
          <w:tcPr>
            <w:tcW w:w="520" w:type="dxa"/>
            <w:tcMar>
              <w:left w:w="0" w:type="dxa"/>
              <w:right w:w="0" w:type="dxa"/>
            </w:tcMar>
          </w:tcPr>
          <w:p w14:paraId="1D8329B0" w14:textId="77777777" w:rsidR="00F925E9" w:rsidRDefault="00000000">
            <w:pPr>
              <w:autoSpaceDE w:val="0"/>
              <w:autoSpaceDN w:val="0"/>
              <w:spacing w:before="60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ini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14:paraId="4BE2F51E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berlaku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5CE251DE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14:paraId="716BA6E9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seluruh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14:paraId="49EF1CC0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jenjang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752EBF00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1D624742" w14:textId="77777777" w:rsidR="00F925E9" w:rsidRDefault="00000000">
            <w:pPr>
              <w:autoSpaceDE w:val="0"/>
              <w:autoSpaceDN w:val="0"/>
              <w:spacing w:before="104" w:after="0" w:line="178" w:lineRule="exact"/>
              <w:ind w:left="14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</w:tr>
    </w:tbl>
    <w:p w14:paraId="668B4B39" w14:textId="77777777" w:rsidR="00F925E9" w:rsidRDefault="00000000">
      <w:pPr>
        <w:autoSpaceDE w:val="0"/>
        <w:autoSpaceDN w:val="0"/>
        <w:spacing w:before="128" w:after="0" w:line="224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melaksanakan Matamuda, yaitu Raudhatul Athfal (RA), Madrasah Ibtidaiyah</w:t>
      </w:r>
    </w:p>
    <w:p w14:paraId="08D1C3C5" w14:textId="77777777" w:rsidR="00F925E9" w:rsidRDefault="00000000">
      <w:pPr>
        <w:autoSpaceDE w:val="0"/>
        <w:autoSpaceDN w:val="0"/>
        <w:spacing w:after="0" w:line="414" w:lineRule="exact"/>
        <w:ind w:left="192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(MI), Madrasah Tsanawiyah (MTs), dan Madrasah Aliyah (MA), baik negeri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maupun swasta.</w:t>
      </w:r>
    </w:p>
    <w:p w14:paraId="72500BEB" w14:textId="77777777" w:rsidR="00F925E9" w:rsidRDefault="00000000">
      <w:pPr>
        <w:autoSpaceDE w:val="0"/>
        <w:autoSpaceDN w:val="0"/>
        <w:spacing w:before="472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Panduan ini juga dapat diterapkan pada madrasah dengan karakteristik</w:t>
      </w:r>
    </w:p>
    <w:p w14:paraId="03E62EC9" w14:textId="77777777" w:rsidR="00F925E9" w:rsidRDefault="00000000">
      <w:pPr>
        <w:autoSpaceDE w:val="0"/>
        <w:autoSpaceDN w:val="0"/>
        <w:spacing w:before="196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khusus, seperti madrasah berasrama, madrasah di lingkungan pesantren,</w:t>
      </w:r>
    </w:p>
    <w:p w14:paraId="309D849A" w14:textId="77777777" w:rsidR="00F925E9" w:rsidRDefault="00000000">
      <w:pPr>
        <w:autoSpaceDE w:val="0"/>
        <w:autoSpaceDN w:val="0"/>
        <w:spacing w:before="190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madrasah inklusi, madrasah ramah anak, maupun madrasah Adiwiyata,</w:t>
      </w:r>
    </w:p>
    <w:p w14:paraId="25F4C889" w14:textId="77777777" w:rsidR="00F925E9" w:rsidRDefault="00000000">
      <w:pPr>
        <w:autoSpaceDE w:val="0"/>
        <w:autoSpaceDN w:val="0"/>
        <w:spacing w:before="192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dengan penyesuaian sesuai kondisi dan kebutuhan masing-masing.</w:t>
      </w:r>
    </w:p>
    <w:p w14:paraId="3ABDF946" w14:textId="77777777" w:rsidR="00F925E9" w:rsidRDefault="00000000">
      <w:pPr>
        <w:autoSpaceDE w:val="0"/>
        <w:autoSpaceDN w:val="0"/>
        <w:spacing w:before="470" w:after="0" w:line="178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7. Istilah dan Definisi</w:t>
      </w:r>
    </w:p>
    <w:p w14:paraId="2510D38A" w14:textId="77777777" w:rsidR="00F925E9" w:rsidRDefault="00000000">
      <w:pPr>
        <w:autoSpaceDE w:val="0"/>
        <w:autoSpaceDN w:val="0"/>
        <w:spacing w:before="238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</w:t>
      </w:r>
    </w:p>
    <w:p w14:paraId="11901832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5FFCFF71" w14:textId="77777777" w:rsidR="00F925E9" w:rsidRDefault="00F925E9">
      <w:pPr>
        <w:autoSpaceDE w:val="0"/>
        <w:autoSpaceDN w:val="0"/>
        <w:spacing w:after="0" w:line="220" w:lineRule="exact"/>
      </w:pPr>
    </w:p>
    <w:p w14:paraId="07E0849F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B4C70D2" w14:textId="77777777" w:rsidR="00F925E9" w:rsidRDefault="00000000">
      <w:pPr>
        <w:autoSpaceDE w:val="0"/>
        <w:autoSpaceDN w:val="0"/>
        <w:spacing w:after="616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910" w:type="dxa"/>
        <w:tblLayout w:type="fixed"/>
        <w:tblLook w:val="04A0" w:firstRow="1" w:lastRow="0" w:firstColumn="1" w:lastColumn="0" w:noHBand="0" w:noVBand="1"/>
      </w:tblPr>
      <w:tblGrid>
        <w:gridCol w:w="1694"/>
        <w:gridCol w:w="6960"/>
      </w:tblGrid>
      <w:tr w:rsidR="00F925E9" w14:paraId="33CABF9C" w14:textId="77777777">
        <w:trPr>
          <w:trHeight w:hRule="exact" w:val="583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E9116CF" w14:textId="77777777" w:rsidR="00F925E9" w:rsidRDefault="00000000">
            <w:pPr>
              <w:autoSpaceDE w:val="0"/>
              <w:autoSpaceDN w:val="0"/>
              <w:spacing w:before="114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Istilah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F24D9F8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Definisi Operasional</w:t>
            </w:r>
          </w:p>
        </w:tc>
      </w:tr>
      <w:tr w:rsidR="00F925E9" w14:paraId="09D4C9D8" w14:textId="77777777">
        <w:trPr>
          <w:trHeight w:hRule="exact" w:val="1375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4258636" w14:textId="77777777" w:rsidR="00F925E9" w:rsidRDefault="00000000">
            <w:pPr>
              <w:autoSpaceDE w:val="0"/>
              <w:autoSpaceDN w:val="0"/>
              <w:spacing w:before="52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Matamuda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E9A847C" w14:textId="77777777" w:rsidR="00F925E9" w:rsidRDefault="00F925E9">
            <w:pPr>
              <w:autoSpaceDE w:val="0"/>
              <w:autoSpaceDN w:val="0"/>
              <w:spacing w:after="0" w:line="52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760"/>
              <w:gridCol w:w="940"/>
              <w:gridCol w:w="860"/>
              <w:gridCol w:w="1380"/>
              <w:gridCol w:w="1160"/>
              <w:gridCol w:w="1160"/>
              <w:gridCol w:w="580"/>
            </w:tblGrid>
            <w:tr w:rsidR="00F925E9" w14:paraId="5443E0B2" w14:textId="77777777">
              <w:trPr>
                <w:trHeight w:hRule="exact" w:val="340"/>
              </w:trPr>
              <w:tc>
                <w:tcPr>
                  <w:tcW w:w="760" w:type="dxa"/>
                  <w:tcMar>
                    <w:left w:w="0" w:type="dxa"/>
                    <w:right w:w="0" w:type="dxa"/>
                  </w:tcMar>
                </w:tcPr>
                <w:p w14:paraId="78D94BBB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Masa</w:t>
                  </w:r>
                </w:p>
              </w:tc>
              <w:tc>
                <w:tcPr>
                  <w:tcW w:w="940" w:type="dxa"/>
                  <w:tcMar>
                    <w:left w:w="0" w:type="dxa"/>
                    <w:right w:w="0" w:type="dxa"/>
                  </w:tcMar>
                </w:tcPr>
                <w:p w14:paraId="433B3819" w14:textId="77777777" w:rsidR="00F925E9" w:rsidRDefault="00000000">
                  <w:pPr>
                    <w:autoSpaceDE w:val="0"/>
                    <w:autoSpaceDN w:val="0"/>
                    <w:spacing w:before="54" w:after="0" w:line="17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Taaruf</w:t>
                  </w:r>
                </w:p>
              </w:tc>
              <w:tc>
                <w:tcPr>
                  <w:tcW w:w="860" w:type="dxa"/>
                  <w:tcMar>
                    <w:left w:w="0" w:type="dxa"/>
                    <w:right w:w="0" w:type="dxa"/>
                  </w:tcMar>
                </w:tcPr>
                <w:p w14:paraId="51E3F7F7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Murid</w:t>
                  </w:r>
                </w:p>
              </w:tc>
              <w:tc>
                <w:tcPr>
                  <w:tcW w:w="1380" w:type="dxa"/>
                  <w:tcMar>
                    <w:left w:w="0" w:type="dxa"/>
                    <w:right w:w="0" w:type="dxa"/>
                  </w:tcMar>
                </w:tcPr>
                <w:p w14:paraId="31AC9340" w14:textId="77777777" w:rsidR="00F925E9" w:rsidRDefault="00000000">
                  <w:pPr>
                    <w:autoSpaceDE w:val="0"/>
                    <w:autoSpaceDN w:val="0"/>
                    <w:spacing w:before="58" w:after="0" w:line="20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Madrasah,</w:t>
                  </w:r>
                </w:p>
              </w:tc>
              <w:tc>
                <w:tcPr>
                  <w:tcW w:w="1160" w:type="dxa"/>
                  <w:tcMar>
                    <w:left w:w="0" w:type="dxa"/>
                    <w:right w:w="0" w:type="dxa"/>
                  </w:tcMar>
                </w:tcPr>
                <w:p w14:paraId="4499D3E5" w14:textId="77777777" w:rsidR="00F925E9" w:rsidRDefault="00000000">
                  <w:pPr>
                    <w:autoSpaceDE w:val="0"/>
                    <w:autoSpaceDN w:val="0"/>
                    <w:spacing w:before="58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kegiatan</w:t>
                  </w:r>
                </w:p>
              </w:tc>
              <w:tc>
                <w:tcPr>
                  <w:tcW w:w="1160" w:type="dxa"/>
                  <w:tcMar>
                    <w:left w:w="0" w:type="dxa"/>
                    <w:right w:w="0" w:type="dxa"/>
                  </w:tcMar>
                </w:tcPr>
                <w:p w14:paraId="5C62C345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orientasi</w:t>
                  </w:r>
                </w:p>
              </w:tc>
              <w:tc>
                <w:tcPr>
                  <w:tcW w:w="580" w:type="dxa"/>
                  <w:tcMar>
                    <w:left w:w="0" w:type="dxa"/>
                    <w:right w:w="0" w:type="dxa"/>
                  </w:tcMar>
                </w:tcPr>
                <w:p w14:paraId="53EA080E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</w:tr>
          </w:tbl>
          <w:p w14:paraId="4B0FDDD0" w14:textId="77777777" w:rsidR="00F925E9" w:rsidRDefault="00000000">
            <w:pPr>
              <w:autoSpaceDE w:val="0"/>
              <w:autoSpaceDN w:val="0"/>
              <w:spacing w:before="13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pengenalan lingkungan madrasah bagi Murid Baru pada awal</w:t>
            </w:r>
          </w:p>
          <w:p w14:paraId="3ABD438A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tahun pelajaran.</w:t>
            </w:r>
          </w:p>
        </w:tc>
      </w:tr>
      <w:tr w:rsidR="00F925E9" w14:paraId="33474914" w14:textId="77777777">
        <w:trPr>
          <w:trHeight w:hRule="exact" w:val="1037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3502C99" w14:textId="77777777" w:rsidR="00F925E9" w:rsidRDefault="00000000">
            <w:pPr>
              <w:autoSpaceDE w:val="0"/>
              <w:autoSpaceDN w:val="0"/>
              <w:spacing w:before="35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Peta Talenta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5CBCE35" w14:textId="77777777" w:rsidR="00F925E9" w:rsidRDefault="00000000">
            <w:pPr>
              <w:autoSpaceDE w:val="0"/>
              <w:autoSpaceDN w:val="0"/>
              <w:spacing w:before="15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Dokumen rekapitulasi hasil pengamatan ranah talenta Murid</w:t>
            </w:r>
          </w:p>
          <w:p w14:paraId="26B2C549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Baru yang disusun panitia selama dan setelah Matamuda.</w:t>
            </w:r>
          </w:p>
        </w:tc>
      </w:tr>
      <w:tr w:rsidR="00F925E9" w14:paraId="0E0972ED" w14:textId="77777777">
        <w:trPr>
          <w:trHeight w:hRule="exact" w:val="580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0CB49A6" w14:textId="77777777" w:rsidR="00F925E9" w:rsidRDefault="00000000">
            <w:pPr>
              <w:autoSpaceDE w:val="0"/>
              <w:autoSpaceDN w:val="0"/>
              <w:spacing w:before="104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Senyaman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1D546CA" w14:textId="77777777" w:rsidR="00F925E9" w:rsidRDefault="00000000">
            <w:pPr>
              <w:autoSpaceDE w:val="0"/>
              <w:autoSpaceDN w:val="0"/>
              <w:spacing w:before="104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Sehat, Aman, Nyaman, dan Menyenangkan</w:t>
            </w:r>
          </w:p>
        </w:tc>
      </w:tr>
      <w:tr w:rsidR="00F925E9" w14:paraId="4D8CBBD4" w14:textId="77777777">
        <w:trPr>
          <w:trHeight w:hRule="exact" w:val="1379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B8AA2C6" w14:textId="77777777" w:rsidR="00F925E9" w:rsidRDefault="00000000">
            <w:pPr>
              <w:autoSpaceDE w:val="0"/>
              <w:autoSpaceDN w:val="0"/>
              <w:spacing w:before="522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KBC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0935402" w14:textId="77777777" w:rsidR="00F925E9" w:rsidRDefault="00F925E9">
            <w:pPr>
              <w:autoSpaceDE w:val="0"/>
              <w:autoSpaceDN w:val="0"/>
              <w:spacing w:after="0" w:line="52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240"/>
              <w:gridCol w:w="1160"/>
              <w:gridCol w:w="860"/>
              <w:gridCol w:w="1480"/>
              <w:gridCol w:w="1400"/>
              <w:gridCol w:w="700"/>
            </w:tblGrid>
            <w:tr w:rsidR="00F925E9" w14:paraId="3AC416D8" w14:textId="77777777">
              <w:trPr>
                <w:trHeight w:hRule="exact" w:val="342"/>
              </w:trPr>
              <w:tc>
                <w:tcPr>
                  <w:tcW w:w="1240" w:type="dxa"/>
                  <w:tcMar>
                    <w:left w:w="0" w:type="dxa"/>
                    <w:right w:w="0" w:type="dxa"/>
                  </w:tcMar>
                </w:tcPr>
                <w:p w14:paraId="1F0A8E8B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Kurikulum</w:t>
                  </w:r>
                </w:p>
              </w:tc>
              <w:tc>
                <w:tcPr>
                  <w:tcW w:w="1160" w:type="dxa"/>
                  <w:tcMar>
                    <w:left w:w="0" w:type="dxa"/>
                    <w:right w:w="0" w:type="dxa"/>
                  </w:tcMar>
                </w:tcPr>
                <w:p w14:paraId="730B3EB6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Berbasis</w:t>
                  </w:r>
                </w:p>
              </w:tc>
              <w:tc>
                <w:tcPr>
                  <w:tcW w:w="860" w:type="dxa"/>
                  <w:tcMar>
                    <w:left w:w="0" w:type="dxa"/>
                    <w:right w:w="0" w:type="dxa"/>
                  </w:tcMar>
                </w:tcPr>
                <w:p w14:paraId="1171D29E" w14:textId="77777777" w:rsidR="00F925E9" w:rsidRDefault="00000000">
                  <w:pPr>
                    <w:autoSpaceDE w:val="0"/>
                    <w:autoSpaceDN w:val="0"/>
                    <w:spacing w:before="56" w:after="0" w:line="20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Cinta,</w:t>
                  </w:r>
                </w:p>
              </w:tc>
              <w:tc>
                <w:tcPr>
                  <w:tcW w:w="1480" w:type="dxa"/>
                  <w:tcMar>
                    <w:left w:w="0" w:type="dxa"/>
                    <w:right w:w="0" w:type="dxa"/>
                  </w:tcMar>
                </w:tcPr>
                <w:p w14:paraId="56A9ACAC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pendekatan</w:t>
                  </w:r>
                </w:p>
              </w:tc>
              <w:tc>
                <w:tcPr>
                  <w:tcW w:w="1400" w:type="dxa"/>
                  <w:tcMar>
                    <w:left w:w="0" w:type="dxa"/>
                    <w:right w:w="0" w:type="dxa"/>
                  </w:tcMar>
                </w:tcPr>
                <w:p w14:paraId="465221F1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pendidikan</w:t>
                  </w:r>
                </w:p>
              </w:tc>
              <w:tc>
                <w:tcPr>
                  <w:tcW w:w="700" w:type="dxa"/>
                  <w:tcMar>
                    <w:left w:w="0" w:type="dxa"/>
                    <w:right w:w="0" w:type="dxa"/>
                  </w:tcMar>
                </w:tcPr>
                <w:p w14:paraId="57ED0420" w14:textId="77777777" w:rsidR="00F925E9" w:rsidRDefault="00000000">
                  <w:pPr>
                    <w:autoSpaceDE w:val="0"/>
                    <w:autoSpaceDN w:val="0"/>
                    <w:spacing w:before="104" w:after="0" w:line="17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yang</w:t>
                  </w:r>
                </w:p>
              </w:tc>
            </w:tr>
          </w:tbl>
          <w:p w14:paraId="0FAD206F" w14:textId="77777777" w:rsidR="00F925E9" w:rsidRDefault="00000000">
            <w:pPr>
              <w:autoSpaceDE w:val="0"/>
              <w:autoSpaceDN w:val="0"/>
              <w:spacing w:before="13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menumbuhkan panca cinta: kepada Allah dan Rasulullah, ilmu,</w:t>
            </w:r>
          </w:p>
          <w:p w14:paraId="7FC1EC21" w14:textId="77777777" w:rsidR="00F925E9" w:rsidRDefault="00000000">
            <w:pPr>
              <w:autoSpaceDE w:val="0"/>
              <w:autoSpaceDN w:val="0"/>
              <w:spacing w:before="19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diri sendiri dan sesama, lingkungan, serta bangsa dan negara.</w:t>
            </w:r>
          </w:p>
        </w:tc>
      </w:tr>
      <w:tr w:rsidR="00F925E9" w14:paraId="3A89A910" w14:textId="77777777">
        <w:trPr>
          <w:trHeight w:hRule="exact" w:val="1033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B0E8803" w14:textId="77777777" w:rsidR="00F925E9" w:rsidRDefault="00000000">
            <w:pPr>
              <w:autoSpaceDE w:val="0"/>
              <w:autoSpaceDN w:val="0"/>
              <w:spacing w:before="35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BRUS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784A651" w14:textId="77777777" w:rsidR="00F925E9" w:rsidRDefault="00000000">
            <w:pPr>
              <w:autoSpaceDE w:val="0"/>
              <w:autoSpaceDN w:val="0"/>
              <w:spacing w:before="144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Bimbingan Remaja Usia Sekolah, program pendampingan</w:t>
            </w:r>
          </w:p>
          <w:p w14:paraId="66ED5959" w14:textId="77777777" w:rsidR="00F925E9" w:rsidRDefault="00000000">
            <w:pPr>
              <w:autoSpaceDE w:val="0"/>
              <w:autoSpaceDN w:val="0"/>
              <w:spacing w:before="19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kesehatan reproduksi dan psikososial bagi murid usia sekolah.</w:t>
            </w:r>
          </w:p>
        </w:tc>
      </w:tr>
      <w:tr w:rsidR="00F925E9" w14:paraId="69F54695" w14:textId="77777777">
        <w:trPr>
          <w:trHeight w:hRule="exact" w:val="957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E279CB5" w14:textId="77777777" w:rsidR="00F925E9" w:rsidRDefault="00000000">
            <w:pPr>
              <w:autoSpaceDE w:val="0"/>
              <w:autoSpaceDN w:val="0"/>
              <w:spacing w:before="314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CKG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0B3BA0C" w14:textId="77777777" w:rsidR="00F925E9" w:rsidRDefault="00000000">
            <w:pPr>
              <w:autoSpaceDE w:val="0"/>
              <w:autoSpaceDN w:val="0"/>
              <w:spacing w:after="0" w:line="37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Cek Kesehatan Gratis, program deteksi dini kondisi kesehatan murid melalui aplikasi SATUSEHAT Mobile.</w:t>
            </w:r>
          </w:p>
        </w:tc>
      </w:tr>
      <w:tr w:rsidR="00F925E9" w14:paraId="2B245388" w14:textId="77777777">
        <w:trPr>
          <w:trHeight w:hRule="exact" w:val="1039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1A1B55F" w14:textId="77777777" w:rsidR="00F925E9" w:rsidRDefault="00000000">
            <w:pPr>
              <w:autoSpaceDE w:val="0"/>
              <w:autoSpaceDN w:val="0"/>
              <w:spacing w:before="356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PBS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3B7BEED" w14:textId="77777777" w:rsidR="00F925E9" w:rsidRDefault="00000000">
            <w:pPr>
              <w:autoSpaceDE w:val="0"/>
              <w:autoSpaceDN w:val="0"/>
              <w:spacing w:after="0" w:line="39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Profil Belajar Siswa, instrumen awal untuk mengidentifikasi karakteristik dan kebutuhan belajar murid.</w:t>
            </w:r>
          </w:p>
        </w:tc>
      </w:tr>
      <w:tr w:rsidR="00F925E9" w14:paraId="07B6911A" w14:textId="77777777">
        <w:trPr>
          <w:trHeight w:hRule="exact" w:val="994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BA547AF" w14:textId="77777777" w:rsidR="00F925E9" w:rsidRDefault="00000000">
            <w:pPr>
              <w:autoSpaceDE w:val="0"/>
              <w:autoSpaceDN w:val="0"/>
              <w:spacing w:before="314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ASRI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EBBDA67" w14:textId="77777777" w:rsidR="00F925E9" w:rsidRDefault="00000000">
            <w:pPr>
              <w:autoSpaceDE w:val="0"/>
              <w:autoSpaceDN w:val="0"/>
              <w:spacing w:after="0" w:line="3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Program penguatan lingkungan madrasah yang Aman, Sehat, Resik, dan Indah, terkait konsep ekoteologi.</w:t>
            </w:r>
          </w:p>
        </w:tc>
      </w:tr>
      <w:tr w:rsidR="00F925E9" w14:paraId="633E25D5" w14:textId="77777777">
        <w:trPr>
          <w:trHeight w:hRule="exact" w:val="548"/>
        </w:trPr>
        <w:tc>
          <w:tcPr>
            <w:tcW w:w="169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1E94F11" w14:textId="77777777" w:rsidR="00F925E9" w:rsidRDefault="00000000">
            <w:pPr>
              <w:autoSpaceDE w:val="0"/>
              <w:autoSpaceDN w:val="0"/>
              <w:spacing w:before="116" w:after="0" w:line="17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RANAH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E8AF0A0" w14:textId="77777777" w:rsidR="00F925E9" w:rsidRDefault="00000000">
            <w:pPr>
              <w:autoSpaceDE w:val="0"/>
              <w:autoSpaceDN w:val="0"/>
              <w:spacing w:before="11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Ruang Ramah Anak</w:t>
            </w:r>
          </w:p>
        </w:tc>
      </w:tr>
      <w:tr w:rsidR="00F925E9" w14:paraId="233FDF83" w14:textId="77777777">
        <w:trPr>
          <w:trHeight w:hRule="exact" w:val="1011"/>
        </w:trPr>
        <w:tc>
          <w:tcPr>
            <w:tcW w:w="1694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23E48F3" w14:textId="77777777" w:rsidR="00F925E9" w:rsidRDefault="00000000">
            <w:pPr>
              <w:autoSpaceDE w:val="0"/>
              <w:autoSpaceDN w:val="0"/>
              <w:spacing w:before="360" w:after="0" w:line="222" w:lineRule="exact"/>
              <w:ind w:left="118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Energizer</w:t>
            </w:r>
          </w:p>
        </w:tc>
        <w:tc>
          <w:tcPr>
            <w:tcW w:w="696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A8173B0" w14:textId="77777777" w:rsidR="00F925E9" w:rsidRDefault="00000000">
            <w:pPr>
              <w:autoSpaceDE w:val="0"/>
              <w:autoSpaceDN w:val="0"/>
              <w:spacing w:after="0" w:line="39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Aktivitas singkat dan ringan untuk mengembalikan semangat dan fokus murid di sela-sela kegiatan.</w:t>
            </w:r>
          </w:p>
        </w:tc>
      </w:tr>
    </w:tbl>
    <w:p w14:paraId="646E5D62" w14:textId="77777777" w:rsidR="00F925E9" w:rsidRDefault="00000000">
      <w:pPr>
        <w:autoSpaceDE w:val="0"/>
        <w:autoSpaceDN w:val="0"/>
        <w:spacing w:before="468" w:after="0" w:line="178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B. PELAKSANAAN MATAMUDA</w:t>
      </w:r>
    </w:p>
    <w:p w14:paraId="79016CAA" w14:textId="77777777" w:rsidR="00F925E9" w:rsidRDefault="00000000">
      <w:pPr>
        <w:autoSpaceDE w:val="0"/>
        <w:autoSpaceDN w:val="0"/>
        <w:spacing w:before="398" w:after="0" w:line="178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1. Filosofi Pelaksanaan</w:t>
      </w:r>
    </w:p>
    <w:p w14:paraId="46B29D75" w14:textId="77777777" w:rsidR="00F925E9" w:rsidRDefault="00000000">
      <w:pPr>
        <w:autoSpaceDE w:val="0"/>
        <w:autoSpaceDN w:val="0"/>
        <w:spacing w:before="358" w:after="0" w:line="222" w:lineRule="exact"/>
        <w:ind w:left="2628"/>
      </w:pPr>
      <w:r>
        <w:rPr>
          <w:rFonts w:ascii="ArialMT" w:eastAsia="ArialMT" w:hAnsi="ArialMT"/>
          <w:color w:val="1A1A1A"/>
          <w:spacing w:val="-10"/>
          <w:sz w:val="24"/>
        </w:rPr>
        <w:t>Matamuda merupakan langkah awal bagi Murid Baru untuk mengenal</w:t>
      </w:r>
    </w:p>
    <w:p w14:paraId="4D4F7A54" w14:textId="77777777" w:rsidR="00F925E9" w:rsidRDefault="00000000">
      <w:pPr>
        <w:autoSpaceDE w:val="0"/>
        <w:autoSpaceDN w:val="0"/>
        <w:spacing w:before="190" w:after="0" w:line="222" w:lineRule="exact"/>
        <w:ind w:left="1908"/>
      </w:pPr>
      <w:r>
        <w:rPr>
          <w:rFonts w:ascii="ArialMT" w:eastAsia="ArialMT" w:hAnsi="ArialMT"/>
          <w:color w:val="1A1A1A"/>
          <w:spacing w:val="-10"/>
          <w:sz w:val="24"/>
        </w:rPr>
        <w:t>lingkungan madrasah sekaligus menumbuhkan rasa nyaman, aman, dan</w:t>
      </w:r>
    </w:p>
    <w:p w14:paraId="7D14C6C6" w14:textId="77777777" w:rsidR="00F925E9" w:rsidRDefault="00000000">
      <w:pPr>
        <w:autoSpaceDE w:val="0"/>
        <w:autoSpaceDN w:val="0"/>
        <w:spacing w:before="188" w:after="0" w:line="226" w:lineRule="exact"/>
        <w:ind w:left="1908"/>
      </w:pPr>
      <w:r>
        <w:rPr>
          <w:rFonts w:ascii="ArialMT" w:eastAsia="ArialMT" w:hAnsi="ArialMT"/>
          <w:color w:val="1A1A1A"/>
          <w:spacing w:val="-10"/>
          <w:sz w:val="24"/>
        </w:rPr>
        <w:t>percaya diri. Karena itu, kegiatan ini tidak hanya berfokus pada penyampaian</w:t>
      </w:r>
    </w:p>
    <w:p w14:paraId="211A871A" w14:textId="77777777" w:rsidR="00F925E9" w:rsidRDefault="00000000">
      <w:pPr>
        <w:autoSpaceDE w:val="0"/>
        <w:autoSpaceDN w:val="0"/>
        <w:spacing w:before="1288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4</w:t>
      </w:r>
    </w:p>
    <w:p w14:paraId="11BDBCF3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37067B36" w14:textId="77777777" w:rsidR="00F925E9" w:rsidRDefault="00F925E9">
      <w:pPr>
        <w:autoSpaceDE w:val="0"/>
        <w:autoSpaceDN w:val="0"/>
        <w:spacing w:after="0" w:line="220" w:lineRule="exact"/>
      </w:pPr>
    </w:p>
    <w:p w14:paraId="0EB1A4A8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500672EF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2274139E" w14:textId="77777777" w:rsidR="00F925E9" w:rsidRDefault="00000000">
      <w:pPr>
        <w:autoSpaceDE w:val="0"/>
        <w:autoSpaceDN w:val="0"/>
        <w:spacing w:before="634" w:after="0" w:line="226" w:lineRule="exact"/>
        <w:ind w:left="1908"/>
      </w:pPr>
      <w:r>
        <w:rPr>
          <w:rFonts w:ascii="ArialMT" w:eastAsia="ArialMT" w:hAnsi="ArialMT"/>
          <w:color w:val="1A1A1A"/>
          <w:spacing w:val="-10"/>
          <w:sz w:val="24"/>
        </w:rPr>
        <w:t>informasi, tetapi juga pada pengalaman pertama belajar yang menyenangkan</w:t>
      </w:r>
    </w:p>
    <w:p w14:paraId="5A21513D" w14:textId="77777777" w:rsidR="00F925E9" w:rsidRDefault="00000000">
      <w:pPr>
        <w:autoSpaceDE w:val="0"/>
        <w:autoSpaceDN w:val="0"/>
        <w:spacing w:before="190" w:after="298" w:line="176" w:lineRule="exact"/>
        <w:ind w:left="1908"/>
      </w:pPr>
      <w:r>
        <w:rPr>
          <w:rFonts w:ascii="ArialMT" w:eastAsia="ArialMT" w:hAnsi="ArialMT"/>
          <w:color w:val="1A1A1A"/>
          <w:spacing w:val="-10"/>
          <w:sz w:val="24"/>
        </w:rPr>
        <w:t>dan bermakna.</w:t>
      </w:r>
    </w:p>
    <w:tbl>
      <w:tblPr>
        <w:tblW w:w="0" w:type="auto"/>
        <w:tblInd w:w="1300" w:type="dxa"/>
        <w:tblLayout w:type="fixed"/>
        <w:tblLook w:val="04A0" w:firstRow="1" w:lastRow="0" w:firstColumn="1" w:lastColumn="0" w:noHBand="0" w:noVBand="1"/>
      </w:tblPr>
      <w:tblGrid>
        <w:gridCol w:w="2200"/>
        <w:gridCol w:w="1440"/>
        <w:gridCol w:w="820"/>
        <w:gridCol w:w="1420"/>
        <w:gridCol w:w="840"/>
        <w:gridCol w:w="1300"/>
        <w:gridCol w:w="1500"/>
      </w:tblGrid>
      <w:tr w:rsidR="00F925E9" w14:paraId="33DA2D1B" w14:textId="77777777">
        <w:trPr>
          <w:trHeight w:hRule="exact" w:val="342"/>
        </w:trPr>
        <w:tc>
          <w:tcPr>
            <w:tcW w:w="2200" w:type="dxa"/>
            <w:tcMar>
              <w:left w:w="0" w:type="dxa"/>
              <w:right w:w="0" w:type="dxa"/>
            </w:tcMar>
          </w:tcPr>
          <w:p w14:paraId="4B367DE1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10"/>
              <w:jc w:val="right"/>
            </w:pPr>
            <w:r>
              <w:rPr>
                <w:rFonts w:ascii="ArialMT" w:eastAsia="ArialMT" w:hAnsi="ArialMT"/>
                <w:color w:val="1A1A1A"/>
                <w:spacing w:val="-10"/>
                <w:sz w:val="24"/>
              </w:rPr>
              <w:t>Melalui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4881016" w14:textId="77777777" w:rsidR="00F925E9" w:rsidRDefault="00000000">
            <w:pPr>
              <w:autoSpaceDE w:val="0"/>
              <w:autoSpaceDN w:val="0"/>
              <w:spacing w:before="60" w:after="0" w:line="206" w:lineRule="exact"/>
              <w:jc w:val="center"/>
            </w:pPr>
            <w:r>
              <w:rPr>
                <w:rFonts w:ascii="ArialMT" w:eastAsia="ArialMT" w:hAnsi="ArialMT"/>
                <w:color w:val="1A1A1A"/>
                <w:spacing w:val="-10"/>
                <w:sz w:val="24"/>
              </w:rPr>
              <w:t>Matamuda,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72DDCC51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1A1A1A"/>
                <w:spacing w:val="-10"/>
                <w:sz w:val="24"/>
              </w:rPr>
              <w:t>murid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41F445B3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1A1A1A"/>
                <w:spacing w:val="-10"/>
                <w:sz w:val="24"/>
              </w:rPr>
              <w:t>diharapkan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14:paraId="5322AAAF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1A1A1A"/>
                <w:spacing w:val="-10"/>
                <w:sz w:val="24"/>
              </w:rPr>
              <w:t>dapat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73FAE06D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1A1A1A"/>
                <w:spacing w:val="-10"/>
                <w:sz w:val="24"/>
              </w:rPr>
              <w:t>mengenal</w:t>
            </w:r>
          </w:p>
        </w:tc>
        <w:tc>
          <w:tcPr>
            <w:tcW w:w="1500" w:type="dxa"/>
            <w:tcMar>
              <w:left w:w="0" w:type="dxa"/>
              <w:right w:w="0" w:type="dxa"/>
            </w:tcMar>
          </w:tcPr>
          <w:p w14:paraId="7A80A22A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left="118"/>
            </w:pPr>
            <w:r>
              <w:rPr>
                <w:rFonts w:ascii="ArialMT" w:eastAsia="ArialMT" w:hAnsi="ArialMT"/>
                <w:color w:val="1A1A1A"/>
                <w:spacing w:val="-10"/>
                <w:sz w:val="24"/>
              </w:rPr>
              <w:t>budaya</w:t>
            </w:r>
          </w:p>
        </w:tc>
      </w:tr>
    </w:tbl>
    <w:p w14:paraId="5401246C" w14:textId="77777777" w:rsidR="00F925E9" w:rsidRDefault="00000000">
      <w:pPr>
        <w:autoSpaceDE w:val="0"/>
        <w:autoSpaceDN w:val="0"/>
        <w:spacing w:before="136" w:after="0" w:line="222" w:lineRule="exact"/>
        <w:ind w:left="1908"/>
      </w:pPr>
      <w:r>
        <w:rPr>
          <w:rFonts w:ascii="ArialMT" w:eastAsia="ArialMT" w:hAnsi="ArialMT"/>
          <w:color w:val="1A1A1A"/>
          <w:spacing w:val="-10"/>
          <w:sz w:val="24"/>
        </w:rPr>
        <w:t>madrasah, membangun hubungan yang baik dengan guru dan teman, serta</w:t>
      </w:r>
    </w:p>
    <w:p w14:paraId="4ADF253E" w14:textId="77777777" w:rsidR="00F925E9" w:rsidRDefault="00000000">
      <w:pPr>
        <w:autoSpaceDE w:val="0"/>
        <w:autoSpaceDN w:val="0"/>
        <w:spacing w:after="0" w:line="412" w:lineRule="exact"/>
        <w:ind w:left="1908" w:right="1152"/>
      </w:pPr>
      <w:r>
        <w:rPr>
          <w:rFonts w:ascii="ArialMT" w:eastAsia="ArialMT" w:hAnsi="ArialMT"/>
          <w:color w:val="1A1A1A"/>
          <w:spacing w:val="-10"/>
          <w:sz w:val="24"/>
        </w:rPr>
        <w:t xml:space="preserve">mulai memahami nilai-nilai yang menjadi ciri khas madrasah. Suasana yang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>hangat dan ramah akan membantu murid beradaptasi lebih cepat sehingga</w:t>
      </w:r>
    </w:p>
    <w:p w14:paraId="6DA4857A" w14:textId="77777777" w:rsidR="00F925E9" w:rsidRDefault="00000000">
      <w:pPr>
        <w:autoSpaceDE w:val="0"/>
        <w:autoSpaceDN w:val="0"/>
        <w:spacing w:before="192" w:after="0" w:line="222" w:lineRule="exact"/>
        <w:ind w:left="1908"/>
      </w:pPr>
      <w:r>
        <w:rPr>
          <w:rFonts w:ascii="ArialMT" w:eastAsia="ArialMT" w:hAnsi="ArialMT"/>
          <w:color w:val="1A1A1A"/>
          <w:spacing w:val="-10"/>
          <w:sz w:val="24"/>
        </w:rPr>
        <w:t>siap mengikuti proses pembelajaran.</w:t>
      </w:r>
    </w:p>
    <w:p w14:paraId="5BA17DDF" w14:textId="77777777" w:rsidR="00F925E9" w:rsidRDefault="00000000">
      <w:pPr>
        <w:autoSpaceDE w:val="0"/>
        <w:autoSpaceDN w:val="0"/>
        <w:spacing w:before="316" w:after="0" w:line="222" w:lineRule="exact"/>
        <w:ind w:left="2268"/>
      </w:pPr>
      <w:r>
        <w:rPr>
          <w:rFonts w:ascii="ArialMT" w:eastAsia="ArialMT" w:hAnsi="ArialMT"/>
          <w:color w:val="1A1A1A"/>
          <w:spacing w:val="-10"/>
          <w:sz w:val="24"/>
        </w:rPr>
        <w:t>Di sisi lain, Matamuda juga menjadi kesempatan bagi madrasah untuk mulai</w:t>
      </w:r>
    </w:p>
    <w:p w14:paraId="5D66CB39" w14:textId="77777777" w:rsidR="00F925E9" w:rsidRDefault="00000000">
      <w:pPr>
        <w:autoSpaceDE w:val="0"/>
        <w:autoSpaceDN w:val="0"/>
        <w:spacing w:after="0" w:line="412" w:lineRule="exact"/>
        <w:ind w:left="1908" w:right="1152"/>
      </w:pPr>
      <w:r>
        <w:rPr>
          <w:rFonts w:ascii="ArialMT" w:eastAsia="ArialMT" w:hAnsi="ArialMT"/>
          <w:color w:val="1A1A1A"/>
          <w:spacing w:val="-10"/>
          <w:sz w:val="24"/>
        </w:rPr>
        <w:t xml:space="preserve">mengenali karakter, minat, dan potensi setiap murid. Informasi tersebut dapat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>menjadi dasar dalam memberikan pembinaan dan layanan pendidikan yang</w:t>
      </w:r>
    </w:p>
    <w:p w14:paraId="4B8F232C" w14:textId="77777777" w:rsidR="00F925E9" w:rsidRDefault="00000000">
      <w:pPr>
        <w:autoSpaceDE w:val="0"/>
        <w:autoSpaceDN w:val="0"/>
        <w:spacing w:before="192" w:after="0" w:line="222" w:lineRule="exact"/>
        <w:ind w:left="1908"/>
      </w:pPr>
      <w:r>
        <w:rPr>
          <w:rFonts w:ascii="ArialMT" w:eastAsia="ArialMT" w:hAnsi="ArialMT"/>
          <w:color w:val="1A1A1A"/>
          <w:spacing w:val="-10"/>
          <w:sz w:val="24"/>
        </w:rPr>
        <w:t>sesuai dengan kebutuhan murid.</w:t>
      </w:r>
    </w:p>
    <w:p w14:paraId="4D45242D" w14:textId="77777777" w:rsidR="00F925E9" w:rsidRDefault="00000000">
      <w:pPr>
        <w:autoSpaceDE w:val="0"/>
        <w:autoSpaceDN w:val="0"/>
        <w:spacing w:before="314" w:after="0" w:line="220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2. Prinsip Pelaksanaan</w:t>
      </w:r>
    </w:p>
    <w:p w14:paraId="7089C057" w14:textId="77777777" w:rsidR="00F925E9" w:rsidRDefault="00000000">
      <w:pPr>
        <w:autoSpaceDE w:val="0"/>
        <w:autoSpaceDN w:val="0"/>
        <w:spacing w:before="314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Agar tujuan Matamuda dapat tercapai, pelaksanaannya perlu berpedoman</w:t>
      </w:r>
    </w:p>
    <w:p w14:paraId="6FA4BC51" w14:textId="77777777" w:rsidR="00F925E9" w:rsidRDefault="00000000">
      <w:pPr>
        <w:autoSpaceDE w:val="0"/>
        <w:autoSpaceDN w:val="0"/>
        <w:spacing w:before="190" w:after="0" w:line="220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pada prinsip-prinsip berikut.</w:t>
      </w:r>
    </w:p>
    <w:p w14:paraId="1DD9733A" w14:textId="77777777" w:rsidR="00F925E9" w:rsidRDefault="00000000">
      <w:pPr>
        <w:autoSpaceDE w:val="0"/>
        <w:autoSpaceDN w:val="0"/>
        <w:spacing w:before="314" w:after="0" w:line="174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a. Ramah</w:t>
      </w:r>
    </w:p>
    <w:p w14:paraId="3A263F07" w14:textId="77777777" w:rsidR="00F925E9" w:rsidRDefault="00000000">
      <w:pPr>
        <w:autoSpaceDE w:val="0"/>
        <w:autoSpaceDN w:val="0"/>
        <w:spacing w:before="244" w:after="0" w:line="222" w:lineRule="exact"/>
        <w:ind w:left="2618"/>
      </w:pPr>
      <w:r>
        <w:rPr>
          <w:rFonts w:ascii="ArialMT" w:eastAsia="ArialMT" w:hAnsi="ArialMT"/>
          <w:color w:val="1A1A1A"/>
          <w:spacing w:val="-10"/>
          <w:sz w:val="24"/>
        </w:rPr>
        <w:t>Pelaksanaan Matamuda mengedepankan komunikasi yang saling</w:t>
      </w:r>
    </w:p>
    <w:p w14:paraId="684CC9E8" w14:textId="77777777" w:rsidR="00F925E9" w:rsidRDefault="00000000">
      <w:pPr>
        <w:autoSpaceDE w:val="0"/>
        <w:autoSpaceDN w:val="0"/>
        <w:spacing w:before="190" w:after="0" w:line="222" w:lineRule="exact"/>
        <w:ind w:left="2618"/>
      </w:pPr>
      <w:r>
        <w:rPr>
          <w:rFonts w:ascii="ArialMT" w:eastAsia="ArialMT" w:hAnsi="ArialMT"/>
          <w:color w:val="1A1A1A"/>
          <w:spacing w:val="-10"/>
          <w:sz w:val="24"/>
        </w:rPr>
        <w:t>menghargai.</w:t>
      </w:r>
    </w:p>
    <w:p w14:paraId="64EAA55E" w14:textId="77777777" w:rsidR="00F925E9" w:rsidRDefault="00000000">
      <w:pPr>
        <w:autoSpaceDE w:val="0"/>
        <w:autoSpaceDN w:val="0"/>
        <w:spacing w:before="310" w:after="0" w:line="176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b. Aman</w:t>
      </w:r>
    </w:p>
    <w:p w14:paraId="18D6EA0E" w14:textId="77777777" w:rsidR="00F925E9" w:rsidRDefault="00000000">
      <w:pPr>
        <w:autoSpaceDE w:val="0"/>
        <w:autoSpaceDN w:val="0"/>
        <w:spacing w:before="42" w:after="0" w:line="418" w:lineRule="exact"/>
        <w:ind w:left="2618" w:right="1440"/>
      </w:pPr>
      <w:r>
        <w:rPr>
          <w:rFonts w:ascii="ArialMT" w:eastAsia="ArialMT" w:hAnsi="ArialMT"/>
          <w:color w:val="1A1A1A"/>
          <w:spacing w:val="-10"/>
          <w:sz w:val="24"/>
        </w:rPr>
        <w:t xml:space="preserve">Seluruh kegiatan harus mengutamakan keselamatan Murid baik dari </w:t>
      </w:r>
      <w:r>
        <w:br/>
      </w:r>
      <w:r>
        <w:rPr>
          <w:rFonts w:ascii="ArialMT" w:eastAsia="ArialMT" w:hAnsi="ArialMT"/>
          <w:color w:val="1A1A1A"/>
          <w:spacing w:val="-10"/>
          <w:sz w:val="24"/>
        </w:rPr>
        <w:t>sisi sarana dan prasarana maupun sarana pendukung lainnya.</w:t>
      </w:r>
    </w:p>
    <w:p w14:paraId="07DDEBF0" w14:textId="77777777" w:rsidR="00F925E9" w:rsidRDefault="00000000">
      <w:pPr>
        <w:autoSpaceDE w:val="0"/>
        <w:autoSpaceDN w:val="0"/>
        <w:spacing w:before="190" w:after="0" w:line="222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c. Nyaman</w:t>
      </w:r>
    </w:p>
    <w:p w14:paraId="67B10949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Murid berhak mendapatkan kenyamanan dan penghormatan terhadap</w:t>
      </w:r>
    </w:p>
    <w:p w14:paraId="0DBE3114" w14:textId="77777777" w:rsidR="00F925E9" w:rsidRDefault="00000000">
      <w:pPr>
        <w:autoSpaceDE w:val="0"/>
        <w:autoSpaceDN w:val="0"/>
        <w:spacing w:after="0" w:line="414" w:lineRule="exact"/>
        <w:ind w:left="264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hak-hak murid. Setiap murid berhak mengikuti kegiatan tanpa rasa takut,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tertekan, ataupun diperlakukan secara tidak pantas.</w:t>
      </w:r>
    </w:p>
    <w:p w14:paraId="546D93E5" w14:textId="77777777" w:rsidR="00F925E9" w:rsidRDefault="00000000">
      <w:pPr>
        <w:autoSpaceDE w:val="0"/>
        <w:autoSpaceDN w:val="0"/>
        <w:spacing w:before="314" w:after="0" w:line="222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d. Menyenangkan</w:t>
      </w:r>
    </w:p>
    <w:p w14:paraId="0ACFAAE9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Matamuda hendaknya dikemas dalam suasana yang hangat, akrab, dan</w:t>
      </w:r>
    </w:p>
    <w:p w14:paraId="5BDC63A4" w14:textId="77777777" w:rsidR="00F925E9" w:rsidRDefault="00000000">
      <w:pPr>
        <w:autoSpaceDE w:val="0"/>
        <w:autoSpaceDN w:val="0"/>
        <w:spacing w:after="0" w:line="416" w:lineRule="exact"/>
        <w:ind w:left="264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menggembirakan. Kegiatan yang melibatkan murid secara aktif akan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lebih menarik dan membantu mereka memahami materi dengan lebih</w:t>
      </w:r>
    </w:p>
    <w:p w14:paraId="30E770DB" w14:textId="77777777" w:rsidR="00F925E9" w:rsidRDefault="00000000">
      <w:pPr>
        <w:autoSpaceDE w:val="0"/>
        <w:autoSpaceDN w:val="0"/>
        <w:spacing w:before="190" w:after="0" w:line="174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baik.</w:t>
      </w:r>
    </w:p>
    <w:p w14:paraId="39E15913" w14:textId="77777777" w:rsidR="00F925E9" w:rsidRDefault="00000000">
      <w:pPr>
        <w:autoSpaceDE w:val="0"/>
        <w:autoSpaceDN w:val="0"/>
        <w:spacing w:before="356" w:after="0" w:line="178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e. Interaktif</w:t>
      </w:r>
    </w:p>
    <w:p w14:paraId="15230DBD" w14:textId="77777777" w:rsidR="00F925E9" w:rsidRDefault="00000000">
      <w:pPr>
        <w:autoSpaceDE w:val="0"/>
        <w:autoSpaceDN w:val="0"/>
        <w:spacing w:before="1294" w:after="0" w:line="160" w:lineRule="exact"/>
        <w:jc w:val="center"/>
      </w:pPr>
      <w:r>
        <w:rPr>
          <w:rFonts w:ascii="ArialMT" w:eastAsia="ArialMT" w:hAnsi="ArialMT"/>
          <w:color w:val="1A1A1A"/>
          <w:spacing w:val="-10"/>
        </w:rPr>
        <w:t>5</w:t>
      </w:r>
    </w:p>
    <w:p w14:paraId="7CD2CB59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3DCFFE4F" w14:textId="77777777" w:rsidR="00F925E9" w:rsidRDefault="00F925E9">
      <w:pPr>
        <w:autoSpaceDE w:val="0"/>
        <w:autoSpaceDN w:val="0"/>
        <w:spacing w:after="0" w:line="220" w:lineRule="exact"/>
      </w:pPr>
    </w:p>
    <w:p w14:paraId="6F5BE29B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33114035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7D8FA4F" w14:textId="77777777" w:rsidR="00F925E9" w:rsidRDefault="00000000">
      <w:pPr>
        <w:autoSpaceDE w:val="0"/>
        <w:autoSpaceDN w:val="0"/>
        <w:spacing w:before="638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Murid tidak hanya berperan sebagai pendengar, tetapi juga diajak</w:t>
      </w:r>
    </w:p>
    <w:p w14:paraId="1A07865D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berdiskusi, bekerja sama, bermain, bereksplorasi, dan menyampaikan</w:t>
      </w:r>
    </w:p>
    <w:p w14:paraId="2DBA5336" w14:textId="77777777" w:rsidR="00F925E9" w:rsidRDefault="00000000">
      <w:pPr>
        <w:autoSpaceDE w:val="0"/>
        <w:autoSpaceDN w:val="0"/>
        <w:spacing w:before="192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pendapat. Dengan cara ini, proses pengenalan madrasah menjadi lebih</w:t>
      </w:r>
    </w:p>
    <w:p w14:paraId="601705A6" w14:textId="77777777" w:rsidR="00F925E9" w:rsidRDefault="00000000">
      <w:pPr>
        <w:autoSpaceDE w:val="0"/>
        <w:autoSpaceDN w:val="0"/>
        <w:spacing w:before="196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hidup dan mudah diingat.</w:t>
      </w:r>
    </w:p>
    <w:p w14:paraId="6E4092A2" w14:textId="77777777" w:rsidR="00F925E9" w:rsidRDefault="00000000">
      <w:pPr>
        <w:tabs>
          <w:tab w:val="left" w:pos="2618"/>
        </w:tabs>
        <w:autoSpaceDE w:val="0"/>
        <w:autoSpaceDN w:val="0"/>
        <w:spacing w:before="304" w:after="0" w:line="178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 xml:space="preserve">f. </w:t>
      </w:r>
      <w:r>
        <w:tab/>
      </w:r>
      <w:r>
        <w:rPr>
          <w:rFonts w:ascii="Arial" w:eastAsia="Arial" w:hAnsi="Arial"/>
          <w:b/>
          <w:color w:val="1A1A1A"/>
          <w:spacing w:val="-10"/>
          <w:sz w:val="24"/>
        </w:rPr>
        <w:t>Inklusif</w:t>
      </w:r>
    </w:p>
    <w:p w14:paraId="3E464F2E" w14:textId="77777777" w:rsidR="00F925E9" w:rsidRDefault="00000000">
      <w:pPr>
        <w:autoSpaceDE w:val="0"/>
        <w:autoSpaceDN w:val="0"/>
        <w:spacing w:before="46" w:after="0" w:line="414" w:lineRule="exact"/>
        <w:ind w:left="264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Seluruh murid mendapat kesempatan yang sama untuk berpartisipasi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tanpa membedakan latar belakang, kemampuan, kondisi fisik, sosial,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ekonomi, maupun budaya. Setiap murid harus merasa diterima sebagai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bagian dari keluarga besar madrasah.</w:t>
      </w:r>
    </w:p>
    <w:p w14:paraId="2A587B24" w14:textId="77777777" w:rsidR="00F925E9" w:rsidRDefault="00000000">
      <w:pPr>
        <w:autoSpaceDE w:val="0"/>
        <w:autoSpaceDN w:val="0"/>
        <w:spacing w:before="118" w:after="0" w:line="414" w:lineRule="exact"/>
        <w:ind w:left="2640" w:right="1152" w:hanging="382"/>
      </w:pPr>
      <w:r>
        <w:rPr>
          <w:rFonts w:ascii="Arial" w:eastAsia="Arial" w:hAnsi="Arial"/>
          <w:b/>
          <w:color w:val="1A1A1A"/>
          <w:spacing w:val="-10"/>
          <w:sz w:val="24"/>
        </w:rPr>
        <w:t xml:space="preserve">g. Edukatif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Setiap kegiatan harus memiliki tujuan pembelajaran yang jelas dan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memberikan manfaat bagi perkembangan pengetahuan, karakter,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maupun keterampilan murid.</w:t>
      </w:r>
    </w:p>
    <w:p w14:paraId="1F78EF58" w14:textId="77777777" w:rsidR="00F925E9" w:rsidRDefault="00000000">
      <w:pPr>
        <w:autoSpaceDE w:val="0"/>
        <w:autoSpaceDN w:val="0"/>
        <w:spacing w:before="312" w:after="0" w:line="222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h. Bebas Perundungan</w:t>
      </w:r>
    </w:p>
    <w:p w14:paraId="7D82BF95" w14:textId="77777777" w:rsidR="00F925E9" w:rsidRDefault="00000000">
      <w:pPr>
        <w:autoSpaceDE w:val="0"/>
        <w:autoSpaceDN w:val="0"/>
        <w:spacing w:after="0" w:line="416" w:lineRule="exact"/>
        <w:ind w:left="264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Matamuda tidak boleh memuat kegiatan yang bersifat menghukum,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mempermalukan, merendahkan martabat murid, atau membahayakan</w:t>
      </w:r>
    </w:p>
    <w:p w14:paraId="1BFCB550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keselamatan. Tidak diperkenankan pula memberikan tugas, atribut,</w:t>
      </w:r>
    </w:p>
    <w:p w14:paraId="48C46D0B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maupun perlakuan yang tidak berkaitan dengan tujuan pendidikan.</w:t>
      </w:r>
    </w:p>
    <w:p w14:paraId="32981491" w14:textId="77777777" w:rsidR="00F925E9" w:rsidRDefault="00000000">
      <w:pPr>
        <w:autoSpaceDE w:val="0"/>
        <w:autoSpaceDN w:val="0"/>
        <w:spacing w:before="308" w:after="0" w:line="226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3. Ragam Metode Interaktif yang Disarankan</w:t>
      </w:r>
    </w:p>
    <w:p w14:paraId="0F59C2CA" w14:textId="77777777" w:rsidR="00F925E9" w:rsidRDefault="00000000">
      <w:pPr>
        <w:tabs>
          <w:tab w:val="left" w:pos="3360"/>
        </w:tabs>
        <w:autoSpaceDE w:val="0"/>
        <w:autoSpaceDN w:val="0"/>
        <w:spacing w:before="126" w:after="0" w:line="412" w:lineRule="exact"/>
        <w:ind w:left="2258" w:right="1152"/>
      </w:pPr>
      <w:r>
        <w:rPr>
          <w:rFonts w:ascii="Arial" w:eastAsia="Arial" w:hAnsi="Arial"/>
          <w:b/>
          <w:color w:val="1A1A1A"/>
          <w:spacing w:val="-10"/>
          <w:sz w:val="24"/>
        </w:rPr>
        <w:t>a. Permainan Edukatif (</w:t>
      </w:r>
      <w:r>
        <w:rPr>
          <w:rFonts w:ascii="Arial" w:eastAsia="Arial" w:hAnsi="Arial"/>
          <w:b/>
          <w:i/>
          <w:color w:val="1A1A1A"/>
          <w:spacing w:val="-10"/>
          <w:sz w:val="24"/>
        </w:rPr>
        <w:t>Games</w:t>
      </w:r>
      <w:r>
        <w:rPr>
          <w:rFonts w:ascii="Arial" w:eastAsia="Arial" w:hAnsi="Arial"/>
          <w:b/>
          <w:color w:val="1A1A1A"/>
          <w:spacing w:val="-10"/>
          <w:sz w:val="24"/>
        </w:rPr>
        <w:t xml:space="preserve">)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Permainan yang dirancang khusus untuk menyampaikan pesan</w:t>
      </w:r>
    </w:p>
    <w:p w14:paraId="01927722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atau materi tertentu, misalnya permainan susun puzzle untuk materi</w:t>
      </w:r>
    </w:p>
    <w:p w14:paraId="6AF10C38" w14:textId="77777777" w:rsidR="00F925E9" w:rsidRDefault="00000000">
      <w:pPr>
        <w:autoSpaceDE w:val="0"/>
        <w:autoSpaceDN w:val="0"/>
        <w:spacing w:before="192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Kemadrasahan, atau permainan tebak gambar untuk materi anti-</w:t>
      </w:r>
    </w:p>
    <w:p w14:paraId="3C6EBB61" w14:textId="77777777" w:rsidR="00F925E9" w:rsidRDefault="00000000">
      <w:pPr>
        <w:autoSpaceDE w:val="0"/>
        <w:autoSpaceDN w:val="0"/>
        <w:spacing w:before="196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perundungan. Permainan dipilih berdasarkan kesesuaian usia dan</w:t>
      </w:r>
    </w:p>
    <w:p w14:paraId="7F1740FD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tujuan pembelajaran, bukan sekadar pengisi waktu.</w:t>
      </w:r>
    </w:p>
    <w:p w14:paraId="3A25386D" w14:textId="77777777" w:rsidR="00F925E9" w:rsidRDefault="00000000">
      <w:pPr>
        <w:autoSpaceDE w:val="0"/>
        <w:autoSpaceDN w:val="0"/>
        <w:spacing w:before="308" w:after="132" w:line="224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b. Simulasi dan Bermain Peran (</w:t>
      </w:r>
      <w:r>
        <w:rPr>
          <w:rFonts w:ascii="Arial" w:eastAsia="Arial" w:hAnsi="Arial"/>
          <w:b/>
          <w:i/>
          <w:color w:val="1A1A1A"/>
          <w:spacing w:val="-10"/>
          <w:sz w:val="24"/>
        </w:rPr>
        <w:t>Role Play</w:t>
      </w:r>
      <w:r>
        <w:rPr>
          <w:rFonts w:ascii="Arial" w:eastAsia="Arial" w:hAnsi="Arial"/>
          <w:b/>
          <w:color w:val="1A1A1A"/>
          <w:spacing w:val="-10"/>
          <w:sz w:val="24"/>
        </w:rPr>
        <w:t>)</w:t>
      </w:r>
    </w:p>
    <w:tbl>
      <w:tblPr>
        <w:tblW w:w="0" w:type="auto"/>
        <w:tblInd w:w="1680" w:type="dxa"/>
        <w:tblLayout w:type="fixed"/>
        <w:tblLook w:val="04A0" w:firstRow="1" w:lastRow="0" w:firstColumn="1" w:lastColumn="0" w:noHBand="0" w:noVBand="1"/>
      </w:tblPr>
      <w:tblGrid>
        <w:gridCol w:w="2420"/>
        <w:gridCol w:w="1700"/>
        <w:gridCol w:w="980"/>
        <w:gridCol w:w="1180"/>
        <w:gridCol w:w="1240"/>
        <w:gridCol w:w="1620"/>
      </w:tblGrid>
      <w:tr w:rsidR="00F925E9" w14:paraId="41571968" w14:textId="77777777">
        <w:trPr>
          <w:trHeight w:hRule="exact" w:val="342"/>
        </w:trPr>
        <w:tc>
          <w:tcPr>
            <w:tcW w:w="2420" w:type="dxa"/>
            <w:tcMar>
              <w:left w:w="0" w:type="dxa"/>
              <w:right w:w="0" w:type="dxa"/>
            </w:tcMar>
          </w:tcPr>
          <w:p w14:paraId="40F273A8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4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14:paraId="304BC781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memerankan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</w:tcPr>
          <w:p w14:paraId="663160AD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situasi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14:paraId="0F56AB43" w14:textId="77777777" w:rsidR="00F925E9" w:rsidRDefault="00000000">
            <w:pPr>
              <w:autoSpaceDE w:val="0"/>
              <w:autoSpaceDN w:val="0"/>
              <w:spacing w:before="64" w:after="0" w:line="20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tertentu,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14:paraId="0AF4D7B9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misalnya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 w14:paraId="6E049864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6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simulasi</w:t>
            </w:r>
          </w:p>
        </w:tc>
      </w:tr>
    </w:tbl>
    <w:p w14:paraId="457685F8" w14:textId="77777777" w:rsidR="00F925E9" w:rsidRDefault="00000000">
      <w:pPr>
        <w:autoSpaceDE w:val="0"/>
        <w:autoSpaceDN w:val="0"/>
        <w:spacing w:before="136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melaporkan kasus perundungan kepada guru, atau simulasi interaksi</w:t>
      </w:r>
    </w:p>
    <w:p w14:paraId="6EFE571A" w14:textId="77777777" w:rsidR="00F925E9" w:rsidRDefault="00000000">
      <w:pPr>
        <w:autoSpaceDE w:val="0"/>
        <w:autoSpaceDN w:val="0"/>
        <w:spacing w:after="0" w:line="412" w:lineRule="exact"/>
        <w:ind w:left="264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yang sopan dengan tenaga kependidikan. Bermain peran (role play)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efektif untuk materi yang bersifat sikap dan perilaku.</w:t>
      </w:r>
    </w:p>
    <w:p w14:paraId="2E6082BF" w14:textId="77777777" w:rsidR="00F925E9" w:rsidRDefault="00000000">
      <w:pPr>
        <w:autoSpaceDE w:val="0"/>
        <w:autoSpaceDN w:val="0"/>
        <w:spacing w:before="308" w:after="0" w:line="226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c. Tur Eksplorasi (</w:t>
      </w:r>
      <w:r>
        <w:rPr>
          <w:rFonts w:ascii="Arial" w:eastAsia="Arial" w:hAnsi="Arial"/>
          <w:b/>
          <w:i/>
          <w:color w:val="1A1A1A"/>
          <w:spacing w:val="-10"/>
          <w:sz w:val="24"/>
        </w:rPr>
        <w:t>Amazing Race/Treasure Hunt</w:t>
      </w:r>
      <w:r>
        <w:rPr>
          <w:rFonts w:ascii="Arial" w:eastAsia="Arial" w:hAnsi="Arial"/>
          <w:b/>
          <w:color w:val="1A1A1A"/>
          <w:spacing w:val="-10"/>
          <w:sz w:val="24"/>
        </w:rPr>
        <w:t>)</w:t>
      </w:r>
    </w:p>
    <w:p w14:paraId="4784AE6E" w14:textId="77777777" w:rsidR="00F925E9" w:rsidRDefault="00000000">
      <w:pPr>
        <w:autoSpaceDE w:val="0"/>
        <w:autoSpaceDN w:val="0"/>
        <w:spacing w:before="95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6</w:t>
      </w:r>
    </w:p>
    <w:p w14:paraId="48249205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3E029E69" w14:textId="77777777" w:rsidR="00F925E9" w:rsidRDefault="00F925E9">
      <w:pPr>
        <w:autoSpaceDE w:val="0"/>
        <w:autoSpaceDN w:val="0"/>
        <w:spacing w:after="0" w:line="220" w:lineRule="exact"/>
      </w:pPr>
    </w:p>
    <w:p w14:paraId="0583FEC3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33D11F6F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78AFBFAF" w14:textId="77777777" w:rsidR="00F925E9" w:rsidRDefault="00000000">
      <w:pPr>
        <w:autoSpaceDE w:val="0"/>
        <w:autoSpaceDN w:val="0"/>
        <w:spacing w:before="638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Murid dibagi dalam kelompok kecil dan diajak menjelajahi area</w:t>
      </w:r>
    </w:p>
    <w:p w14:paraId="09599F07" w14:textId="77777777" w:rsidR="00F925E9" w:rsidRDefault="00000000">
      <w:pPr>
        <w:autoSpaceDE w:val="0"/>
        <w:autoSpaceDN w:val="0"/>
        <w:spacing w:before="190" w:after="132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madrasah sambil menyelesaikan tantangan di setiap pos, misalnya</w:t>
      </w:r>
    </w:p>
    <w:tbl>
      <w:tblPr>
        <w:tblW w:w="0" w:type="auto"/>
        <w:tblInd w:w="1320" w:type="dxa"/>
        <w:tblLayout w:type="fixed"/>
        <w:tblLook w:val="04A0" w:firstRow="1" w:lastRow="0" w:firstColumn="1" w:lastColumn="0" w:noHBand="0" w:noVBand="1"/>
      </w:tblPr>
      <w:tblGrid>
        <w:gridCol w:w="2740"/>
        <w:gridCol w:w="800"/>
        <w:gridCol w:w="840"/>
        <w:gridCol w:w="1080"/>
        <w:gridCol w:w="1460"/>
        <w:gridCol w:w="1140"/>
        <w:gridCol w:w="1440"/>
      </w:tblGrid>
      <w:tr w:rsidR="00F925E9" w14:paraId="2BCFE070" w14:textId="77777777">
        <w:trPr>
          <w:trHeight w:hRule="exact" w:val="342"/>
        </w:trPr>
        <w:tc>
          <w:tcPr>
            <w:tcW w:w="2740" w:type="dxa"/>
            <w:tcMar>
              <w:left w:w="0" w:type="dxa"/>
              <w:right w:w="0" w:type="dxa"/>
            </w:tcMar>
          </w:tcPr>
          <w:p w14:paraId="4E368C29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0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menemukan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1DABD8B7" w14:textId="77777777" w:rsidR="00F925E9" w:rsidRDefault="00000000">
            <w:pPr>
              <w:autoSpaceDE w:val="0"/>
              <w:autoSpaceDN w:val="0"/>
              <w:spacing w:before="104" w:after="0" w:line="13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nama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14:paraId="64A59375" w14:textId="77777777" w:rsidR="00F925E9" w:rsidRDefault="00000000">
            <w:pPr>
              <w:autoSpaceDE w:val="0"/>
              <w:autoSpaceDN w:val="0"/>
              <w:spacing w:before="104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ruang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3F16EB70" w14:textId="77777777" w:rsidR="00F925E9" w:rsidRDefault="00000000">
            <w:pPr>
              <w:autoSpaceDE w:val="0"/>
              <w:autoSpaceDN w:val="0"/>
              <w:spacing w:before="64" w:after="0" w:line="20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tertentu,</w:t>
            </w:r>
          </w:p>
        </w:tc>
        <w:tc>
          <w:tcPr>
            <w:tcW w:w="1460" w:type="dxa"/>
            <w:tcMar>
              <w:left w:w="0" w:type="dxa"/>
              <w:right w:w="0" w:type="dxa"/>
            </w:tcMar>
          </w:tcPr>
          <w:p w14:paraId="6D52EBCB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berinteraksi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14:paraId="212CCF39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bersama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F167694" w14:textId="77777777" w:rsidR="00F925E9" w:rsidRDefault="00000000">
            <w:pPr>
              <w:autoSpaceDE w:val="0"/>
              <w:autoSpaceDN w:val="0"/>
              <w:spacing w:before="64" w:after="0" w:line="218" w:lineRule="exact"/>
              <w:ind w:left="11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tenaga</w:t>
            </w:r>
          </w:p>
        </w:tc>
      </w:tr>
    </w:tbl>
    <w:p w14:paraId="60E1E5E7" w14:textId="77777777" w:rsidR="00F925E9" w:rsidRDefault="00000000">
      <w:pPr>
        <w:autoSpaceDE w:val="0"/>
        <w:autoSpaceDN w:val="0"/>
        <w:spacing w:before="132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kependidikan, atau menjawab kuis singkat tentang fasilitas madrasah.</w:t>
      </w:r>
    </w:p>
    <w:p w14:paraId="553DB81E" w14:textId="77777777" w:rsidR="00F925E9" w:rsidRDefault="00000000">
      <w:pPr>
        <w:autoSpaceDE w:val="0"/>
        <w:autoSpaceDN w:val="0"/>
        <w:spacing w:before="840" w:after="0" w:line="222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d. Diskusi Kelompok Kecil dan Presentasi Sederhana</w:t>
      </w:r>
    </w:p>
    <w:p w14:paraId="3BCD31A3" w14:textId="77777777" w:rsidR="00F925E9" w:rsidRDefault="00000000">
      <w:pPr>
        <w:autoSpaceDE w:val="0"/>
        <w:autoSpaceDN w:val="0"/>
        <w:spacing w:before="2" w:after="0" w:line="414" w:lineRule="exact"/>
        <w:ind w:left="2640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Cocok untuk jenjang MTs dan MA, di mana murid berdiskusi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dalam kelompok kecil mengenai suatu topik (misalnya toleransi, cinta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lingkungan, dll) lalu mempresentasikan hasil diskusinya secara singkat</w:t>
      </w:r>
    </w:p>
    <w:p w14:paraId="49F612C8" w14:textId="77777777" w:rsidR="00F925E9" w:rsidRDefault="00000000">
      <w:pPr>
        <w:autoSpaceDE w:val="0"/>
        <w:autoSpaceDN w:val="0"/>
        <w:spacing w:before="188" w:after="0" w:line="178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dan kreatif.</w:t>
      </w:r>
    </w:p>
    <w:p w14:paraId="003B50F6" w14:textId="77777777" w:rsidR="00F925E9" w:rsidRDefault="00000000">
      <w:pPr>
        <w:autoSpaceDE w:val="0"/>
        <w:autoSpaceDN w:val="0"/>
        <w:spacing w:before="354" w:after="0" w:line="178" w:lineRule="exact"/>
        <w:ind w:left="2258"/>
      </w:pPr>
      <w:r>
        <w:rPr>
          <w:rFonts w:ascii="Arial" w:eastAsia="Arial" w:hAnsi="Arial"/>
          <w:b/>
          <w:color w:val="1A1A1A"/>
          <w:spacing w:val="-10"/>
          <w:sz w:val="24"/>
        </w:rPr>
        <w:t>e. Bercerita Interaktif dan Berkisah</w:t>
      </w:r>
    </w:p>
    <w:p w14:paraId="7E9D99B9" w14:textId="77777777" w:rsidR="00F925E9" w:rsidRDefault="00000000">
      <w:pPr>
        <w:autoSpaceDE w:val="0"/>
        <w:autoSpaceDN w:val="0"/>
        <w:spacing w:before="244" w:after="0" w:line="204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Khusus untuk RA dan MI kelas awal, materi nilai-nilai dan</w:t>
      </w:r>
    </w:p>
    <w:p w14:paraId="7F1F3C6D" w14:textId="77777777" w:rsidR="00F925E9" w:rsidRDefault="00000000">
      <w:pPr>
        <w:autoSpaceDE w:val="0"/>
        <w:autoSpaceDN w:val="0"/>
        <w:spacing w:before="208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karakter dapat disampaikan melalui dongeng yang dibawakan secara</w:t>
      </w:r>
    </w:p>
    <w:p w14:paraId="6C5E1150" w14:textId="77777777" w:rsidR="00F925E9" w:rsidRDefault="00000000">
      <w:pPr>
        <w:autoSpaceDE w:val="0"/>
        <w:autoSpaceDN w:val="0"/>
        <w:spacing w:before="188" w:after="0" w:line="224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interaktif, melibatkan tanya jawab, gerak, dan ekspresi.</w:t>
      </w:r>
    </w:p>
    <w:p w14:paraId="6FCB23AB" w14:textId="77777777" w:rsidR="00F925E9" w:rsidRDefault="00000000">
      <w:pPr>
        <w:tabs>
          <w:tab w:val="left" w:pos="2618"/>
          <w:tab w:val="left" w:pos="3360"/>
        </w:tabs>
        <w:autoSpaceDE w:val="0"/>
        <w:autoSpaceDN w:val="0"/>
        <w:spacing w:before="16" w:after="0" w:line="468" w:lineRule="exact"/>
        <w:ind w:left="2258" w:right="1152"/>
      </w:pPr>
      <w:r>
        <w:rPr>
          <w:rFonts w:ascii="Arial" w:eastAsia="Arial" w:hAnsi="Arial"/>
          <w:b/>
          <w:color w:val="1A1A1A"/>
          <w:spacing w:val="-10"/>
          <w:sz w:val="24"/>
        </w:rPr>
        <w:t xml:space="preserve">f. </w:t>
      </w:r>
      <w:r>
        <w:tab/>
      </w:r>
      <w:r>
        <w:rPr>
          <w:rFonts w:ascii="Arial" w:eastAsia="Arial" w:hAnsi="Arial"/>
          <w:b/>
          <w:color w:val="1A1A1A"/>
          <w:spacing w:val="-10"/>
          <w:sz w:val="24"/>
        </w:rPr>
        <w:t xml:space="preserve">Pentas Seni dan Unjuk Kreativitas </w:t>
      </w:r>
      <w:r>
        <w:br/>
      </w:r>
      <w:r>
        <w:tab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Memberikan ruang bagi murid untuk menampilkan bakat secara</w:t>
      </w:r>
    </w:p>
    <w:p w14:paraId="5F244FD4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sukarela, sekaligus menjadi sarana pemetaan talenta.</w:t>
      </w:r>
    </w:p>
    <w:p w14:paraId="0F1769D6" w14:textId="77777777" w:rsidR="00F925E9" w:rsidRDefault="00000000">
      <w:pPr>
        <w:tabs>
          <w:tab w:val="left" w:pos="3360"/>
        </w:tabs>
        <w:autoSpaceDE w:val="0"/>
        <w:autoSpaceDN w:val="0"/>
        <w:spacing w:before="118" w:after="0" w:line="414" w:lineRule="exact"/>
        <w:ind w:left="2258" w:right="1152"/>
      </w:pPr>
      <w:r>
        <w:rPr>
          <w:rFonts w:ascii="Arial" w:eastAsia="Arial" w:hAnsi="Arial"/>
          <w:b/>
          <w:color w:val="1A1A1A"/>
          <w:spacing w:val="-10"/>
          <w:sz w:val="24"/>
        </w:rPr>
        <w:t xml:space="preserve">g. Proyek Kolaboratif Berskala Kecil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Misalnya membuat poster</w:t>
      </w:r>
      <w:r>
        <w:rPr>
          <w:rFonts w:ascii="Arial" w:eastAsia="Arial" w:hAnsi="Arial"/>
          <w:i/>
          <w:color w:val="000000"/>
          <w:spacing w:val="-10"/>
          <w:sz w:val="24"/>
        </w:rPr>
        <w:t xml:space="preserve"> anti-bullying</w:t>
      </w:r>
      <w:r>
        <w:rPr>
          <w:rFonts w:ascii="ArialMT" w:eastAsia="ArialMT" w:hAnsi="ArialMT"/>
          <w:color w:val="000000"/>
          <w:spacing w:val="-10"/>
          <w:sz w:val="24"/>
        </w:rPr>
        <w:t xml:space="preserve"> secara berkelompok,</w:t>
      </w:r>
    </w:p>
    <w:p w14:paraId="1043E6D9" w14:textId="77777777" w:rsidR="00F925E9" w:rsidRDefault="00000000">
      <w:pPr>
        <w:autoSpaceDE w:val="0"/>
        <w:autoSpaceDN w:val="0"/>
        <w:spacing w:before="196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menyusun yel-yel kelas, atau menanam dan merawat tanaman bersama</w:t>
      </w:r>
    </w:p>
    <w:p w14:paraId="17FBDDD7" w14:textId="77777777" w:rsidR="00F925E9" w:rsidRDefault="00000000">
      <w:pPr>
        <w:autoSpaceDE w:val="0"/>
        <w:autoSpaceDN w:val="0"/>
        <w:spacing w:before="186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sebagai bagian dari Program ASRI.</w:t>
      </w:r>
    </w:p>
    <w:p w14:paraId="347A2DC4" w14:textId="77777777" w:rsidR="00F925E9" w:rsidRDefault="00000000">
      <w:pPr>
        <w:tabs>
          <w:tab w:val="left" w:pos="1920"/>
        </w:tabs>
        <w:autoSpaceDE w:val="0"/>
        <w:autoSpaceDN w:val="0"/>
        <w:spacing w:before="240" w:after="0" w:line="394" w:lineRule="exact"/>
        <w:ind w:left="1548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>4. Ice Breaking dan</w:t>
      </w:r>
      <w:r>
        <w:rPr>
          <w:rFonts w:ascii="Arial" w:eastAsia="Arial" w:hAnsi="Arial"/>
          <w:b/>
          <w:i/>
          <w:color w:val="000000"/>
          <w:spacing w:val="-10"/>
          <w:sz w:val="24"/>
        </w:rPr>
        <w:t xml:space="preserve"> Energizer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Tabel berikut memuat contoh ice breaking dan</w:t>
      </w:r>
      <w:r>
        <w:rPr>
          <w:rFonts w:ascii="Arial" w:eastAsia="Arial" w:hAnsi="Arial"/>
          <w:i/>
          <w:color w:val="000000"/>
          <w:spacing w:val="-10"/>
          <w:sz w:val="24"/>
        </w:rPr>
        <w:t xml:space="preserve"> energizer</w:t>
      </w:r>
      <w:r>
        <w:rPr>
          <w:rFonts w:ascii="ArialMT" w:eastAsia="ArialMT" w:hAnsi="ArialMT"/>
          <w:color w:val="000000"/>
          <w:spacing w:val="-10"/>
          <w:sz w:val="24"/>
        </w:rPr>
        <w:t xml:space="preserve"> singkat yang dapat</w:t>
      </w:r>
    </w:p>
    <w:p w14:paraId="4E3A7592" w14:textId="77777777" w:rsidR="00F925E9" w:rsidRDefault="00000000">
      <w:pPr>
        <w:autoSpaceDE w:val="0"/>
        <w:autoSpaceDN w:val="0"/>
        <w:spacing w:before="194" w:after="33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digunakan di sela-sela sesi, disesuaikan dengan jenjang dan jumlah peserta.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200"/>
        <w:gridCol w:w="4364"/>
        <w:gridCol w:w="2796"/>
      </w:tblGrid>
      <w:tr w:rsidR="00F925E9" w14:paraId="07084677" w14:textId="77777777">
        <w:trPr>
          <w:trHeight w:hRule="exact" w:val="586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3BD32D0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Nama Permainan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C53280E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Bermain Singkat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D34A0C4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Jenjang Sesuai</w:t>
            </w:r>
          </w:p>
        </w:tc>
      </w:tr>
      <w:tr w:rsidR="00F925E9" w14:paraId="0926F239" w14:textId="77777777">
        <w:trPr>
          <w:trHeight w:hRule="exact" w:val="1366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383ECBD" w14:textId="77777777" w:rsidR="00F925E9" w:rsidRDefault="00000000">
            <w:pPr>
              <w:autoSpaceDE w:val="0"/>
              <w:autoSpaceDN w:val="0"/>
              <w:spacing w:before="520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Tepuk Semangat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71E00A0" w14:textId="77777777" w:rsidR="00F925E9" w:rsidRDefault="00F925E9">
            <w:pPr>
              <w:autoSpaceDE w:val="0"/>
              <w:autoSpaceDN w:val="0"/>
              <w:spacing w:after="0" w:line="54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220"/>
              <w:gridCol w:w="1160"/>
              <w:gridCol w:w="1100"/>
              <w:gridCol w:w="760"/>
            </w:tblGrid>
            <w:tr w:rsidR="00F925E9" w14:paraId="12701B1F" w14:textId="77777777">
              <w:trPr>
                <w:trHeight w:hRule="exact" w:val="336"/>
              </w:trPr>
              <w:tc>
                <w:tcPr>
                  <w:tcW w:w="1220" w:type="dxa"/>
                  <w:tcMar>
                    <w:left w:w="0" w:type="dxa"/>
                    <w:right w:w="0" w:type="dxa"/>
                  </w:tcMar>
                </w:tcPr>
                <w:p w14:paraId="350ADE88" w14:textId="77777777" w:rsidR="00F925E9" w:rsidRDefault="00000000">
                  <w:pPr>
                    <w:autoSpaceDE w:val="0"/>
                    <w:autoSpaceDN w:val="0"/>
                    <w:spacing w:before="56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Pemimpin</w:t>
                  </w:r>
                </w:p>
              </w:tc>
              <w:tc>
                <w:tcPr>
                  <w:tcW w:w="1160" w:type="dxa"/>
                  <w:tcMar>
                    <w:left w:w="0" w:type="dxa"/>
                    <w:right w:w="0" w:type="dxa"/>
                  </w:tcMar>
                </w:tcPr>
                <w:p w14:paraId="7D07CA2A" w14:textId="77777777" w:rsidR="00F925E9" w:rsidRDefault="00000000">
                  <w:pPr>
                    <w:autoSpaceDE w:val="0"/>
                    <w:autoSpaceDN w:val="0"/>
                    <w:spacing w:before="56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memberi</w:t>
                  </w:r>
                </w:p>
              </w:tc>
              <w:tc>
                <w:tcPr>
                  <w:tcW w:w="1100" w:type="dxa"/>
                  <w:tcMar>
                    <w:left w:w="0" w:type="dxa"/>
                    <w:right w:w="0" w:type="dxa"/>
                  </w:tcMar>
                </w:tcPr>
                <w:p w14:paraId="2EE3A764" w14:textId="77777777" w:rsidR="00F925E9" w:rsidRDefault="00000000">
                  <w:pPr>
                    <w:autoSpaceDE w:val="0"/>
                    <w:autoSpaceDN w:val="0"/>
                    <w:spacing w:before="56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instruksi</w:t>
                  </w:r>
                </w:p>
              </w:tc>
              <w:tc>
                <w:tcPr>
                  <w:tcW w:w="760" w:type="dxa"/>
                  <w:tcMar>
                    <w:left w:w="0" w:type="dxa"/>
                    <w:right w:w="0" w:type="dxa"/>
                  </w:tcMar>
                </w:tcPr>
                <w:p w14:paraId="6E998429" w14:textId="77777777" w:rsidR="00F925E9" w:rsidRDefault="00000000">
                  <w:pPr>
                    <w:autoSpaceDE w:val="0"/>
                    <w:autoSpaceDN w:val="0"/>
                    <w:spacing w:before="56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tepuk</w:t>
                  </w:r>
                </w:p>
              </w:tc>
            </w:tr>
          </w:tbl>
          <w:p w14:paraId="71CD4269" w14:textId="77777777" w:rsidR="00F925E9" w:rsidRDefault="00000000">
            <w:pPr>
              <w:autoSpaceDE w:val="0"/>
              <w:autoSpaceDN w:val="0"/>
              <w:spacing w:before="13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dengan pola tertentu, murid mengikuti</w:t>
            </w:r>
          </w:p>
          <w:p w14:paraId="6A79A14A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dengan cepat dan ceria.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72D8A7E" w14:textId="77777777" w:rsidR="00F925E9" w:rsidRDefault="00000000">
            <w:pPr>
              <w:autoSpaceDE w:val="0"/>
              <w:autoSpaceDN w:val="0"/>
              <w:spacing w:before="524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RA, MI</w:t>
            </w:r>
          </w:p>
        </w:tc>
      </w:tr>
    </w:tbl>
    <w:p w14:paraId="36271E25" w14:textId="77777777" w:rsidR="00F925E9" w:rsidRDefault="00000000">
      <w:pPr>
        <w:autoSpaceDE w:val="0"/>
        <w:autoSpaceDN w:val="0"/>
        <w:spacing w:before="1606" w:after="0" w:line="156" w:lineRule="exact"/>
        <w:jc w:val="center"/>
      </w:pPr>
      <w:r>
        <w:rPr>
          <w:rFonts w:ascii="ArialMT" w:eastAsia="ArialMT" w:hAnsi="ArialMT"/>
          <w:color w:val="1A1A1A"/>
          <w:spacing w:val="-10"/>
        </w:rPr>
        <w:t>7</w:t>
      </w:r>
    </w:p>
    <w:p w14:paraId="15BC3614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70735F6D" w14:textId="77777777" w:rsidR="00F925E9" w:rsidRDefault="00F925E9">
      <w:pPr>
        <w:autoSpaceDE w:val="0"/>
        <w:autoSpaceDN w:val="0"/>
        <w:spacing w:after="0" w:line="220" w:lineRule="exact"/>
      </w:pPr>
    </w:p>
    <w:p w14:paraId="1520C15A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4A64AC6" w14:textId="77777777" w:rsidR="00F925E9" w:rsidRDefault="00000000">
      <w:pPr>
        <w:autoSpaceDE w:val="0"/>
        <w:autoSpaceDN w:val="0"/>
        <w:spacing w:after="618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200"/>
        <w:gridCol w:w="4364"/>
        <w:gridCol w:w="2796"/>
      </w:tblGrid>
      <w:tr w:rsidR="00F925E9" w14:paraId="7C8B17CF" w14:textId="77777777">
        <w:trPr>
          <w:trHeight w:hRule="exact" w:val="550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A8F66CC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Nama Permainan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A6763EC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Bermain Singkat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B7116F9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Jenjang Sesuai</w:t>
            </w:r>
          </w:p>
        </w:tc>
      </w:tr>
      <w:tr w:rsidR="00F925E9" w14:paraId="474B8585" w14:textId="77777777">
        <w:trPr>
          <w:trHeight w:hRule="exact" w:val="1448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F1D59BB" w14:textId="77777777" w:rsidR="00F925E9" w:rsidRDefault="00000000">
            <w:pPr>
              <w:autoSpaceDE w:val="0"/>
              <w:autoSpaceDN w:val="0"/>
              <w:spacing w:before="350" w:after="0" w:line="226" w:lineRule="exact"/>
              <w:ind w:left="118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Simon Says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/Ikuti</w:t>
            </w:r>
          </w:p>
          <w:p w14:paraId="24084CC0" w14:textId="77777777" w:rsidR="00F925E9" w:rsidRDefault="00000000">
            <w:pPr>
              <w:autoSpaceDE w:val="0"/>
              <w:autoSpaceDN w:val="0"/>
              <w:spacing w:before="19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Aba-aba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D75384A" w14:textId="77777777" w:rsidR="00F925E9" w:rsidRDefault="00000000">
            <w:pPr>
              <w:autoSpaceDE w:val="0"/>
              <w:autoSpaceDN w:val="0"/>
              <w:spacing w:before="14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 hanya mengikuti instruksi yang</w:t>
            </w:r>
          </w:p>
          <w:p w14:paraId="44FD6738" w14:textId="77777777" w:rsidR="00F925E9" w:rsidRDefault="00000000">
            <w:pPr>
              <w:autoSpaceDE w:val="0"/>
              <w:autoSpaceDN w:val="0"/>
              <w:spacing w:before="196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didahului kata kunci tertentu; melatih</w:t>
            </w:r>
          </w:p>
          <w:p w14:paraId="486D9E65" w14:textId="77777777" w:rsidR="00F925E9" w:rsidRDefault="00000000">
            <w:pPr>
              <w:autoSpaceDE w:val="0"/>
              <w:autoSpaceDN w:val="0"/>
              <w:spacing w:before="20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konsentrasi.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062545F" w14:textId="77777777" w:rsidR="00F925E9" w:rsidRDefault="00000000">
            <w:pPr>
              <w:autoSpaceDE w:val="0"/>
              <w:autoSpaceDN w:val="0"/>
              <w:spacing w:before="560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RA, MI</w:t>
            </w:r>
          </w:p>
        </w:tc>
      </w:tr>
      <w:tr w:rsidR="00F925E9" w14:paraId="62D58267" w14:textId="77777777">
        <w:trPr>
          <w:trHeight w:hRule="exact" w:val="1376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74E2452" w14:textId="77777777" w:rsidR="00F925E9" w:rsidRDefault="00000000">
            <w:pPr>
              <w:autoSpaceDE w:val="0"/>
              <w:autoSpaceDN w:val="0"/>
              <w:spacing w:before="316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Lempar Bola</w:t>
            </w:r>
          </w:p>
          <w:p w14:paraId="4BD431EF" w14:textId="77777777" w:rsidR="00F925E9" w:rsidRDefault="00000000">
            <w:pPr>
              <w:autoSpaceDE w:val="0"/>
              <w:autoSpaceDN w:val="0"/>
              <w:spacing w:before="194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Nama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68C76FE" w14:textId="77777777" w:rsidR="00F925E9" w:rsidRDefault="00F925E9">
            <w:pPr>
              <w:autoSpaceDE w:val="0"/>
              <w:autoSpaceDN w:val="0"/>
              <w:spacing w:after="0" w:line="54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1220"/>
              <w:gridCol w:w="1440"/>
              <w:gridCol w:w="900"/>
            </w:tblGrid>
            <w:tr w:rsidR="00F925E9" w14:paraId="293B3B3B" w14:textId="77777777">
              <w:trPr>
                <w:trHeight w:hRule="exact" w:val="336"/>
              </w:trPr>
              <w:tc>
                <w:tcPr>
                  <w:tcW w:w="680" w:type="dxa"/>
                  <w:tcMar>
                    <w:left w:w="0" w:type="dxa"/>
                    <w:right w:w="0" w:type="dxa"/>
                  </w:tcMar>
                </w:tcPr>
                <w:p w14:paraId="75BDA797" w14:textId="77777777" w:rsidR="00F925E9" w:rsidRDefault="00000000">
                  <w:pPr>
                    <w:autoSpaceDE w:val="0"/>
                    <w:autoSpaceDN w:val="0"/>
                    <w:spacing w:before="56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Bola</w:t>
                  </w:r>
                </w:p>
              </w:tc>
              <w:tc>
                <w:tcPr>
                  <w:tcW w:w="1220" w:type="dxa"/>
                  <w:tcMar>
                    <w:left w:w="0" w:type="dxa"/>
                    <w:right w:w="0" w:type="dxa"/>
                  </w:tcMar>
                </w:tcPr>
                <w:p w14:paraId="07D34A57" w14:textId="77777777" w:rsidR="00F925E9" w:rsidRDefault="00000000">
                  <w:pPr>
                    <w:autoSpaceDE w:val="0"/>
                    <w:autoSpaceDN w:val="0"/>
                    <w:spacing w:before="56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dilempar</w:t>
                  </w:r>
                </w:p>
              </w:tc>
              <w:tc>
                <w:tcPr>
                  <w:tcW w:w="1440" w:type="dxa"/>
                  <w:tcMar>
                    <w:left w:w="0" w:type="dxa"/>
                    <w:right w:w="0" w:type="dxa"/>
                  </w:tcMar>
                </w:tcPr>
                <w:p w14:paraId="4FD79018" w14:textId="77777777" w:rsidR="00F925E9" w:rsidRDefault="00000000">
                  <w:pPr>
                    <w:autoSpaceDE w:val="0"/>
                    <w:autoSpaceDN w:val="0"/>
                    <w:spacing w:before="56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antarmurid</w:t>
                  </w:r>
                </w:p>
              </w:tc>
              <w:tc>
                <w:tcPr>
                  <w:tcW w:w="900" w:type="dxa"/>
                  <w:tcMar>
                    <w:left w:w="0" w:type="dxa"/>
                    <w:right w:w="0" w:type="dxa"/>
                  </w:tcMar>
                </w:tcPr>
                <w:p w14:paraId="1BBFD42B" w14:textId="77777777" w:rsidR="00F925E9" w:rsidRDefault="00000000">
                  <w:pPr>
                    <w:autoSpaceDE w:val="0"/>
                    <w:autoSpaceDN w:val="0"/>
                    <w:spacing w:before="56" w:after="0" w:line="174" w:lineRule="exact"/>
                    <w:ind w:left="150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sambil</w:t>
                  </w:r>
                </w:p>
              </w:tc>
            </w:tr>
          </w:tbl>
          <w:p w14:paraId="605C1675" w14:textId="77777777" w:rsidR="00F925E9" w:rsidRDefault="00000000">
            <w:pPr>
              <w:autoSpaceDE w:val="0"/>
              <w:autoSpaceDN w:val="0"/>
              <w:spacing w:before="13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menyebut nama dan satu hal yang</w:t>
            </w:r>
          </w:p>
          <w:p w14:paraId="47D6600B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disukai.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62F6229" w14:textId="77777777" w:rsidR="00F925E9" w:rsidRDefault="00000000">
            <w:pPr>
              <w:autoSpaceDE w:val="0"/>
              <w:autoSpaceDN w:val="0"/>
              <w:spacing w:before="522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RA, MI, MTs</w:t>
            </w:r>
          </w:p>
        </w:tc>
      </w:tr>
      <w:tr w:rsidR="00F925E9" w14:paraId="607A0B05" w14:textId="77777777">
        <w:trPr>
          <w:trHeight w:hRule="exact" w:val="1445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3F89C82" w14:textId="77777777" w:rsidR="00F925E9" w:rsidRDefault="00000000">
            <w:pPr>
              <w:autoSpaceDE w:val="0"/>
              <w:autoSpaceDN w:val="0"/>
              <w:spacing w:before="554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Estafet Air/Spons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3990110" w14:textId="77777777" w:rsidR="00F925E9" w:rsidRDefault="00F925E9">
            <w:pPr>
              <w:autoSpaceDE w:val="0"/>
              <w:autoSpaceDN w:val="0"/>
              <w:spacing w:after="0" w:line="84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440"/>
              <w:gridCol w:w="2140"/>
              <w:gridCol w:w="660"/>
            </w:tblGrid>
            <w:tr w:rsidR="00F925E9" w14:paraId="424EE473" w14:textId="77777777">
              <w:trPr>
                <w:trHeight w:hRule="exact" w:val="338"/>
              </w:trPr>
              <w:tc>
                <w:tcPr>
                  <w:tcW w:w="1440" w:type="dxa"/>
                  <w:tcMar>
                    <w:left w:w="0" w:type="dxa"/>
                    <w:right w:w="0" w:type="dxa"/>
                  </w:tcMar>
                </w:tcPr>
                <w:p w14:paraId="7FCABAD8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Kelompok</w:t>
                  </w:r>
                </w:p>
              </w:tc>
              <w:tc>
                <w:tcPr>
                  <w:tcW w:w="2140" w:type="dxa"/>
                  <w:tcMar>
                    <w:left w:w="0" w:type="dxa"/>
                    <w:right w:w="0" w:type="dxa"/>
                  </w:tcMar>
                </w:tcPr>
                <w:p w14:paraId="1F6EF039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memindahkan</w:t>
                  </w:r>
                </w:p>
              </w:tc>
              <w:tc>
                <w:tcPr>
                  <w:tcW w:w="660" w:type="dxa"/>
                  <w:tcMar>
                    <w:left w:w="0" w:type="dxa"/>
                    <w:right w:w="0" w:type="dxa"/>
                  </w:tcMar>
                </w:tcPr>
                <w:p w14:paraId="7E028901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ind w:right="56"/>
                    <w:jc w:val="right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air</w:t>
                  </w:r>
                </w:p>
              </w:tc>
            </w:tr>
          </w:tbl>
          <w:p w14:paraId="679ED7A2" w14:textId="77777777" w:rsidR="00F925E9" w:rsidRDefault="00000000">
            <w:pPr>
              <w:autoSpaceDE w:val="0"/>
              <w:autoSpaceDN w:val="0"/>
              <w:spacing w:before="13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menggunakan spons secara berantai;</w:t>
            </w:r>
          </w:p>
          <w:p w14:paraId="53C3431C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melatih kerja sama.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4F25A2C" w14:textId="77777777" w:rsidR="00F925E9" w:rsidRDefault="00000000">
            <w:pPr>
              <w:autoSpaceDE w:val="0"/>
              <w:autoSpaceDN w:val="0"/>
              <w:spacing w:before="558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MI, MTs</w:t>
            </w:r>
          </w:p>
        </w:tc>
      </w:tr>
      <w:tr w:rsidR="00F925E9" w14:paraId="1C3EA52B" w14:textId="77777777">
        <w:trPr>
          <w:trHeight w:hRule="exact" w:val="1377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505B222" w14:textId="77777777" w:rsidR="00F925E9" w:rsidRDefault="00000000">
            <w:pPr>
              <w:autoSpaceDE w:val="0"/>
              <w:autoSpaceDN w:val="0"/>
              <w:spacing w:before="318" w:after="0" w:line="176" w:lineRule="exact"/>
              <w:ind w:left="118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Human Knot</w:t>
            </w:r>
          </w:p>
          <w:p w14:paraId="068F8ABC" w14:textId="77777777" w:rsidR="00F925E9" w:rsidRDefault="00000000">
            <w:pPr>
              <w:autoSpaceDE w:val="0"/>
              <w:autoSpaceDN w:val="0"/>
              <w:spacing w:before="234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(Simpul Manusia)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BCA139B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 memegang tangan secara</w:t>
            </w:r>
          </w:p>
          <w:p w14:paraId="225EFBD3" w14:textId="77777777" w:rsidR="00F925E9" w:rsidRDefault="00000000">
            <w:pPr>
              <w:autoSpaceDE w:val="0"/>
              <w:autoSpaceDN w:val="0"/>
              <w:spacing w:before="192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acak lalu berusaha melepas simpul</w:t>
            </w:r>
          </w:p>
          <w:p w14:paraId="30EF9150" w14:textId="77777777" w:rsidR="00F925E9" w:rsidRDefault="00000000">
            <w:pPr>
              <w:autoSpaceDE w:val="0"/>
              <w:autoSpaceDN w:val="0"/>
              <w:spacing w:before="19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tanpa lepas pegangan.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1A684B9" w14:textId="77777777" w:rsidR="00F925E9" w:rsidRDefault="00000000">
            <w:pPr>
              <w:autoSpaceDE w:val="0"/>
              <w:autoSpaceDN w:val="0"/>
              <w:spacing w:before="526" w:after="0" w:line="204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MTs, MA</w:t>
            </w:r>
          </w:p>
        </w:tc>
      </w:tr>
      <w:tr w:rsidR="00F925E9" w14:paraId="799306A1" w14:textId="77777777">
        <w:trPr>
          <w:trHeight w:hRule="exact" w:val="1447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A53351E" w14:textId="77777777" w:rsidR="00F925E9" w:rsidRDefault="00000000">
            <w:pPr>
              <w:autoSpaceDE w:val="0"/>
              <w:autoSpaceDN w:val="0"/>
              <w:spacing w:before="35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Tebak Kata</w:t>
            </w:r>
          </w:p>
          <w:p w14:paraId="55299936" w14:textId="77777777" w:rsidR="00F925E9" w:rsidRDefault="00000000">
            <w:pPr>
              <w:autoSpaceDE w:val="0"/>
              <w:autoSpaceDN w:val="0"/>
              <w:spacing w:before="238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Berantai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7E79A3D" w14:textId="77777777" w:rsidR="00F925E9" w:rsidRDefault="00000000">
            <w:pPr>
              <w:autoSpaceDE w:val="0"/>
              <w:autoSpaceDN w:val="0"/>
              <w:spacing w:before="142" w:after="144" w:line="21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Satu murid memberi kata kunci, murid</w:t>
            </w: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1200"/>
              <w:gridCol w:w="960"/>
              <w:gridCol w:w="1560"/>
            </w:tblGrid>
            <w:tr w:rsidR="00F925E9" w14:paraId="676C5A9F" w14:textId="77777777">
              <w:trPr>
                <w:trHeight w:hRule="exact" w:val="344"/>
              </w:trPr>
              <w:tc>
                <w:tcPr>
                  <w:tcW w:w="520" w:type="dxa"/>
                  <w:tcMar>
                    <w:left w:w="0" w:type="dxa"/>
                    <w:right w:w="0" w:type="dxa"/>
                  </w:tcMar>
                </w:tcPr>
                <w:p w14:paraId="4B14E609" w14:textId="77777777" w:rsidR="00F925E9" w:rsidRDefault="00000000">
                  <w:pPr>
                    <w:autoSpaceDE w:val="0"/>
                    <w:autoSpaceDN w:val="0"/>
                    <w:spacing w:before="62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lain</w:t>
                  </w:r>
                </w:p>
              </w:tc>
              <w:tc>
                <w:tcPr>
                  <w:tcW w:w="1200" w:type="dxa"/>
                  <w:tcMar>
                    <w:left w:w="0" w:type="dxa"/>
                    <w:right w:w="0" w:type="dxa"/>
                  </w:tcMar>
                </w:tcPr>
                <w:p w14:paraId="7BC9B2DE" w14:textId="77777777" w:rsidR="00F925E9" w:rsidRDefault="00000000">
                  <w:pPr>
                    <w:autoSpaceDE w:val="0"/>
                    <w:autoSpaceDN w:val="0"/>
                    <w:spacing w:before="62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menebak</w:t>
                  </w:r>
                </w:p>
              </w:tc>
              <w:tc>
                <w:tcPr>
                  <w:tcW w:w="960" w:type="dxa"/>
                  <w:tcMar>
                    <w:left w:w="0" w:type="dxa"/>
                    <w:right w:w="0" w:type="dxa"/>
                  </w:tcMar>
                </w:tcPr>
                <w:p w14:paraId="03DFF96B" w14:textId="77777777" w:rsidR="00F925E9" w:rsidRDefault="00000000">
                  <w:pPr>
                    <w:autoSpaceDE w:val="0"/>
                    <w:autoSpaceDN w:val="0"/>
                    <w:spacing w:before="62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melalui</w:t>
                  </w:r>
                </w:p>
              </w:tc>
              <w:tc>
                <w:tcPr>
                  <w:tcW w:w="1560" w:type="dxa"/>
                  <w:tcMar>
                    <w:left w:w="0" w:type="dxa"/>
                    <w:right w:w="0" w:type="dxa"/>
                  </w:tcMar>
                </w:tcPr>
                <w:p w14:paraId="427040A2" w14:textId="77777777" w:rsidR="00F925E9" w:rsidRDefault="00000000">
                  <w:pPr>
                    <w:autoSpaceDE w:val="0"/>
                    <w:autoSpaceDN w:val="0"/>
                    <w:spacing w:before="60" w:after="0" w:line="22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gerakan/kata</w:t>
                  </w:r>
                </w:p>
              </w:tc>
            </w:tr>
          </w:tbl>
          <w:p w14:paraId="42DD6273" w14:textId="77777777" w:rsidR="00F925E9" w:rsidRDefault="00000000">
            <w:pPr>
              <w:autoSpaceDE w:val="0"/>
              <w:autoSpaceDN w:val="0"/>
              <w:spacing w:before="13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berikutnya.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216A3B4" w14:textId="77777777" w:rsidR="00F925E9" w:rsidRDefault="00000000">
            <w:pPr>
              <w:autoSpaceDE w:val="0"/>
              <w:autoSpaceDN w:val="0"/>
              <w:spacing w:before="558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MI, MTs, MA</w:t>
            </w:r>
          </w:p>
        </w:tc>
      </w:tr>
      <w:tr w:rsidR="00F925E9" w14:paraId="5E2BB272" w14:textId="77777777">
        <w:trPr>
          <w:trHeight w:hRule="exact" w:val="1379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8725151" w14:textId="77777777" w:rsidR="00F925E9" w:rsidRDefault="00000000">
            <w:pPr>
              <w:autoSpaceDE w:val="0"/>
              <w:autoSpaceDN w:val="0"/>
              <w:spacing w:before="524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Yel-Yel Kelompok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4A64998" w14:textId="77777777" w:rsidR="00F925E9" w:rsidRDefault="00F925E9">
            <w:pPr>
              <w:autoSpaceDE w:val="0"/>
              <w:autoSpaceDN w:val="0"/>
              <w:spacing w:after="0" w:line="52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840"/>
              <w:gridCol w:w="1220"/>
              <w:gridCol w:w="1320"/>
              <w:gridCol w:w="860"/>
            </w:tblGrid>
            <w:tr w:rsidR="00F925E9" w14:paraId="481CF328" w14:textId="77777777">
              <w:trPr>
                <w:trHeight w:hRule="exact" w:val="338"/>
              </w:trPr>
              <w:tc>
                <w:tcPr>
                  <w:tcW w:w="840" w:type="dxa"/>
                  <w:tcMar>
                    <w:left w:w="0" w:type="dxa"/>
                    <w:right w:w="0" w:type="dxa"/>
                  </w:tcMar>
                </w:tcPr>
                <w:p w14:paraId="2A623CC3" w14:textId="77777777" w:rsidR="00F925E9" w:rsidRDefault="00000000">
                  <w:pPr>
                    <w:autoSpaceDE w:val="0"/>
                    <w:autoSpaceDN w:val="0"/>
                    <w:spacing w:before="5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Setiap</w:t>
                  </w:r>
                </w:p>
              </w:tc>
              <w:tc>
                <w:tcPr>
                  <w:tcW w:w="1220" w:type="dxa"/>
                  <w:tcMar>
                    <w:left w:w="0" w:type="dxa"/>
                    <w:right w:w="0" w:type="dxa"/>
                  </w:tcMar>
                </w:tcPr>
                <w:p w14:paraId="15C1D817" w14:textId="77777777" w:rsidR="00F925E9" w:rsidRDefault="00000000">
                  <w:pPr>
                    <w:autoSpaceDE w:val="0"/>
                    <w:autoSpaceDN w:val="0"/>
                    <w:spacing w:before="56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kelompok</w:t>
                  </w:r>
                </w:p>
              </w:tc>
              <w:tc>
                <w:tcPr>
                  <w:tcW w:w="1320" w:type="dxa"/>
                  <w:tcMar>
                    <w:left w:w="0" w:type="dxa"/>
                    <w:right w:w="0" w:type="dxa"/>
                  </w:tcMar>
                </w:tcPr>
                <w:p w14:paraId="488B9643" w14:textId="77777777" w:rsidR="00F925E9" w:rsidRDefault="00000000">
                  <w:pPr>
                    <w:autoSpaceDE w:val="0"/>
                    <w:autoSpaceDN w:val="0"/>
                    <w:spacing w:before="102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menyusun</w:t>
                  </w:r>
                </w:p>
              </w:tc>
              <w:tc>
                <w:tcPr>
                  <w:tcW w:w="860" w:type="dxa"/>
                  <w:tcMar>
                    <w:left w:w="0" w:type="dxa"/>
                    <w:right w:w="0" w:type="dxa"/>
                  </w:tcMar>
                </w:tcPr>
                <w:p w14:paraId="2E10731D" w14:textId="77777777" w:rsidR="00F925E9" w:rsidRDefault="00000000">
                  <w:pPr>
                    <w:autoSpaceDE w:val="0"/>
                    <w:autoSpaceDN w:val="0"/>
                    <w:spacing w:before="56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yel-yel</w:t>
                  </w:r>
                </w:p>
              </w:tc>
            </w:tr>
          </w:tbl>
          <w:p w14:paraId="19A91449" w14:textId="77777777" w:rsidR="00F925E9" w:rsidRDefault="00000000">
            <w:pPr>
              <w:autoSpaceDE w:val="0"/>
              <w:autoSpaceDN w:val="0"/>
              <w:spacing w:before="13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singkat berisi nama kelompok dan</w:t>
            </w:r>
          </w:p>
          <w:p w14:paraId="067BE454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semangat belajar.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9F319A5" w14:textId="77777777" w:rsidR="00F925E9" w:rsidRDefault="00000000">
            <w:pPr>
              <w:autoSpaceDE w:val="0"/>
              <w:autoSpaceDN w:val="0"/>
              <w:spacing w:before="520" w:after="0" w:line="22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Semua jenjang</w:t>
            </w:r>
          </w:p>
        </w:tc>
      </w:tr>
      <w:tr w:rsidR="00F925E9" w14:paraId="78C71A62" w14:textId="77777777">
        <w:trPr>
          <w:trHeight w:hRule="exact" w:val="1447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D69A1A5" w14:textId="77777777" w:rsidR="00F925E9" w:rsidRDefault="00000000">
            <w:pPr>
              <w:autoSpaceDE w:val="0"/>
              <w:autoSpaceDN w:val="0"/>
              <w:spacing w:before="556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Cermin Berjalan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86B15CC" w14:textId="77777777" w:rsidR="00F925E9" w:rsidRDefault="00000000">
            <w:pPr>
              <w:autoSpaceDE w:val="0"/>
              <w:autoSpaceDN w:val="0"/>
              <w:spacing w:before="142" w:after="136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Berpasangan, satu murid menirukan</w:t>
            </w: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020"/>
              <w:gridCol w:w="800"/>
              <w:gridCol w:w="560"/>
              <w:gridCol w:w="920"/>
              <w:gridCol w:w="940"/>
            </w:tblGrid>
            <w:tr w:rsidR="00F925E9" w14:paraId="2A407634" w14:textId="77777777">
              <w:trPr>
                <w:trHeight w:hRule="exact" w:val="342"/>
              </w:trPr>
              <w:tc>
                <w:tcPr>
                  <w:tcW w:w="1020" w:type="dxa"/>
                  <w:tcMar>
                    <w:left w:w="0" w:type="dxa"/>
                    <w:right w:w="0" w:type="dxa"/>
                  </w:tcMar>
                </w:tcPr>
                <w:p w14:paraId="6F3031A9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gerakan</w:t>
                  </w:r>
                </w:p>
              </w:tc>
              <w:tc>
                <w:tcPr>
                  <w:tcW w:w="800" w:type="dxa"/>
                  <w:tcMar>
                    <w:left w:w="0" w:type="dxa"/>
                    <w:right w:w="0" w:type="dxa"/>
                  </w:tcMar>
                </w:tcPr>
                <w:p w14:paraId="26EE1895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murid</w:t>
                  </w:r>
                </w:p>
              </w:tc>
              <w:tc>
                <w:tcPr>
                  <w:tcW w:w="560" w:type="dxa"/>
                  <w:tcMar>
                    <w:left w:w="0" w:type="dxa"/>
                    <w:right w:w="0" w:type="dxa"/>
                  </w:tcMar>
                </w:tcPr>
                <w:p w14:paraId="1731CD18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lain</w:t>
                  </w:r>
                </w:p>
              </w:tc>
              <w:tc>
                <w:tcPr>
                  <w:tcW w:w="920" w:type="dxa"/>
                  <w:tcMar>
                    <w:left w:w="0" w:type="dxa"/>
                    <w:right w:w="0" w:type="dxa"/>
                  </w:tcMar>
                </w:tcPr>
                <w:p w14:paraId="6C95D7B3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seperti</w:t>
                  </w:r>
                </w:p>
              </w:tc>
              <w:tc>
                <w:tcPr>
                  <w:tcW w:w="940" w:type="dxa"/>
                  <w:tcMar>
                    <w:left w:w="0" w:type="dxa"/>
                    <w:right w:w="0" w:type="dxa"/>
                  </w:tcMar>
                </w:tcPr>
                <w:p w14:paraId="4B80E0E4" w14:textId="77777777" w:rsidR="00F925E9" w:rsidRDefault="00000000">
                  <w:pPr>
                    <w:autoSpaceDE w:val="0"/>
                    <w:autoSpaceDN w:val="0"/>
                    <w:spacing w:before="60" w:after="0" w:line="20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cermin;</w:t>
                  </w:r>
                </w:p>
              </w:tc>
            </w:tr>
          </w:tbl>
          <w:p w14:paraId="06036789" w14:textId="77777777" w:rsidR="00F925E9" w:rsidRDefault="00000000">
            <w:pPr>
              <w:autoSpaceDE w:val="0"/>
              <w:autoSpaceDN w:val="0"/>
              <w:spacing w:before="12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melatih fokus dan empati.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BA7A08D" w14:textId="77777777" w:rsidR="00F925E9" w:rsidRDefault="00000000">
            <w:pPr>
              <w:autoSpaceDE w:val="0"/>
              <w:autoSpaceDN w:val="0"/>
              <w:spacing w:before="560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MI, MTs</w:t>
            </w:r>
          </w:p>
        </w:tc>
      </w:tr>
      <w:tr w:rsidR="00F925E9" w14:paraId="3D489064" w14:textId="77777777">
        <w:trPr>
          <w:trHeight w:hRule="exact" w:val="1375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94C27A7" w14:textId="77777777" w:rsidR="00F925E9" w:rsidRDefault="00000000">
            <w:pPr>
              <w:autoSpaceDE w:val="0"/>
              <w:autoSpaceDN w:val="0"/>
              <w:spacing w:before="52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Lingkaran Pujian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999E37F" w14:textId="77777777" w:rsidR="00F925E9" w:rsidRDefault="00F925E9">
            <w:pPr>
              <w:autoSpaceDE w:val="0"/>
              <w:autoSpaceDN w:val="0"/>
              <w:spacing w:after="0" w:line="52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760"/>
              <w:gridCol w:w="840"/>
              <w:gridCol w:w="1240"/>
              <w:gridCol w:w="600"/>
              <w:gridCol w:w="800"/>
            </w:tblGrid>
            <w:tr w:rsidR="00F925E9" w14:paraId="3705C93E" w14:textId="77777777">
              <w:trPr>
                <w:trHeight w:hRule="exact" w:val="334"/>
              </w:trPr>
              <w:tc>
                <w:tcPr>
                  <w:tcW w:w="760" w:type="dxa"/>
                  <w:tcMar>
                    <w:left w:w="0" w:type="dxa"/>
                    <w:right w:w="0" w:type="dxa"/>
                  </w:tcMar>
                </w:tcPr>
                <w:p w14:paraId="2FB950F6" w14:textId="77777777" w:rsidR="00F925E9" w:rsidRDefault="00000000">
                  <w:pPr>
                    <w:autoSpaceDE w:val="0"/>
                    <w:autoSpaceDN w:val="0"/>
                    <w:spacing w:before="52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Murid</w:t>
                  </w:r>
                </w:p>
              </w:tc>
              <w:tc>
                <w:tcPr>
                  <w:tcW w:w="840" w:type="dxa"/>
                  <w:tcMar>
                    <w:left w:w="0" w:type="dxa"/>
                    <w:right w:w="0" w:type="dxa"/>
                  </w:tcMar>
                </w:tcPr>
                <w:p w14:paraId="7363AE54" w14:textId="77777777" w:rsidR="00F925E9" w:rsidRDefault="00000000">
                  <w:pPr>
                    <w:autoSpaceDE w:val="0"/>
                    <w:autoSpaceDN w:val="0"/>
                    <w:spacing w:before="52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duduk</w:t>
                  </w:r>
                </w:p>
              </w:tc>
              <w:tc>
                <w:tcPr>
                  <w:tcW w:w="1240" w:type="dxa"/>
                  <w:tcMar>
                    <w:left w:w="0" w:type="dxa"/>
                    <w:right w:w="0" w:type="dxa"/>
                  </w:tcMar>
                </w:tcPr>
                <w:p w14:paraId="5223B8DC" w14:textId="77777777" w:rsidR="00F925E9" w:rsidRDefault="00000000">
                  <w:pPr>
                    <w:autoSpaceDE w:val="0"/>
                    <w:autoSpaceDN w:val="0"/>
                    <w:spacing w:before="52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melingkar</w:t>
                  </w:r>
                </w:p>
              </w:tc>
              <w:tc>
                <w:tcPr>
                  <w:tcW w:w="600" w:type="dxa"/>
                  <w:tcMar>
                    <w:left w:w="0" w:type="dxa"/>
                    <w:right w:w="0" w:type="dxa"/>
                  </w:tcMar>
                </w:tcPr>
                <w:p w14:paraId="3F77C2F0" w14:textId="77777777" w:rsidR="00F925E9" w:rsidRDefault="00000000">
                  <w:pPr>
                    <w:autoSpaceDE w:val="0"/>
                    <w:autoSpaceDN w:val="0"/>
                    <w:spacing w:before="52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800" w:type="dxa"/>
                  <w:tcMar>
                    <w:left w:w="0" w:type="dxa"/>
                    <w:right w:w="0" w:type="dxa"/>
                  </w:tcMar>
                </w:tcPr>
                <w:p w14:paraId="707E440E" w14:textId="77777777" w:rsidR="00F925E9" w:rsidRDefault="00000000">
                  <w:pPr>
                    <w:autoSpaceDE w:val="0"/>
                    <w:autoSpaceDN w:val="0"/>
                    <w:spacing w:before="52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saling</w:t>
                  </w:r>
                </w:p>
              </w:tc>
            </w:tr>
          </w:tbl>
          <w:p w14:paraId="7406289C" w14:textId="77777777" w:rsidR="00F925E9" w:rsidRDefault="00000000">
            <w:pPr>
              <w:autoSpaceDE w:val="0"/>
              <w:autoSpaceDN w:val="0"/>
              <w:spacing w:before="132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memberi satu pujian positif kepada</w:t>
            </w:r>
          </w:p>
          <w:p w14:paraId="2B50E7C0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teman di sebelahnya.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9D78CFC" w14:textId="77777777" w:rsidR="00F925E9" w:rsidRDefault="00000000">
            <w:pPr>
              <w:autoSpaceDE w:val="0"/>
              <w:autoSpaceDN w:val="0"/>
              <w:spacing w:before="520" w:after="0" w:line="224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Semua jenjang</w:t>
            </w:r>
          </w:p>
        </w:tc>
      </w:tr>
      <w:tr w:rsidR="00F925E9" w14:paraId="1F4D3375" w14:textId="77777777">
        <w:trPr>
          <w:trHeight w:hRule="exact" w:val="1417"/>
        </w:trPr>
        <w:tc>
          <w:tcPr>
            <w:tcW w:w="2200" w:type="dxa"/>
            <w:tcBorders>
              <w:left w:val="single" w:sz="2" w:space="0" w:color="BDBDBD"/>
              <w:bottom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3D814F0" w14:textId="77777777" w:rsidR="00F925E9" w:rsidRDefault="00000000">
            <w:pPr>
              <w:autoSpaceDE w:val="0"/>
              <w:autoSpaceDN w:val="0"/>
              <w:spacing w:before="148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Tepuk</w:t>
            </w:r>
          </w:p>
          <w:p w14:paraId="33A7EF0A" w14:textId="77777777" w:rsidR="00F925E9" w:rsidRDefault="00000000">
            <w:pPr>
              <w:autoSpaceDE w:val="0"/>
              <w:autoSpaceDN w:val="0"/>
              <w:spacing w:before="190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Wow/Tepuk Anak</w:t>
            </w:r>
          </w:p>
          <w:p w14:paraId="4C8A20C8" w14:textId="77777777" w:rsidR="00F925E9" w:rsidRDefault="00000000">
            <w:pPr>
              <w:autoSpaceDE w:val="0"/>
              <w:autoSpaceDN w:val="0"/>
              <w:spacing w:before="19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Sholeh</w:t>
            </w:r>
          </w:p>
        </w:tc>
        <w:tc>
          <w:tcPr>
            <w:tcW w:w="4364" w:type="dxa"/>
            <w:tcBorders>
              <w:left w:val="single" w:sz="2" w:space="0" w:color="BDBDBD"/>
              <w:bottom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A1883CD" w14:textId="77777777" w:rsidR="00F925E9" w:rsidRDefault="00F925E9">
            <w:pPr>
              <w:autoSpaceDE w:val="0"/>
              <w:autoSpaceDN w:val="0"/>
              <w:spacing w:after="0" w:line="8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820"/>
              <w:gridCol w:w="1100"/>
              <w:gridCol w:w="820"/>
              <w:gridCol w:w="720"/>
              <w:gridCol w:w="780"/>
            </w:tblGrid>
            <w:tr w:rsidR="00F925E9" w14:paraId="24F1CA54" w14:textId="77777777">
              <w:trPr>
                <w:trHeight w:hRule="exact" w:val="342"/>
              </w:trPr>
              <w:tc>
                <w:tcPr>
                  <w:tcW w:w="820" w:type="dxa"/>
                  <w:tcMar>
                    <w:left w:w="0" w:type="dxa"/>
                    <w:right w:w="0" w:type="dxa"/>
                  </w:tcMar>
                </w:tcPr>
                <w:p w14:paraId="498545EF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Tepuk</w:t>
                  </w:r>
                </w:p>
              </w:tc>
              <w:tc>
                <w:tcPr>
                  <w:tcW w:w="1100" w:type="dxa"/>
                  <w:tcMar>
                    <w:left w:w="0" w:type="dxa"/>
                    <w:right w:w="0" w:type="dxa"/>
                  </w:tcMar>
                </w:tcPr>
                <w:p w14:paraId="18D8C256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bertema</w:t>
                  </w:r>
                </w:p>
              </w:tc>
              <w:tc>
                <w:tcPr>
                  <w:tcW w:w="820" w:type="dxa"/>
                  <w:tcMar>
                    <w:left w:w="0" w:type="dxa"/>
                    <w:right w:w="0" w:type="dxa"/>
                  </w:tcMar>
                </w:tcPr>
                <w:p w14:paraId="4EA40EEB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islami</w:t>
                  </w:r>
                </w:p>
              </w:tc>
              <w:tc>
                <w:tcPr>
                  <w:tcW w:w="720" w:type="dxa"/>
                  <w:tcMar>
                    <w:left w:w="0" w:type="dxa"/>
                    <w:right w:w="0" w:type="dxa"/>
                  </w:tcMar>
                </w:tcPr>
                <w:p w14:paraId="06DD37A0" w14:textId="77777777" w:rsidR="00F925E9" w:rsidRDefault="00000000">
                  <w:pPr>
                    <w:autoSpaceDE w:val="0"/>
                    <w:autoSpaceDN w:val="0"/>
                    <w:spacing w:before="104" w:after="0" w:line="17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yang</w:t>
                  </w:r>
                </w:p>
              </w:tc>
              <w:tc>
                <w:tcPr>
                  <w:tcW w:w="780" w:type="dxa"/>
                  <w:tcMar>
                    <w:left w:w="0" w:type="dxa"/>
                    <w:right w:w="0" w:type="dxa"/>
                  </w:tcMar>
                </w:tcPr>
                <w:p w14:paraId="6FAB97F7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dapat</w:t>
                  </w:r>
                </w:p>
              </w:tc>
            </w:tr>
          </w:tbl>
          <w:p w14:paraId="6AEBCC0F" w14:textId="77777777" w:rsidR="00F925E9" w:rsidRDefault="00F925E9">
            <w:pPr>
              <w:autoSpaceDE w:val="0"/>
              <w:autoSpaceDN w:val="0"/>
              <w:spacing w:after="0" w:line="6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460"/>
              <w:gridCol w:w="1380"/>
              <w:gridCol w:w="1400"/>
            </w:tblGrid>
            <w:tr w:rsidR="00F925E9" w14:paraId="7D26B0B8" w14:textId="77777777">
              <w:trPr>
                <w:trHeight w:hRule="exact" w:val="346"/>
              </w:trPr>
              <w:tc>
                <w:tcPr>
                  <w:tcW w:w="1460" w:type="dxa"/>
                  <w:tcMar>
                    <w:left w:w="0" w:type="dxa"/>
                    <w:right w:w="0" w:type="dxa"/>
                  </w:tcMar>
                </w:tcPr>
                <w:p w14:paraId="73004997" w14:textId="77777777" w:rsidR="00F925E9" w:rsidRDefault="00000000">
                  <w:pPr>
                    <w:autoSpaceDE w:val="0"/>
                    <w:autoSpaceDN w:val="0"/>
                    <w:spacing w:before="64" w:after="0" w:line="220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dipadukan</w:t>
                  </w:r>
                </w:p>
              </w:tc>
              <w:tc>
                <w:tcPr>
                  <w:tcW w:w="1380" w:type="dxa"/>
                  <w:tcMar>
                    <w:left w:w="0" w:type="dxa"/>
                    <w:right w:w="0" w:type="dxa"/>
                  </w:tcMar>
                </w:tcPr>
                <w:p w14:paraId="6D1426A8" w14:textId="77777777" w:rsidR="00F925E9" w:rsidRDefault="00000000">
                  <w:pPr>
                    <w:autoSpaceDE w:val="0"/>
                    <w:autoSpaceDN w:val="0"/>
                    <w:spacing w:before="6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dengan</w:t>
                  </w:r>
                </w:p>
              </w:tc>
              <w:tc>
                <w:tcPr>
                  <w:tcW w:w="1400" w:type="dxa"/>
                  <w:tcMar>
                    <w:left w:w="0" w:type="dxa"/>
                    <w:right w:w="0" w:type="dxa"/>
                  </w:tcMar>
                </w:tcPr>
                <w:p w14:paraId="391BDE2A" w14:textId="77777777" w:rsidR="00F925E9" w:rsidRDefault="00000000">
                  <w:pPr>
                    <w:autoSpaceDE w:val="0"/>
                    <w:autoSpaceDN w:val="0"/>
                    <w:spacing w:before="60" w:after="0" w:line="226" w:lineRule="exact"/>
                    <w:ind w:left="290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lagu/nada</w:t>
                  </w:r>
                </w:p>
              </w:tc>
            </w:tr>
          </w:tbl>
          <w:p w14:paraId="50567D47" w14:textId="77777777" w:rsidR="00F925E9" w:rsidRDefault="00000000">
            <w:pPr>
              <w:autoSpaceDE w:val="0"/>
              <w:autoSpaceDN w:val="0"/>
              <w:spacing w:before="13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sederhana.</w:t>
            </w:r>
          </w:p>
        </w:tc>
        <w:tc>
          <w:tcPr>
            <w:tcW w:w="2796" w:type="dxa"/>
            <w:tcBorders>
              <w:left w:val="single" w:sz="2" w:space="0" w:color="BDBDBD"/>
              <w:bottom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110DF24" w14:textId="77777777" w:rsidR="00F925E9" w:rsidRDefault="00000000">
            <w:pPr>
              <w:autoSpaceDE w:val="0"/>
              <w:autoSpaceDN w:val="0"/>
              <w:spacing w:before="560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RA, MI</w:t>
            </w:r>
          </w:p>
        </w:tc>
      </w:tr>
    </w:tbl>
    <w:p w14:paraId="6FBBDF00" w14:textId="77777777" w:rsidR="00F925E9" w:rsidRDefault="00000000">
      <w:pPr>
        <w:autoSpaceDE w:val="0"/>
        <w:autoSpaceDN w:val="0"/>
        <w:spacing w:before="1190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8</w:t>
      </w:r>
    </w:p>
    <w:p w14:paraId="1566F87E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2A57A60F" w14:textId="77777777" w:rsidR="00F925E9" w:rsidRDefault="00F925E9">
      <w:pPr>
        <w:autoSpaceDE w:val="0"/>
        <w:autoSpaceDN w:val="0"/>
        <w:spacing w:after="0" w:line="220" w:lineRule="exact"/>
      </w:pPr>
    </w:p>
    <w:p w14:paraId="7F8A4E55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7EC1E9E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85F8A76" w14:textId="77777777" w:rsidR="00F925E9" w:rsidRDefault="00000000">
      <w:pPr>
        <w:autoSpaceDE w:val="0"/>
        <w:autoSpaceDN w:val="0"/>
        <w:spacing w:before="446" w:after="0" w:line="414" w:lineRule="exact"/>
        <w:ind w:left="1400" w:right="1194"/>
        <w:jc w:val="both"/>
      </w:pPr>
      <w:r>
        <w:rPr>
          <w:rFonts w:ascii="Arial" w:eastAsia="Arial" w:hAnsi="Arial"/>
          <w:i/>
          <w:color w:val="000000"/>
          <w:spacing w:val="-10"/>
          <w:sz w:val="24"/>
        </w:rPr>
        <w:t xml:space="preserve">Catatan: daftar metode dan permainan di atas bersifat contoh dan tidak mengikat. </w:t>
      </w:r>
      <w:r>
        <w:br/>
      </w:r>
      <w:r>
        <w:rPr>
          <w:rFonts w:ascii="Arial" w:eastAsia="Arial" w:hAnsi="Arial"/>
          <w:i/>
          <w:color w:val="000000"/>
          <w:spacing w:val="-10"/>
          <w:sz w:val="24"/>
        </w:rPr>
        <w:t xml:space="preserve">Madrasah dapat mengembangkan metode lain yang lebih sesuai dengan kekhasan </w:t>
      </w:r>
      <w:r>
        <w:br/>
      </w:r>
      <w:r>
        <w:rPr>
          <w:rFonts w:ascii="Arial" w:eastAsia="Arial" w:hAnsi="Arial"/>
          <w:i/>
          <w:color w:val="000000"/>
          <w:spacing w:val="-10"/>
          <w:sz w:val="24"/>
        </w:rPr>
        <w:t xml:space="preserve">dan sumber dayanya, sepanjang tetap edukatif, ramah anak, dan bebas dari </w:t>
      </w:r>
      <w:r>
        <w:br/>
      </w:r>
      <w:r>
        <w:rPr>
          <w:rFonts w:ascii="Arial" w:eastAsia="Arial" w:hAnsi="Arial"/>
          <w:i/>
          <w:color w:val="000000"/>
          <w:spacing w:val="-10"/>
          <w:sz w:val="24"/>
        </w:rPr>
        <w:t>kekerasan maupun perundungan sesuai Petunjuk Teknis.</w:t>
      </w:r>
    </w:p>
    <w:p w14:paraId="444F9C78" w14:textId="77777777" w:rsidR="00F925E9" w:rsidRDefault="00000000">
      <w:pPr>
        <w:tabs>
          <w:tab w:val="left" w:pos="1920"/>
          <w:tab w:val="left" w:pos="2640"/>
        </w:tabs>
        <w:autoSpaceDE w:val="0"/>
        <w:autoSpaceDN w:val="0"/>
        <w:spacing w:before="224" w:after="0" w:line="410" w:lineRule="exact"/>
        <w:ind w:left="1548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5. Adaptasi bagi Madrasah Inklusi dan Murid Berkebutuhan Khusus </w:t>
      </w:r>
      <w:r>
        <w:br/>
      </w:r>
      <w:r>
        <w:tab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Sebagaimana ditegaskan dalam Petunjuk Teknis, bagi madrasah inklusi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dan/atau yang terdapat murid berkebutuhan khusus, penyelenggara Matamuda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wajib memfasilitasi dan mengadaptasi program sesuai kebutuhan murid serta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mengondisikan lingkungan agar tetap nyaman secara fisik maupun mental.</w:t>
      </w:r>
    </w:p>
    <w:p w14:paraId="3D328C00" w14:textId="77777777" w:rsidR="00F925E9" w:rsidRDefault="00000000">
      <w:pPr>
        <w:autoSpaceDE w:val="0"/>
        <w:autoSpaceDN w:val="0"/>
        <w:spacing w:before="190" w:after="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Beberapa langkah adaptasi yang dapat dilakukan antara lain:</w:t>
      </w:r>
    </w:p>
    <w:p w14:paraId="57319EC3" w14:textId="77777777" w:rsidR="00F925E9" w:rsidRDefault="00000000">
      <w:pPr>
        <w:autoSpaceDE w:val="0"/>
        <w:autoSpaceDN w:val="0"/>
        <w:spacing w:before="352" w:after="132" w:line="224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a. Menyediakan pendamping khusus (</w:t>
      </w:r>
      <w:r>
        <w:rPr>
          <w:rFonts w:ascii="Arial" w:eastAsia="Arial" w:hAnsi="Arial"/>
          <w:i/>
          <w:color w:val="000000"/>
          <w:spacing w:val="-10"/>
          <w:sz w:val="24"/>
        </w:rPr>
        <w:t>shadow teacher</w:t>
      </w:r>
      <w:r>
        <w:rPr>
          <w:rFonts w:ascii="ArialMT" w:eastAsia="ArialMT" w:hAnsi="ArialMT"/>
          <w:color w:val="000000"/>
          <w:spacing w:val="-10"/>
          <w:sz w:val="24"/>
        </w:rPr>
        <w:t>/guru pendamping)</w:t>
      </w:r>
    </w:p>
    <w:tbl>
      <w:tblPr>
        <w:tblW w:w="0" w:type="auto"/>
        <w:tblInd w:w="1320" w:type="dxa"/>
        <w:tblLayout w:type="fixed"/>
        <w:tblLook w:val="04A0" w:firstRow="1" w:lastRow="0" w:firstColumn="1" w:lastColumn="0" w:noHBand="0" w:noVBand="1"/>
      </w:tblPr>
      <w:tblGrid>
        <w:gridCol w:w="1880"/>
        <w:gridCol w:w="820"/>
        <w:gridCol w:w="740"/>
        <w:gridCol w:w="1800"/>
        <w:gridCol w:w="1180"/>
        <w:gridCol w:w="760"/>
        <w:gridCol w:w="1080"/>
        <w:gridCol w:w="1240"/>
      </w:tblGrid>
      <w:tr w:rsidR="00F925E9" w14:paraId="3166C43B" w14:textId="77777777">
        <w:trPr>
          <w:trHeight w:hRule="exact" w:val="342"/>
        </w:trPr>
        <w:tc>
          <w:tcPr>
            <w:tcW w:w="1880" w:type="dxa"/>
            <w:tcMar>
              <w:left w:w="0" w:type="dxa"/>
              <w:right w:w="0" w:type="dxa"/>
            </w:tcMar>
          </w:tcPr>
          <w:p w14:paraId="25A4729D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10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bagi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30CDA75C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5C9A4259" w14:textId="77777777" w:rsidR="00F925E9" w:rsidRDefault="00000000">
            <w:pPr>
              <w:autoSpaceDE w:val="0"/>
              <w:autoSpaceDN w:val="0"/>
              <w:spacing w:before="104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  <w:tc>
          <w:tcPr>
            <w:tcW w:w="1800" w:type="dxa"/>
            <w:tcMar>
              <w:left w:w="0" w:type="dxa"/>
              <w:right w:w="0" w:type="dxa"/>
            </w:tcMar>
          </w:tcPr>
          <w:p w14:paraId="24F02694" w14:textId="77777777" w:rsidR="00F925E9" w:rsidRDefault="00000000">
            <w:pPr>
              <w:autoSpaceDE w:val="0"/>
              <w:autoSpaceDN w:val="0"/>
              <w:spacing w:before="60" w:after="0" w:line="20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membutuhkan,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14:paraId="2C04B1DE" w14:textId="77777777" w:rsidR="00F925E9" w:rsidRDefault="00000000">
            <w:pPr>
              <w:autoSpaceDE w:val="0"/>
              <w:autoSpaceDN w:val="0"/>
              <w:spacing w:before="62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terutama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</w:tcPr>
          <w:p w14:paraId="4B284AAB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pada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63C564BA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aktivitas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14:paraId="26B60EE9" w14:textId="77777777" w:rsidR="00F925E9" w:rsidRDefault="00000000">
            <w:pPr>
              <w:autoSpaceDE w:val="0"/>
              <w:autoSpaceDN w:val="0"/>
              <w:spacing w:before="104" w:after="0" w:line="178" w:lineRule="exact"/>
              <w:ind w:left="12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</w:tr>
    </w:tbl>
    <w:p w14:paraId="4E82DF21" w14:textId="77777777" w:rsidR="00F925E9" w:rsidRDefault="00000000">
      <w:pPr>
        <w:autoSpaceDE w:val="0"/>
        <w:autoSpaceDN w:val="0"/>
        <w:spacing w:before="126" w:after="0" w:line="210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melibatkan mobilitas atau interaksi sosial intensif;</w:t>
      </w:r>
    </w:p>
    <w:p w14:paraId="0DB6CAB6" w14:textId="77777777" w:rsidR="00F925E9" w:rsidRDefault="00000000">
      <w:pPr>
        <w:autoSpaceDE w:val="0"/>
        <w:autoSpaceDN w:val="0"/>
        <w:spacing w:before="116" w:after="0" w:line="414" w:lineRule="exact"/>
        <w:ind w:left="2640" w:right="1194" w:hanging="36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b. Menyesuaikan durasi dan intensitas permainan fisik bagi murid dengan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keterbatasan motorik, misalnya menyediakan versi permainan yang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dapat dilakukan sambil duduk;</w:t>
      </w:r>
    </w:p>
    <w:p w14:paraId="388B53CD" w14:textId="77777777" w:rsidR="00F925E9" w:rsidRDefault="00000000">
      <w:pPr>
        <w:autoSpaceDE w:val="0"/>
        <w:autoSpaceDN w:val="0"/>
        <w:spacing w:before="112" w:after="0" w:line="404" w:lineRule="exact"/>
        <w:ind w:left="2640" w:right="1194" w:hanging="36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c. Menyediakan instruksi dalam format yang lebih sederhana, visual, atau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menggunakan bahasa isyarat/komunikasi alternatif sesuai kebutuhan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murid;</w:t>
      </w:r>
    </w:p>
    <w:p w14:paraId="541AB557" w14:textId="77777777" w:rsidR="00F925E9" w:rsidRDefault="00000000">
      <w:pPr>
        <w:tabs>
          <w:tab w:val="left" w:pos="2640"/>
        </w:tabs>
        <w:autoSpaceDE w:val="0"/>
        <w:autoSpaceDN w:val="0"/>
        <w:spacing w:before="124" w:after="0" w:line="412" w:lineRule="exact"/>
        <w:ind w:left="228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Memberikan waktu transisi yang lebih panjang antar-aktivitas bagi murid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yang membutuhkan penyesuaian sensorik;</w:t>
      </w:r>
    </w:p>
    <w:p w14:paraId="1FABAA97" w14:textId="77777777" w:rsidR="00F925E9" w:rsidRDefault="00000000">
      <w:pPr>
        <w:autoSpaceDE w:val="0"/>
        <w:autoSpaceDN w:val="0"/>
        <w:spacing w:before="110" w:after="0" w:line="404" w:lineRule="exact"/>
        <w:ind w:left="2640" w:right="1194" w:hanging="36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e. Melibatkan Orang Tua/Wali Murid secara lebih intensif dalam tahap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sosialisasi untuk memahami kebutuhan spesifik anak sebelum kegiatan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dimulai;</w:t>
      </w:r>
    </w:p>
    <w:p w14:paraId="17BC307C" w14:textId="77777777" w:rsidR="00F925E9" w:rsidRDefault="00000000">
      <w:pPr>
        <w:tabs>
          <w:tab w:val="left" w:pos="2640"/>
        </w:tabs>
        <w:autoSpaceDE w:val="0"/>
        <w:autoSpaceDN w:val="0"/>
        <w:spacing w:before="10" w:after="0" w:line="468" w:lineRule="exact"/>
        <w:ind w:left="228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f.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Memastikan area kegiatan dapat diakses (ramah disabilitas), termasuk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akses fisik menuju lokasi-lokasi pos pada aktivitas eksplorasi.</w:t>
      </w:r>
    </w:p>
    <w:p w14:paraId="299CBF6B" w14:textId="77777777" w:rsidR="00F925E9" w:rsidRDefault="00000000">
      <w:pPr>
        <w:autoSpaceDE w:val="0"/>
        <w:autoSpaceDN w:val="0"/>
        <w:spacing w:before="102" w:after="0" w:line="412" w:lineRule="exact"/>
        <w:ind w:left="2280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Pendekatan adaptif ini sejalan dengan prinsip Matamuda yang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inklusif, ramah anak, dan menjunjung tinggi harkat-martabat setiap murid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tanpa terkecuali, sebagaimana ditegaskan dalam tujuan Petunjuk Teknis.</w:t>
      </w:r>
    </w:p>
    <w:p w14:paraId="7D683273" w14:textId="77777777" w:rsidR="00F925E9" w:rsidRDefault="00000000">
      <w:pPr>
        <w:autoSpaceDE w:val="0"/>
        <w:autoSpaceDN w:val="0"/>
        <w:spacing w:before="414" w:after="0" w:line="222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6. Prinsip Keselamatan dalam Aktivitas Interaktif</w:t>
      </w:r>
    </w:p>
    <w:p w14:paraId="21646A07" w14:textId="77777777" w:rsidR="00F925E9" w:rsidRDefault="00000000">
      <w:pPr>
        <w:autoSpaceDE w:val="0"/>
        <w:autoSpaceDN w:val="0"/>
        <w:spacing w:before="102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9</w:t>
      </w:r>
    </w:p>
    <w:p w14:paraId="244458F3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6D1523E9" w14:textId="77777777" w:rsidR="00F925E9" w:rsidRDefault="00F925E9">
      <w:pPr>
        <w:autoSpaceDE w:val="0"/>
        <w:autoSpaceDN w:val="0"/>
        <w:spacing w:after="0" w:line="220" w:lineRule="exact"/>
      </w:pPr>
    </w:p>
    <w:p w14:paraId="5F0FA657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66D4BD1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5A028690" w14:textId="77777777" w:rsidR="00F925E9" w:rsidRDefault="00000000">
      <w:pPr>
        <w:autoSpaceDE w:val="0"/>
        <w:autoSpaceDN w:val="0"/>
        <w:spacing w:before="634" w:after="0" w:line="224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a. Setiap permainan fisik harus dipastikan aman dari risiko cedera,</w:t>
      </w:r>
    </w:p>
    <w:p w14:paraId="2DF1230C" w14:textId="77777777" w:rsidR="00F925E9" w:rsidRDefault="00000000">
      <w:pPr>
        <w:autoSpaceDE w:val="0"/>
        <w:autoSpaceDN w:val="0"/>
        <w:spacing w:before="190" w:after="0" w:line="224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dilaksanakan di area yang memadai, dan diawasi oleh panitia/guru</w:t>
      </w:r>
    </w:p>
    <w:p w14:paraId="16DA49F2" w14:textId="77777777" w:rsidR="00F925E9" w:rsidRDefault="00000000">
      <w:pPr>
        <w:autoSpaceDE w:val="0"/>
        <w:autoSpaceDN w:val="0"/>
        <w:spacing w:before="192" w:after="232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pendamping;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2780"/>
        <w:gridCol w:w="800"/>
        <w:gridCol w:w="1420"/>
        <w:gridCol w:w="1260"/>
        <w:gridCol w:w="660"/>
        <w:gridCol w:w="1420"/>
        <w:gridCol w:w="1340"/>
      </w:tblGrid>
      <w:tr w:rsidR="00F925E9" w14:paraId="2A7AB775" w14:textId="77777777">
        <w:trPr>
          <w:trHeight w:hRule="exact" w:val="346"/>
        </w:trPr>
        <w:tc>
          <w:tcPr>
            <w:tcW w:w="2780" w:type="dxa"/>
            <w:tcMar>
              <w:left w:w="0" w:type="dxa"/>
              <w:right w:w="0" w:type="dxa"/>
            </w:tcMar>
          </w:tcPr>
          <w:p w14:paraId="4F53806F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right="12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b. Permainan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51731304" w14:textId="77777777" w:rsidR="00F925E9" w:rsidRDefault="00000000">
            <w:pPr>
              <w:autoSpaceDE w:val="0"/>
              <w:autoSpaceDN w:val="0"/>
              <w:spacing w:before="108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46AD617C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melibatkan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0481B482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sentuhan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14:paraId="7EF68643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fisik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5289AA88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antarmurid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065FF65B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4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harus</w:t>
            </w:r>
          </w:p>
        </w:tc>
      </w:tr>
    </w:tbl>
    <w:p w14:paraId="40DCD866" w14:textId="77777777" w:rsidR="00F925E9" w:rsidRDefault="00000000">
      <w:pPr>
        <w:autoSpaceDE w:val="0"/>
        <w:autoSpaceDN w:val="0"/>
        <w:spacing w:before="13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memperhatikan kepatutan dan menghindari kontak yang tidak pantas,</w:t>
      </w:r>
    </w:p>
    <w:p w14:paraId="7366932C" w14:textId="77777777" w:rsidR="00F925E9" w:rsidRDefault="00000000">
      <w:pPr>
        <w:autoSpaceDE w:val="0"/>
        <w:autoSpaceDN w:val="0"/>
        <w:spacing w:before="188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khususnya antara murid laki-laki dan perempuan (Bukan Mahram);</w:t>
      </w:r>
    </w:p>
    <w:p w14:paraId="4129022F" w14:textId="77777777" w:rsidR="00F925E9" w:rsidRDefault="00000000">
      <w:pPr>
        <w:autoSpaceDE w:val="0"/>
        <w:autoSpaceDN w:val="0"/>
        <w:spacing w:before="292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c. Bagi murid berkebutuhan khusus, setiap permainan harus diadaptasi</w:t>
      </w:r>
    </w:p>
    <w:p w14:paraId="5D45A103" w14:textId="77777777" w:rsidR="00F925E9" w:rsidRDefault="00000000">
      <w:pPr>
        <w:autoSpaceDE w:val="0"/>
        <w:autoSpaceDN w:val="0"/>
        <w:spacing w:before="186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atau disediakan alternatif agar tetap dapat berpartisipasi secara setara.</w:t>
      </w:r>
    </w:p>
    <w:p w14:paraId="533EC50F" w14:textId="77777777" w:rsidR="00F925E9" w:rsidRDefault="00000000">
      <w:pPr>
        <w:autoSpaceDE w:val="0"/>
        <w:autoSpaceDN w:val="0"/>
        <w:spacing w:before="11114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10</w:t>
      </w:r>
    </w:p>
    <w:p w14:paraId="2A1AA98A" w14:textId="77777777" w:rsidR="00F925E9" w:rsidRDefault="00F925E9">
      <w:pPr>
        <w:sectPr w:rsidR="00F925E9">
          <w:pgSz w:w="11900" w:h="16840"/>
          <w:pgMar w:top="240" w:right="240" w:bottom="76" w:left="240" w:header="720" w:footer="720" w:gutter="0"/>
          <w:cols w:space="720"/>
          <w:docGrid w:linePitch="360"/>
        </w:sectPr>
      </w:pPr>
    </w:p>
    <w:p w14:paraId="5BE6EBD9" w14:textId="77777777" w:rsidR="00F925E9" w:rsidRDefault="00F925E9">
      <w:pPr>
        <w:autoSpaceDE w:val="0"/>
        <w:autoSpaceDN w:val="0"/>
        <w:spacing w:after="0" w:line="220" w:lineRule="exact"/>
      </w:pPr>
    </w:p>
    <w:p w14:paraId="44F2C012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FBF3D05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5694B16C" w14:textId="77777777" w:rsidR="00F925E9" w:rsidRDefault="00000000">
      <w:pPr>
        <w:autoSpaceDE w:val="0"/>
        <w:autoSpaceDN w:val="0"/>
        <w:spacing w:before="638" w:after="0" w:line="172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BAB II</w:t>
      </w:r>
    </w:p>
    <w:p w14:paraId="21675673" w14:textId="77777777" w:rsidR="00F925E9" w:rsidRDefault="00000000">
      <w:pPr>
        <w:autoSpaceDE w:val="0"/>
        <w:autoSpaceDN w:val="0"/>
        <w:spacing w:before="238" w:after="0" w:line="178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SOSIALISASI MATAMUDA</w:t>
      </w:r>
    </w:p>
    <w:p w14:paraId="146C47EE" w14:textId="77777777" w:rsidR="00F925E9" w:rsidRDefault="00000000">
      <w:pPr>
        <w:autoSpaceDE w:val="0"/>
        <w:autoSpaceDN w:val="0"/>
        <w:spacing w:before="540" w:after="0" w:line="174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A. Pra Pelaksanaan</w:t>
      </w:r>
    </w:p>
    <w:p w14:paraId="19103A3F" w14:textId="77777777" w:rsidR="00F925E9" w:rsidRDefault="00000000">
      <w:pPr>
        <w:autoSpaceDE w:val="0"/>
        <w:autoSpaceDN w:val="0"/>
        <w:spacing w:before="210" w:after="0" w:line="414" w:lineRule="exact"/>
        <w:ind w:left="1908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Satuan pendidikan wajib melaksanakan sosialisasi kepada Orang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Tua/Wali Murid sebelum pelaksanaan Matamuda, sebagaimana diatur dalam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Petunjuk Teknis. Sosialisasi tersebut memuat:</w:t>
      </w:r>
    </w:p>
    <w:p w14:paraId="1E9752FD" w14:textId="77777777" w:rsidR="00F925E9" w:rsidRDefault="00000000">
      <w:pPr>
        <w:tabs>
          <w:tab w:val="left" w:pos="2334"/>
        </w:tabs>
        <w:autoSpaceDE w:val="0"/>
        <w:autoSpaceDN w:val="0"/>
        <w:spacing w:before="262" w:after="0" w:line="222" w:lineRule="exact"/>
        <w:ind w:left="1908"/>
      </w:pPr>
      <w:r>
        <w:rPr>
          <w:rFonts w:ascii="ArialMT" w:eastAsia="ArialMT" w:hAnsi="ArialMT"/>
          <w:color w:val="000000"/>
          <w:spacing w:val="-10"/>
          <w:sz w:val="24"/>
        </w:rPr>
        <w:t xml:space="preserve">a.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Jadwal dan tujuan kegiatan Matamuda secara umum;</w:t>
      </w:r>
    </w:p>
    <w:p w14:paraId="2E576E0E" w14:textId="77777777" w:rsidR="00F925E9" w:rsidRDefault="00000000">
      <w:pPr>
        <w:tabs>
          <w:tab w:val="left" w:pos="2334"/>
        </w:tabs>
        <w:autoSpaceDE w:val="0"/>
        <w:autoSpaceDN w:val="0"/>
        <w:spacing w:before="244" w:after="0" w:line="222" w:lineRule="exact"/>
        <w:ind w:left="1908"/>
      </w:pPr>
      <w:r>
        <w:rPr>
          <w:rFonts w:ascii="ArialMT" w:eastAsia="ArialMT" w:hAnsi="ArialMT"/>
          <w:color w:val="000000"/>
          <w:spacing w:val="-10"/>
          <w:sz w:val="24"/>
        </w:rPr>
        <w:t xml:space="preserve">b.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Materi yang akan diberikan kepada Murid Baru;</w:t>
      </w:r>
    </w:p>
    <w:p w14:paraId="6B25E720" w14:textId="77777777" w:rsidR="00F925E9" w:rsidRDefault="00000000">
      <w:pPr>
        <w:tabs>
          <w:tab w:val="left" w:pos="2334"/>
        </w:tabs>
        <w:autoSpaceDE w:val="0"/>
        <w:autoSpaceDN w:val="0"/>
        <w:spacing w:after="0" w:line="446" w:lineRule="exact"/>
        <w:ind w:left="1908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c.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Peran Orang Tua/Wali Murid dalam mendukung pelaksanaan kegiatan,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misalnya memastikan murid sarapan, istirahat cukup, dan membawa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perlengkapan yang dibutuhkan;</w:t>
      </w:r>
    </w:p>
    <w:p w14:paraId="2820A0E0" w14:textId="77777777" w:rsidR="00F925E9" w:rsidRDefault="00000000">
      <w:pPr>
        <w:tabs>
          <w:tab w:val="left" w:pos="2334"/>
        </w:tabs>
        <w:autoSpaceDE w:val="0"/>
        <w:autoSpaceDN w:val="0"/>
        <w:spacing w:after="0" w:line="466" w:lineRule="exact"/>
        <w:ind w:left="1908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Mekanisme pelaporan atau pengaduan apabila terjadi pelanggaran selama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kegiatan berlangsung.</w:t>
      </w:r>
    </w:p>
    <w:p w14:paraId="06C87ABC" w14:textId="77777777" w:rsidR="00F925E9" w:rsidRDefault="00000000">
      <w:pPr>
        <w:autoSpaceDE w:val="0"/>
        <w:autoSpaceDN w:val="0"/>
        <w:spacing w:before="490" w:after="0" w:line="178" w:lineRule="exact"/>
        <w:ind w:left="1560"/>
      </w:pPr>
      <w:r>
        <w:rPr>
          <w:rFonts w:ascii="Arial" w:eastAsia="Arial" w:hAnsi="Arial"/>
          <w:b/>
          <w:color w:val="000000"/>
          <w:spacing w:val="-10"/>
          <w:sz w:val="24"/>
        </w:rPr>
        <w:t>B. Media dan Metode Sosialisasi</w:t>
      </w:r>
    </w:p>
    <w:p w14:paraId="54192B1A" w14:textId="77777777" w:rsidR="00F925E9" w:rsidRDefault="00000000">
      <w:pPr>
        <w:tabs>
          <w:tab w:val="left" w:pos="2334"/>
        </w:tabs>
        <w:autoSpaceDE w:val="0"/>
        <w:autoSpaceDN w:val="0"/>
        <w:spacing w:before="30" w:after="0" w:line="492" w:lineRule="exact"/>
        <w:ind w:left="1908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a.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Pertemuan tatap muka (rapat Orang Tua/Wali Murid) sebelum hari pertama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Matamuda;</w:t>
      </w:r>
    </w:p>
    <w:p w14:paraId="6497761C" w14:textId="77777777" w:rsidR="00F925E9" w:rsidRDefault="00000000">
      <w:pPr>
        <w:tabs>
          <w:tab w:val="left" w:pos="2334"/>
        </w:tabs>
        <w:autoSpaceDE w:val="0"/>
        <w:autoSpaceDN w:val="0"/>
        <w:spacing w:before="16" w:after="232" w:line="464" w:lineRule="exact"/>
        <w:ind w:left="1908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b.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Surat edaran/pemberitahuan resmi dari madrasah (lihat contoh pada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Lampiran 6);</w:t>
      </w:r>
    </w:p>
    <w:tbl>
      <w:tblPr>
        <w:tblW w:w="0" w:type="auto"/>
        <w:tblInd w:w="940" w:type="dxa"/>
        <w:tblLayout w:type="fixed"/>
        <w:tblLook w:val="04A0" w:firstRow="1" w:lastRow="0" w:firstColumn="1" w:lastColumn="0" w:noHBand="0" w:noVBand="1"/>
      </w:tblPr>
      <w:tblGrid>
        <w:gridCol w:w="1260"/>
        <w:gridCol w:w="760"/>
        <w:gridCol w:w="1400"/>
        <w:gridCol w:w="860"/>
        <w:gridCol w:w="2260"/>
        <w:gridCol w:w="1020"/>
        <w:gridCol w:w="1040"/>
        <w:gridCol w:w="1280"/>
      </w:tblGrid>
      <w:tr w:rsidR="00F925E9" w14:paraId="3BEDB580" w14:textId="77777777">
        <w:trPr>
          <w:trHeight w:hRule="exact" w:val="346"/>
        </w:trPr>
        <w:tc>
          <w:tcPr>
            <w:tcW w:w="1260" w:type="dxa"/>
            <w:tcMar>
              <w:left w:w="0" w:type="dxa"/>
              <w:right w:w="0" w:type="dxa"/>
            </w:tcMar>
          </w:tcPr>
          <w:p w14:paraId="219AFF11" w14:textId="77777777" w:rsidR="00F925E9" w:rsidRDefault="00000000">
            <w:pPr>
              <w:autoSpaceDE w:val="0"/>
              <w:autoSpaceDN w:val="0"/>
              <w:spacing w:before="108" w:after="0" w:line="130" w:lineRule="exact"/>
              <w:ind w:right="104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c.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</w:tcPr>
          <w:p w14:paraId="5238026C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Grup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14:paraId="49C1BB81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komunikasi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28432EA3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daring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</w:tcPr>
          <w:p w14:paraId="3460F6D6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(WhatsApp/aplikasi</w:t>
            </w:r>
          </w:p>
        </w:tc>
        <w:tc>
          <w:tcPr>
            <w:tcW w:w="1020" w:type="dxa"/>
            <w:tcMar>
              <w:left w:w="0" w:type="dxa"/>
              <w:right w:w="0" w:type="dxa"/>
            </w:tcMar>
          </w:tcPr>
          <w:p w14:paraId="06EA3E7F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sejenis)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14:paraId="636C3DF0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sebagai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4A911C0B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1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kanal</w:t>
            </w:r>
          </w:p>
        </w:tc>
      </w:tr>
    </w:tbl>
    <w:p w14:paraId="2958D1BC" w14:textId="77777777" w:rsidR="00F925E9" w:rsidRDefault="00000000">
      <w:pPr>
        <w:autoSpaceDE w:val="0"/>
        <w:autoSpaceDN w:val="0"/>
        <w:spacing w:before="128" w:after="0" w:line="224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informasi dan tanya jawab;</w:t>
      </w:r>
    </w:p>
    <w:p w14:paraId="4F72D1CB" w14:textId="77777777" w:rsidR="00F925E9" w:rsidRDefault="00000000">
      <w:pPr>
        <w:tabs>
          <w:tab w:val="left" w:pos="2334"/>
        </w:tabs>
        <w:autoSpaceDE w:val="0"/>
        <w:autoSpaceDN w:val="0"/>
        <w:spacing w:before="236" w:after="0" w:line="226" w:lineRule="exact"/>
        <w:ind w:left="1908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Papan informasi/pengumuman di lingkungan madrasah.</w:t>
      </w:r>
    </w:p>
    <w:p w14:paraId="02E730F1" w14:textId="77777777" w:rsidR="00F925E9" w:rsidRDefault="00000000">
      <w:pPr>
        <w:autoSpaceDE w:val="0"/>
        <w:autoSpaceDN w:val="0"/>
        <w:spacing w:before="3996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10</w:t>
      </w:r>
    </w:p>
    <w:p w14:paraId="7A4D3902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7F90E90D" w14:textId="77777777" w:rsidR="00F925E9" w:rsidRDefault="00F925E9">
      <w:pPr>
        <w:autoSpaceDE w:val="0"/>
        <w:autoSpaceDN w:val="0"/>
        <w:spacing w:after="0" w:line="220" w:lineRule="exact"/>
      </w:pPr>
    </w:p>
    <w:p w14:paraId="75499B12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3CEEB6A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542A0E4F" w14:textId="77777777" w:rsidR="00F925E9" w:rsidRDefault="00000000">
      <w:pPr>
        <w:autoSpaceDE w:val="0"/>
        <w:autoSpaceDN w:val="0"/>
        <w:spacing w:before="638" w:after="0" w:line="172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BAB III</w:t>
      </w:r>
    </w:p>
    <w:p w14:paraId="6C73CD81" w14:textId="77777777" w:rsidR="00F925E9" w:rsidRDefault="00000000">
      <w:pPr>
        <w:autoSpaceDE w:val="0"/>
        <w:autoSpaceDN w:val="0"/>
        <w:spacing w:before="238" w:after="0" w:line="178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PELAKSANAAN MATAMUDA</w:t>
      </w:r>
    </w:p>
    <w:p w14:paraId="319FC1C7" w14:textId="77777777" w:rsidR="00F925E9" w:rsidRDefault="00000000">
      <w:pPr>
        <w:autoSpaceDE w:val="0"/>
        <w:autoSpaceDN w:val="0"/>
        <w:spacing w:before="958" w:after="0" w:line="174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A. Mars dan Himne Madrasah</w:t>
      </w:r>
    </w:p>
    <w:p w14:paraId="58D9C921" w14:textId="77777777" w:rsidR="00F925E9" w:rsidRDefault="00000000">
      <w:pPr>
        <w:autoSpaceDE w:val="0"/>
        <w:autoSpaceDN w:val="0"/>
        <w:spacing w:before="320" w:after="112" w:line="222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1. Pengantar</w:t>
      </w:r>
    </w:p>
    <w:tbl>
      <w:tblPr>
        <w:tblW w:w="0" w:type="auto"/>
        <w:tblInd w:w="1520" w:type="dxa"/>
        <w:tblLayout w:type="fixed"/>
        <w:tblLook w:val="04A0" w:firstRow="1" w:lastRow="0" w:firstColumn="1" w:lastColumn="0" w:noHBand="0" w:noVBand="1"/>
      </w:tblPr>
      <w:tblGrid>
        <w:gridCol w:w="2580"/>
        <w:gridCol w:w="440"/>
        <w:gridCol w:w="1200"/>
        <w:gridCol w:w="1780"/>
        <w:gridCol w:w="1520"/>
        <w:gridCol w:w="600"/>
        <w:gridCol w:w="1180"/>
      </w:tblGrid>
      <w:tr w:rsidR="00F925E9" w14:paraId="1B88F2CF" w14:textId="77777777">
        <w:trPr>
          <w:trHeight w:hRule="exact" w:val="342"/>
        </w:trPr>
        <w:tc>
          <w:tcPr>
            <w:tcW w:w="2580" w:type="dxa"/>
            <w:tcMar>
              <w:left w:w="0" w:type="dxa"/>
              <w:right w:w="0" w:type="dxa"/>
            </w:tcMar>
          </w:tcPr>
          <w:p w14:paraId="3605EF06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98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Kegiatan</w:t>
            </w:r>
          </w:p>
        </w:tc>
        <w:tc>
          <w:tcPr>
            <w:tcW w:w="440" w:type="dxa"/>
            <w:tcMar>
              <w:left w:w="0" w:type="dxa"/>
              <w:right w:w="0" w:type="dxa"/>
            </w:tcMar>
          </w:tcPr>
          <w:p w14:paraId="1CAF9292" w14:textId="77777777" w:rsidR="00F925E9" w:rsidRDefault="00000000">
            <w:pPr>
              <w:autoSpaceDE w:val="0"/>
              <w:autoSpaceDN w:val="0"/>
              <w:spacing w:before="60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ini</w:t>
            </w:r>
          </w:p>
        </w:tc>
        <w:tc>
          <w:tcPr>
            <w:tcW w:w="1200" w:type="dxa"/>
            <w:tcMar>
              <w:left w:w="0" w:type="dxa"/>
              <w:right w:w="0" w:type="dxa"/>
            </w:tcMar>
          </w:tcPr>
          <w:p w14:paraId="1696B944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bertujuan</w:t>
            </w:r>
          </w:p>
        </w:tc>
        <w:tc>
          <w:tcPr>
            <w:tcW w:w="1780" w:type="dxa"/>
            <w:tcMar>
              <w:left w:w="0" w:type="dxa"/>
              <w:right w:w="0" w:type="dxa"/>
            </w:tcMar>
          </w:tcPr>
          <w:p w14:paraId="2F4E3175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menumbuhkan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14:paraId="65CC217B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kebanggaan</w:t>
            </w:r>
          </w:p>
        </w:tc>
        <w:tc>
          <w:tcPr>
            <w:tcW w:w="600" w:type="dxa"/>
            <w:tcMar>
              <w:left w:w="0" w:type="dxa"/>
              <w:right w:w="0" w:type="dxa"/>
            </w:tcMar>
          </w:tcPr>
          <w:p w14:paraId="632D4C90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14:paraId="5BDF2B32" w14:textId="77777777" w:rsidR="00F925E9" w:rsidRDefault="00000000">
            <w:pPr>
              <w:autoSpaceDE w:val="0"/>
              <w:autoSpaceDN w:val="0"/>
              <w:spacing w:before="104" w:after="0" w:line="130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rasa</w:t>
            </w:r>
          </w:p>
        </w:tc>
      </w:tr>
    </w:tbl>
    <w:p w14:paraId="6FD7BA46" w14:textId="77777777" w:rsidR="00F925E9" w:rsidRDefault="00F925E9">
      <w:pPr>
        <w:autoSpaceDE w:val="0"/>
        <w:autoSpaceDN w:val="0"/>
        <w:spacing w:after="0" w:line="70" w:lineRule="exact"/>
      </w:pPr>
    </w:p>
    <w:tbl>
      <w:tblPr>
        <w:tblW w:w="0" w:type="auto"/>
        <w:tblInd w:w="1160" w:type="dxa"/>
        <w:tblLayout w:type="fixed"/>
        <w:tblLook w:val="04A0" w:firstRow="1" w:lastRow="0" w:firstColumn="1" w:lastColumn="0" w:noHBand="0" w:noVBand="1"/>
      </w:tblPr>
      <w:tblGrid>
        <w:gridCol w:w="2140"/>
        <w:gridCol w:w="820"/>
        <w:gridCol w:w="720"/>
        <w:gridCol w:w="1180"/>
        <w:gridCol w:w="1740"/>
        <w:gridCol w:w="780"/>
        <w:gridCol w:w="620"/>
        <w:gridCol w:w="1660"/>
      </w:tblGrid>
      <w:tr w:rsidR="00F925E9" w14:paraId="41B2C1D3" w14:textId="77777777">
        <w:trPr>
          <w:trHeight w:hRule="exact" w:val="342"/>
        </w:trPr>
        <w:tc>
          <w:tcPr>
            <w:tcW w:w="2140" w:type="dxa"/>
            <w:tcMar>
              <w:left w:w="0" w:type="dxa"/>
              <w:right w:w="0" w:type="dxa"/>
            </w:tcMar>
          </w:tcPr>
          <w:p w14:paraId="42120FC8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0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memiliki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49F44B57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14:paraId="3BFB20B9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Baru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14:paraId="2C232410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terhadap</w:t>
            </w:r>
          </w:p>
        </w:tc>
        <w:tc>
          <w:tcPr>
            <w:tcW w:w="1740" w:type="dxa"/>
            <w:tcMar>
              <w:left w:w="0" w:type="dxa"/>
              <w:right w:w="0" w:type="dxa"/>
            </w:tcMar>
          </w:tcPr>
          <w:p w14:paraId="5B2B3EE5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almamaternya</w:t>
            </w:r>
          </w:p>
        </w:tc>
        <w:tc>
          <w:tcPr>
            <w:tcW w:w="780" w:type="dxa"/>
            <w:tcMar>
              <w:left w:w="0" w:type="dxa"/>
              <w:right w:w="0" w:type="dxa"/>
            </w:tcMar>
          </w:tcPr>
          <w:p w14:paraId="2518C32A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sejak</w:t>
            </w:r>
          </w:p>
        </w:tc>
        <w:tc>
          <w:tcPr>
            <w:tcW w:w="620" w:type="dxa"/>
            <w:tcMar>
              <w:left w:w="0" w:type="dxa"/>
              <w:right w:w="0" w:type="dxa"/>
            </w:tcMar>
          </w:tcPr>
          <w:p w14:paraId="4203F248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hari</w:t>
            </w:r>
          </w:p>
        </w:tc>
        <w:tc>
          <w:tcPr>
            <w:tcW w:w="1660" w:type="dxa"/>
            <w:tcMar>
              <w:left w:w="0" w:type="dxa"/>
              <w:right w:w="0" w:type="dxa"/>
            </w:tcMar>
          </w:tcPr>
          <w:p w14:paraId="2C728DB2" w14:textId="77777777" w:rsidR="00F925E9" w:rsidRDefault="00000000">
            <w:pPr>
              <w:autoSpaceDE w:val="0"/>
              <w:autoSpaceDN w:val="0"/>
              <w:spacing w:before="64" w:after="0" w:line="21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pertama,</w:t>
            </w:r>
          </w:p>
        </w:tc>
      </w:tr>
    </w:tbl>
    <w:p w14:paraId="01C2A588" w14:textId="77777777" w:rsidR="00F925E9" w:rsidRDefault="00000000">
      <w:pPr>
        <w:autoSpaceDE w:val="0"/>
        <w:autoSpaceDN w:val="0"/>
        <w:spacing w:before="136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membangun semangat kebersamaan dan kedisiplinan, sekaligus menjadi</w:t>
      </w:r>
    </w:p>
    <w:p w14:paraId="2354F8C6" w14:textId="77777777" w:rsidR="00F925E9" w:rsidRDefault="00000000">
      <w:pPr>
        <w:autoSpaceDE w:val="0"/>
        <w:autoSpaceDN w:val="0"/>
        <w:spacing w:before="190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simbol dimulainya hari secara khidmat namun tetap menyenangkan</w:t>
      </w:r>
    </w:p>
    <w:p w14:paraId="0DD87769" w14:textId="77777777" w:rsidR="00F925E9" w:rsidRDefault="00000000">
      <w:pPr>
        <w:autoSpaceDE w:val="0"/>
        <w:autoSpaceDN w:val="0"/>
        <w:spacing w:before="188" w:after="0" w:line="226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sebelum rangkaian aktivitas interaktif berlangsung.</w:t>
      </w:r>
    </w:p>
    <w:p w14:paraId="4469B975" w14:textId="77777777" w:rsidR="00F925E9" w:rsidRDefault="00000000">
      <w:pPr>
        <w:autoSpaceDE w:val="0"/>
        <w:autoSpaceDN w:val="0"/>
        <w:spacing w:before="416" w:after="0" w:line="174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2. Ketentuan Pelaksanaan</w:t>
      </w:r>
    </w:p>
    <w:p w14:paraId="26FC8DD4" w14:textId="77777777" w:rsidR="00F925E9" w:rsidRDefault="00000000">
      <w:pPr>
        <w:tabs>
          <w:tab w:val="left" w:pos="2760"/>
        </w:tabs>
        <w:autoSpaceDE w:val="0"/>
        <w:autoSpaceDN w:val="0"/>
        <w:spacing w:before="128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 xml:space="preserve">a.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Dilaksanakan setiap hari, sejak hari pertama hingga hari terakhir</w:t>
      </w:r>
    </w:p>
    <w:p w14:paraId="41D9CD11" w14:textId="77777777" w:rsidR="00F925E9" w:rsidRDefault="00000000">
      <w:pPr>
        <w:autoSpaceDE w:val="0"/>
        <w:autoSpaceDN w:val="0"/>
        <w:spacing w:before="190" w:after="0" w:line="222" w:lineRule="exact"/>
        <w:ind w:left="2760"/>
      </w:pPr>
      <w:r>
        <w:rPr>
          <w:rFonts w:ascii="ArialMT" w:eastAsia="ArialMT" w:hAnsi="ArialMT"/>
          <w:color w:val="000000"/>
          <w:spacing w:val="-10"/>
          <w:sz w:val="24"/>
        </w:rPr>
        <w:t>Matamuda, pada awal kegiatan sebelum aktivitas atau sambutan apa</w:t>
      </w:r>
    </w:p>
    <w:p w14:paraId="5B9CD0DA" w14:textId="77777777" w:rsidR="00F925E9" w:rsidRDefault="00000000">
      <w:pPr>
        <w:autoSpaceDE w:val="0"/>
        <w:autoSpaceDN w:val="0"/>
        <w:spacing w:before="192" w:after="234" w:line="218" w:lineRule="exact"/>
        <w:ind w:left="2760"/>
      </w:pPr>
      <w:r>
        <w:rPr>
          <w:rFonts w:ascii="ArialMT" w:eastAsia="ArialMT" w:hAnsi="ArialMT"/>
          <w:color w:val="000000"/>
          <w:spacing w:val="-10"/>
          <w:sz w:val="24"/>
        </w:rPr>
        <w:t>pun dimulai;</w:t>
      </w:r>
    </w:p>
    <w:tbl>
      <w:tblPr>
        <w:tblW w:w="0" w:type="auto"/>
        <w:tblInd w:w="1160" w:type="dxa"/>
        <w:tblLayout w:type="fixed"/>
        <w:tblLook w:val="04A0" w:firstRow="1" w:lastRow="0" w:firstColumn="1" w:lastColumn="0" w:noHBand="0" w:noVBand="1"/>
      </w:tblPr>
      <w:tblGrid>
        <w:gridCol w:w="1480"/>
        <w:gridCol w:w="1540"/>
        <w:gridCol w:w="960"/>
        <w:gridCol w:w="1840"/>
        <w:gridCol w:w="680"/>
        <w:gridCol w:w="1020"/>
        <w:gridCol w:w="840"/>
        <w:gridCol w:w="1300"/>
      </w:tblGrid>
      <w:tr w:rsidR="00F925E9" w14:paraId="5107A3C7" w14:textId="77777777">
        <w:trPr>
          <w:trHeight w:hRule="exact" w:val="342"/>
        </w:trPr>
        <w:tc>
          <w:tcPr>
            <w:tcW w:w="1480" w:type="dxa"/>
            <w:tcMar>
              <w:left w:w="0" w:type="dxa"/>
              <w:right w:w="0" w:type="dxa"/>
            </w:tcMar>
          </w:tcPr>
          <w:p w14:paraId="2A052692" w14:textId="77777777" w:rsidR="00F925E9" w:rsidRDefault="00000000">
            <w:pPr>
              <w:autoSpaceDE w:val="0"/>
              <w:autoSpaceDN w:val="0"/>
              <w:spacing w:before="60" w:after="0" w:line="176" w:lineRule="exact"/>
              <w:ind w:right="104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b.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14:paraId="22A56DAE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Dinyanyikan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3F6D805B" w14:textId="77777777" w:rsidR="00F925E9" w:rsidRDefault="00000000">
            <w:pPr>
              <w:autoSpaceDE w:val="0"/>
              <w:autoSpaceDN w:val="0"/>
              <w:spacing w:before="106" w:after="0" w:line="13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secara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14:paraId="66E1FC39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bersama-sama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</w:tcPr>
          <w:p w14:paraId="0695F665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oleh</w:t>
            </w:r>
          </w:p>
        </w:tc>
        <w:tc>
          <w:tcPr>
            <w:tcW w:w="1020" w:type="dxa"/>
            <w:tcMar>
              <w:left w:w="0" w:type="dxa"/>
              <w:right w:w="0" w:type="dxa"/>
            </w:tcMar>
          </w:tcPr>
          <w:p w14:paraId="421A3272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seluruh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14:paraId="020E0A46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6FACBE26" w14:textId="77777777" w:rsidR="00F925E9" w:rsidRDefault="00000000">
            <w:pPr>
              <w:autoSpaceDE w:val="0"/>
              <w:autoSpaceDN w:val="0"/>
              <w:spacing w:before="60" w:after="0" w:line="206" w:lineRule="exact"/>
              <w:ind w:left="1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Baru,</w:t>
            </w:r>
          </w:p>
        </w:tc>
      </w:tr>
    </w:tbl>
    <w:p w14:paraId="2D22F052" w14:textId="77777777" w:rsidR="00F925E9" w:rsidRDefault="00000000">
      <w:pPr>
        <w:autoSpaceDE w:val="0"/>
        <w:autoSpaceDN w:val="0"/>
        <w:spacing w:before="128" w:after="0" w:line="226" w:lineRule="exact"/>
        <w:ind w:left="2760"/>
      </w:pPr>
      <w:r>
        <w:rPr>
          <w:rFonts w:ascii="ArialMT" w:eastAsia="ArialMT" w:hAnsi="ArialMT"/>
          <w:color w:val="000000"/>
          <w:spacing w:val="-10"/>
          <w:sz w:val="24"/>
        </w:rPr>
        <w:t>didampingi panitia, wali kelas, dan/atau guru pendamping;</w:t>
      </w:r>
    </w:p>
    <w:p w14:paraId="306A4A43" w14:textId="77777777" w:rsidR="00F925E9" w:rsidRDefault="00000000">
      <w:pPr>
        <w:tabs>
          <w:tab w:val="left" w:pos="2760"/>
        </w:tabs>
        <w:autoSpaceDE w:val="0"/>
        <w:autoSpaceDN w:val="0"/>
        <w:spacing w:before="200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 xml:space="preserve">c.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Pelaksanaan setiap hari mencakup lagu Indonesia Raya dan Mars</w:t>
      </w:r>
    </w:p>
    <w:p w14:paraId="78AFC953" w14:textId="77777777" w:rsidR="00F925E9" w:rsidRDefault="00000000">
      <w:pPr>
        <w:autoSpaceDE w:val="0"/>
        <w:autoSpaceDN w:val="0"/>
        <w:spacing w:before="194" w:after="0" w:line="222" w:lineRule="exact"/>
        <w:ind w:left="2760"/>
      </w:pPr>
      <w:r>
        <w:rPr>
          <w:rFonts w:ascii="ArialMT" w:eastAsia="ArialMT" w:hAnsi="ArialMT"/>
          <w:color w:val="000000"/>
          <w:spacing w:val="-10"/>
          <w:sz w:val="24"/>
        </w:rPr>
        <w:t>Madrasah di pagi hari, serta Himne Madrasah di penutup kegiatan;</w:t>
      </w:r>
    </w:p>
    <w:p w14:paraId="0ACB5EF4" w14:textId="77777777" w:rsidR="00F925E9" w:rsidRDefault="00000000">
      <w:pPr>
        <w:tabs>
          <w:tab w:val="left" w:pos="2760"/>
        </w:tabs>
        <w:autoSpaceDE w:val="0"/>
        <w:autoSpaceDN w:val="0"/>
        <w:spacing w:after="0" w:line="464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Dilaksanakan dalam formasi yang tertib namun tetap ceria, dapat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diiringi musik, instrumen sederhana, atau tayangan lirik;</w:t>
      </w:r>
    </w:p>
    <w:p w14:paraId="37067C66" w14:textId="77777777" w:rsidR="00F925E9" w:rsidRDefault="00000000">
      <w:pPr>
        <w:tabs>
          <w:tab w:val="left" w:pos="2760"/>
        </w:tabs>
        <w:autoSpaceDE w:val="0"/>
        <w:autoSpaceDN w:val="0"/>
        <w:spacing w:before="198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 xml:space="preserve">e.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Bagi murid RA dan MI kelas awal, dapat didampingi gerakan atau tepuk</w:t>
      </w:r>
    </w:p>
    <w:p w14:paraId="0EDF3305" w14:textId="77777777" w:rsidR="00F925E9" w:rsidRDefault="00000000">
      <w:pPr>
        <w:autoSpaceDE w:val="0"/>
        <w:autoSpaceDN w:val="0"/>
        <w:spacing w:before="192" w:after="0" w:line="222" w:lineRule="exact"/>
        <w:ind w:left="2760"/>
      </w:pPr>
      <w:r>
        <w:rPr>
          <w:rFonts w:ascii="ArialMT" w:eastAsia="ArialMT" w:hAnsi="ArialMT"/>
          <w:color w:val="000000"/>
          <w:spacing w:val="-10"/>
          <w:sz w:val="24"/>
        </w:rPr>
        <w:t>tangan sederhana agar tetap menyenangkan dan mudah diikuti;</w:t>
      </w:r>
    </w:p>
    <w:p w14:paraId="23B4F1C1" w14:textId="77777777" w:rsidR="00F925E9" w:rsidRDefault="00000000">
      <w:pPr>
        <w:tabs>
          <w:tab w:val="left" w:pos="2760"/>
        </w:tabs>
        <w:autoSpaceDE w:val="0"/>
        <w:autoSpaceDN w:val="0"/>
        <w:spacing w:before="20" w:after="0" w:line="442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f.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Pelaksanaan dapat dilakukan secara klasikal (seluruh Murid Baru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berkumpul di satu tempat) atau per kelompok/rombongan belajar,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disesuaikan dengan kapasitas lapangan/aula madrasah.</w:t>
      </w:r>
    </w:p>
    <w:p w14:paraId="6FAB2FA9" w14:textId="77777777" w:rsidR="00F925E9" w:rsidRDefault="00000000">
      <w:pPr>
        <w:autoSpaceDE w:val="0"/>
        <w:autoSpaceDN w:val="0"/>
        <w:spacing w:before="408" w:after="0" w:line="222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3. Tata Cara Teknis Persiapan</w:t>
      </w:r>
    </w:p>
    <w:p w14:paraId="1550493A" w14:textId="77777777" w:rsidR="00F925E9" w:rsidRDefault="00000000">
      <w:pPr>
        <w:tabs>
          <w:tab w:val="left" w:pos="2760"/>
        </w:tabs>
        <w:autoSpaceDE w:val="0"/>
        <w:autoSpaceDN w:val="0"/>
        <w:spacing w:before="82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 xml:space="preserve">a.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Dapat menyiapkan teks lirik dalam bentuk cetak, poster, atau tayangan;</w:t>
      </w:r>
    </w:p>
    <w:p w14:paraId="44160006" w14:textId="77777777" w:rsidR="00F925E9" w:rsidRDefault="00000000">
      <w:pPr>
        <w:tabs>
          <w:tab w:val="left" w:pos="2760"/>
        </w:tabs>
        <w:autoSpaceDE w:val="0"/>
        <w:autoSpaceDN w:val="0"/>
        <w:spacing w:before="4" w:after="0" w:line="464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b.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Menentukan petugas pemimpin lagu (</w:t>
      </w:r>
      <w:r>
        <w:rPr>
          <w:rFonts w:ascii="Arial" w:eastAsia="Arial" w:hAnsi="Arial"/>
          <w:i/>
          <w:color w:val="000000"/>
          <w:spacing w:val="-10"/>
          <w:sz w:val="24"/>
        </w:rPr>
        <w:t>song leader</w:t>
      </w:r>
      <w:r>
        <w:rPr>
          <w:rFonts w:ascii="ArialMT" w:eastAsia="ArialMT" w:hAnsi="ArialMT"/>
          <w:color w:val="000000"/>
          <w:spacing w:val="-10"/>
          <w:sz w:val="24"/>
        </w:rPr>
        <w:t xml:space="preserve">/dirigen) dari panitia,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guru seni budaya, atau murid senior sesuai ketentuan pelibatan murid</w:t>
      </w:r>
    </w:p>
    <w:p w14:paraId="1B0BCABC" w14:textId="77777777" w:rsidR="00F925E9" w:rsidRDefault="00000000">
      <w:pPr>
        <w:autoSpaceDE w:val="0"/>
        <w:autoSpaceDN w:val="0"/>
        <w:spacing w:before="190" w:after="0" w:line="222" w:lineRule="exact"/>
        <w:ind w:left="2760"/>
      </w:pPr>
      <w:r>
        <w:rPr>
          <w:rFonts w:ascii="ArialMT" w:eastAsia="ArialMT" w:hAnsi="ArialMT"/>
          <w:color w:val="000000"/>
          <w:spacing w:val="-10"/>
          <w:sz w:val="24"/>
        </w:rPr>
        <w:t>pada Petunjuk Teknis;</w:t>
      </w:r>
    </w:p>
    <w:p w14:paraId="2E6D5EFF" w14:textId="77777777" w:rsidR="00F925E9" w:rsidRDefault="00000000">
      <w:pPr>
        <w:autoSpaceDE w:val="0"/>
        <w:autoSpaceDN w:val="0"/>
        <w:spacing w:before="584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11</w:t>
      </w:r>
    </w:p>
    <w:p w14:paraId="34E2282A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632BB0B1" w14:textId="77777777" w:rsidR="00F925E9" w:rsidRDefault="00F925E9">
      <w:pPr>
        <w:autoSpaceDE w:val="0"/>
        <w:autoSpaceDN w:val="0"/>
        <w:spacing w:after="0" w:line="220" w:lineRule="exact"/>
      </w:pPr>
    </w:p>
    <w:p w14:paraId="1E26638C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1C5C541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5B2D2ED2" w14:textId="77777777" w:rsidR="00F925E9" w:rsidRDefault="00000000">
      <w:pPr>
        <w:tabs>
          <w:tab w:val="left" w:pos="2760"/>
        </w:tabs>
        <w:autoSpaceDE w:val="0"/>
        <w:autoSpaceDN w:val="0"/>
        <w:spacing w:before="546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 xml:space="preserve">c.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Melaksanakan latihan singkat bagi petugas pemimpin lagu sebelum</w:t>
      </w:r>
    </w:p>
    <w:p w14:paraId="6F6A10D1" w14:textId="77777777" w:rsidR="00F925E9" w:rsidRDefault="00000000">
      <w:pPr>
        <w:autoSpaceDE w:val="0"/>
        <w:autoSpaceDN w:val="0"/>
        <w:spacing w:before="190" w:after="0" w:line="222" w:lineRule="exact"/>
        <w:ind w:left="2760"/>
      </w:pPr>
      <w:r>
        <w:rPr>
          <w:rFonts w:ascii="ArialMT" w:eastAsia="ArialMT" w:hAnsi="ArialMT"/>
          <w:color w:val="000000"/>
          <w:spacing w:val="-10"/>
          <w:sz w:val="24"/>
        </w:rPr>
        <w:t>hari pelaksanaan agar kegiatan berjalan lancar;</w:t>
      </w:r>
    </w:p>
    <w:p w14:paraId="53141CA8" w14:textId="77777777" w:rsidR="00F925E9" w:rsidRDefault="00000000">
      <w:pPr>
        <w:tabs>
          <w:tab w:val="left" w:pos="2760"/>
        </w:tabs>
        <w:autoSpaceDE w:val="0"/>
        <w:autoSpaceDN w:val="0"/>
        <w:spacing w:after="0" w:line="466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Menyiapkan pengeras suara/</w:t>
      </w:r>
      <w:r>
        <w:rPr>
          <w:rFonts w:ascii="Arial" w:eastAsia="Arial" w:hAnsi="Arial"/>
          <w:i/>
          <w:color w:val="000000"/>
          <w:spacing w:val="-10"/>
          <w:sz w:val="24"/>
        </w:rPr>
        <w:t>sound system</w:t>
      </w:r>
      <w:r>
        <w:rPr>
          <w:rFonts w:ascii="ArialMT" w:eastAsia="ArialMT" w:hAnsi="ArialMT"/>
          <w:color w:val="000000"/>
          <w:spacing w:val="-10"/>
          <w:sz w:val="24"/>
        </w:rPr>
        <w:t xml:space="preserve"> sederhana agar lagu dapat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diikuti oleh seluruh murid dengan jelas;</w:t>
      </w:r>
    </w:p>
    <w:p w14:paraId="459C4740" w14:textId="77777777" w:rsidR="00F925E9" w:rsidRDefault="00000000">
      <w:pPr>
        <w:tabs>
          <w:tab w:val="left" w:pos="2760"/>
        </w:tabs>
        <w:autoSpaceDE w:val="0"/>
        <w:autoSpaceDN w:val="0"/>
        <w:spacing w:after="0" w:line="462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e.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Menyiapkan rekaman instrumen/</w:t>
      </w:r>
      <w:r>
        <w:rPr>
          <w:rFonts w:ascii="Arial" w:eastAsia="Arial" w:hAnsi="Arial"/>
          <w:i/>
          <w:color w:val="000000"/>
          <w:spacing w:val="-10"/>
          <w:sz w:val="24"/>
        </w:rPr>
        <w:t>backing track</w:t>
      </w:r>
      <w:r>
        <w:rPr>
          <w:rFonts w:ascii="ArialMT" w:eastAsia="ArialMT" w:hAnsi="ArialMT"/>
          <w:color w:val="000000"/>
          <w:spacing w:val="-10"/>
          <w:sz w:val="24"/>
        </w:rPr>
        <w:t xml:space="preserve"> apabila madrasah tidak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memiliki tim musik/paduan suara sendiri;</w:t>
      </w:r>
    </w:p>
    <w:p w14:paraId="17664382" w14:textId="77777777" w:rsidR="00F925E9" w:rsidRDefault="00000000">
      <w:pPr>
        <w:tabs>
          <w:tab w:val="left" w:pos="2760"/>
        </w:tabs>
        <w:autoSpaceDE w:val="0"/>
        <w:autoSpaceDN w:val="0"/>
        <w:spacing w:before="240" w:after="0" w:line="226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 xml:space="preserve">f.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Melakukan uji coba</w:t>
      </w:r>
      <w:r>
        <w:rPr>
          <w:rFonts w:ascii="Arial" w:eastAsia="Arial" w:hAnsi="Arial"/>
          <w:i/>
          <w:color w:val="000000"/>
          <w:spacing w:val="-10"/>
          <w:sz w:val="24"/>
        </w:rPr>
        <w:t xml:space="preserve"> sound system</w:t>
      </w:r>
      <w:r>
        <w:rPr>
          <w:rFonts w:ascii="ArialMT" w:eastAsia="ArialMT" w:hAnsi="ArialMT"/>
          <w:color w:val="000000"/>
          <w:spacing w:val="-10"/>
          <w:sz w:val="24"/>
        </w:rPr>
        <w:t xml:space="preserve"> dan tata letak barisan murid sehari</w:t>
      </w:r>
    </w:p>
    <w:p w14:paraId="4938A339" w14:textId="77777777" w:rsidR="00F925E9" w:rsidRDefault="00000000">
      <w:pPr>
        <w:autoSpaceDE w:val="0"/>
        <w:autoSpaceDN w:val="0"/>
        <w:spacing w:before="190" w:after="0" w:line="220" w:lineRule="exact"/>
        <w:ind w:left="2760"/>
      </w:pPr>
      <w:r>
        <w:rPr>
          <w:rFonts w:ascii="ArialMT" w:eastAsia="ArialMT" w:hAnsi="ArialMT"/>
          <w:color w:val="000000"/>
          <w:spacing w:val="-10"/>
          <w:sz w:val="24"/>
        </w:rPr>
        <w:t>sebelum pelaksanaan hari pertama.</w:t>
      </w:r>
    </w:p>
    <w:p w14:paraId="1CDAA91C" w14:textId="77777777" w:rsidR="00F925E9" w:rsidRDefault="00000000">
      <w:pPr>
        <w:autoSpaceDE w:val="0"/>
        <w:autoSpaceDN w:val="0"/>
        <w:spacing w:before="492" w:after="0" w:line="226" w:lineRule="exact"/>
        <w:ind w:left="2760"/>
      </w:pPr>
      <w:r>
        <w:rPr>
          <w:rFonts w:ascii="Arial" w:eastAsia="Arial" w:hAnsi="Arial"/>
          <w:b/>
          <w:color w:val="000000"/>
          <w:spacing w:val="-10"/>
          <w:sz w:val="24"/>
        </w:rPr>
        <w:t>Contoh Naskah Pengantar Pemimpin Lagu</w:t>
      </w:r>
    </w:p>
    <w:p w14:paraId="0B966420" w14:textId="77777777" w:rsidR="00F925E9" w:rsidRDefault="00000000">
      <w:pPr>
        <w:autoSpaceDE w:val="0"/>
        <w:autoSpaceDN w:val="0"/>
        <w:spacing w:before="164" w:after="0" w:line="412" w:lineRule="exact"/>
        <w:ind w:left="2640" w:right="1152" w:firstLine="120"/>
      </w:pPr>
      <w:r>
        <w:rPr>
          <w:rFonts w:ascii="Arial" w:eastAsia="Arial" w:hAnsi="Arial"/>
          <w:i/>
          <w:color w:val="000000"/>
          <w:spacing w:val="-10"/>
          <w:sz w:val="24"/>
        </w:rPr>
        <w:t xml:space="preserve">Contoh naskah berikut dapat digunakan atau dimodifikasi oleh petugas </w:t>
      </w:r>
      <w:r>
        <w:br/>
      </w:r>
      <w:r>
        <w:rPr>
          <w:rFonts w:ascii="Arial" w:eastAsia="Arial" w:hAnsi="Arial"/>
          <w:i/>
          <w:color w:val="000000"/>
          <w:spacing w:val="-10"/>
          <w:sz w:val="24"/>
        </w:rPr>
        <w:t>pemimpin lagu (song leader) sebelum menyanyikan Mars/Himne</w:t>
      </w:r>
    </w:p>
    <w:p w14:paraId="238BE802" w14:textId="77777777" w:rsidR="00F925E9" w:rsidRDefault="00000000">
      <w:pPr>
        <w:autoSpaceDE w:val="0"/>
        <w:autoSpaceDN w:val="0"/>
        <w:spacing w:before="192" w:after="0" w:line="174" w:lineRule="exact"/>
        <w:ind w:left="2640"/>
      </w:pPr>
      <w:r>
        <w:rPr>
          <w:rFonts w:ascii="Arial" w:eastAsia="Arial" w:hAnsi="Arial"/>
          <w:i/>
          <w:color w:val="000000"/>
          <w:spacing w:val="-10"/>
          <w:sz w:val="24"/>
        </w:rPr>
        <w:t>Madrasah.</w:t>
      </w:r>
    </w:p>
    <w:p w14:paraId="49505A09" w14:textId="77777777" w:rsidR="00F925E9" w:rsidRDefault="00000000">
      <w:pPr>
        <w:autoSpaceDE w:val="0"/>
        <w:autoSpaceDN w:val="0"/>
        <w:spacing w:before="250" w:after="0" w:line="412" w:lineRule="exact"/>
        <w:ind w:left="2640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“Selamat pagi, adik-adik Murid Baru yang hebat! Sebelum kita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mulai kegiatan hari ini, mari kita berdiri tegak, sikap sempurna, dan</w:t>
      </w:r>
    </w:p>
    <w:p w14:paraId="2A9AE5C9" w14:textId="77777777" w:rsidR="00F925E9" w:rsidRDefault="00000000">
      <w:pPr>
        <w:autoSpaceDE w:val="0"/>
        <w:autoSpaceDN w:val="0"/>
        <w:spacing w:before="192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bersama-sama menyanyikan Mars [nama madrasah] dengan penuh</w:t>
      </w:r>
    </w:p>
    <w:p w14:paraId="136E13AF" w14:textId="77777777" w:rsidR="00F925E9" w:rsidRDefault="00000000">
      <w:pPr>
        <w:autoSpaceDE w:val="0"/>
        <w:autoSpaceDN w:val="0"/>
        <w:spacing w:before="196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semangat dan kebanggaan. Mari kita tunjukkan bahwa kita bangga</w:t>
      </w:r>
    </w:p>
    <w:p w14:paraId="00F5D4E1" w14:textId="77777777" w:rsidR="00F925E9" w:rsidRDefault="00000000">
      <w:pPr>
        <w:autoSpaceDE w:val="0"/>
        <w:autoSpaceDN w:val="0"/>
        <w:spacing w:before="188" w:after="0" w:line="224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menjadi bagian dari keluarga besar [nama madrasah]!”</w:t>
      </w:r>
    </w:p>
    <w:p w14:paraId="71F466F8" w14:textId="77777777" w:rsidR="00F925E9" w:rsidRDefault="00000000">
      <w:pPr>
        <w:autoSpaceDE w:val="0"/>
        <w:autoSpaceDN w:val="0"/>
        <w:spacing w:before="410" w:after="150" w:line="224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4. Penyesuaian per Jenjang</w:t>
      </w:r>
    </w:p>
    <w:tbl>
      <w:tblPr>
        <w:tblW w:w="0" w:type="auto"/>
        <w:tblInd w:w="1626" w:type="dxa"/>
        <w:tblLayout w:type="fixed"/>
        <w:tblLook w:val="04A0" w:firstRow="1" w:lastRow="0" w:firstColumn="1" w:lastColumn="0" w:noHBand="0" w:noVBand="1"/>
      </w:tblPr>
      <w:tblGrid>
        <w:gridCol w:w="1182"/>
        <w:gridCol w:w="7756"/>
      </w:tblGrid>
      <w:tr w:rsidR="00F925E9" w14:paraId="5C1B9574" w14:textId="77777777">
        <w:trPr>
          <w:trHeight w:hRule="exact" w:val="581"/>
        </w:trPr>
        <w:tc>
          <w:tcPr>
            <w:tcW w:w="1182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81F30E1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Jenjang</w:t>
            </w:r>
          </w:p>
        </w:tc>
        <w:tc>
          <w:tcPr>
            <w:tcW w:w="7756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FA3059F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Penyesuaian Teknis</w:t>
            </w:r>
          </w:p>
        </w:tc>
      </w:tr>
      <w:tr w:rsidR="00F925E9" w14:paraId="1C789274" w14:textId="77777777">
        <w:trPr>
          <w:trHeight w:hRule="exact" w:val="550"/>
        </w:trPr>
        <w:tc>
          <w:tcPr>
            <w:tcW w:w="1182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941642D" w14:textId="77777777" w:rsidR="00F925E9" w:rsidRDefault="00000000">
            <w:pPr>
              <w:autoSpaceDE w:val="0"/>
              <w:autoSpaceDN w:val="0"/>
              <w:spacing w:before="116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</w:t>
            </w:r>
          </w:p>
        </w:tc>
        <w:tc>
          <w:tcPr>
            <w:tcW w:w="7756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CACCE71" w14:textId="77777777" w:rsidR="00F925E9" w:rsidRDefault="00000000">
            <w:pPr>
              <w:autoSpaceDE w:val="0"/>
              <w:autoSpaceDN w:val="0"/>
              <w:spacing w:before="112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Dipadukan dengan gerakan tangan/tepuk; durasi 3–5 menit.</w:t>
            </w:r>
          </w:p>
        </w:tc>
      </w:tr>
      <w:tr w:rsidR="00F925E9" w14:paraId="48F01B96" w14:textId="77777777">
        <w:trPr>
          <w:trHeight w:hRule="exact" w:val="1037"/>
        </w:trPr>
        <w:tc>
          <w:tcPr>
            <w:tcW w:w="1182" w:type="dxa"/>
            <w:tcBorders>
              <w:left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589737F8" w14:textId="77777777" w:rsidR="00F925E9" w:rsidRDefault="00000000">
            <w:pPr>
              <w:autoSpaceDE w:val="0"/>
              <w:autoSpaceDN w:val="0"/>
              <w:spacing w:before="358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</w:t>
            </w:r>
          </w:p>
        </w:tc>
        <w:tc>
          <w:tcPr>
            <w:tcW w:w="7756" w:type="dxa"/>
            <w:tcBorders>
              <w:left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C4AF80A" w14:textId="77777777" w:rsidR="00F925E9" w:rsidRDefault="00000000">
            <w:pPr>
              <w:autoSpaceDE w:val="0"/>
              <w:autoSpaceDN w:val="0"/>
              <w:spacing w:before="15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Dapat dibantu tayangan teks; dapat diiringi tepuk tangan berirama;</w:t>
            </w:r>
          </w:p>
          <w:p w14:paraId="231A7465" w14:textId="77777777" w:rsidR="00F925E9" w:rsidRDefault="00000000">
            <w:pPr>
              <w:autoSpaceDE w:val="0"/>
              <w:autoSpaceDN w:val="0"/>
              <w:spacing w:before="19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durasi 5–7 menit.</w:t>
            </w:r>
          </w:p>
        </w:tc>
      </w:tr>
      <w:tr w:rsidR="00F925E9" w14:paraId="32B370E0" w14:textId="77777777">
        <w:trPr>
          <w:trHeight w:hRule="exact" w:val="960"/>
        </w:trPr>
        <w:tc>
          <w:tcPr>
            <w:tcW w:w="1182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E5F1B9D" w14:textId="77777777" w:rsidR="00F925E9" w:rsidRDefault="00000000">
            <w:pPr>
              <w:autoSpaceDE w:val="0"/>
              <w:autoSpaceDN w:val="0"/>
              <w:spacing w:before="32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MTs</w:t>
            </w:r>
          </w:p>
        </w:tc>
        <w:tc>
          <w:tcPr>
            <w:tcW w:w="7756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1B332DF" w14:textId="77777777" w:rsidR="00F925E9" w:rsidRDefault="00000000">
            <w:pPr>
              <w:autoSpaceDE w:val="0"/>
              <w:autoSpaceDN w:val="0"/>
              <w:spacing w:after="0" w:line="3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Lirik lengkap, dinyanyikan formal dengan sikap sempurna; dapat dipandu murid pengurus OSIM/MPK; durasi 5–10 menit.</w:t>
            </w:r>
          </w:p>
        </w:tc>
      </w:tr>
      <w:tr w:rsidR="00F925E9" w14:paraId="6833591E" w14:textId="77777777">
        <w:trPr>
          <w:trHeight w:hRule="exact" w:val="1009"/>
        </w:trPr>
        <w:tc>
          <w:tcPr>
            <w:tcW w:w="1182" w:type="dxa"/>
            <w:tcBorders>
              <w:left w:val="single" w:sz="2" w:space="0" w:color="BDBDBD"/>
              <w:bottom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28FE0F61" w14:textId="77777777" w:rsidR="00F925E9" w:rsidRDefault="00000000">
            <w:pPr>
              <w:autoSpaceDE w:val="0"/>
              <w:autoSpaceDN w:val="0"/>
              <w:spacing w:before="352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</w:t>
            </w:r>
          </w:p>
        </w:tc>
        <w:tc>
          <w:tcPr>
            <w:tcW w:w="7756" w:type="dxa"/>
            <w:tcBorders>
              <w:left w:val="single" w:sz="1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5A0B316" w14:textId="77777777" w:rsidR="00F925E9" w:rsidRDefault="00F925E9">
            <w:pPr>
              <w:autoSpaceDE w:val="0"/>
              <w:autoSpaceDN w:val="0"/>
              <w:spacing w:after="0" w:line="80" w:lineRule="exact"/>
            </w:pPr>
          </w:p>
          <w:tbl>
            <w:tblPr>
              <w:tblW w:w="0" w:type="auto"/>
              <w:tblInd w:w="50" w:type="dxa"/>
              <w:tblLayout w:type="fixed"/>
              <w:tblLook w:val="04A0" w:firstRow="1" w:lastRow="0" w:firstColumn="1" w:lastColumn="0" w:noHBand="0" w:noVBand="1"/>
            </w:tblPr>
            <w:tblGrid>
              <w:gridCol w:w="640"/>
              <w:gridCol w:w="1160"/>
              <w:gridCol w:w="1540"/>
              <w:gridCol w:w="1000"/>
              <w:gridCol w:w="880"/>
              <w:gridCol w:w="1420"/>
              <w:gridCol w:w="1000"/>
            </w:tblGrid>
            <w:tr w:rsidR="00F925E9" w14:paraId="551BA6DE" w14:textId="77777777">
              <w:trPr>
                <w:trHeight w:hRule="exact" w:val="346"/>
              </w:trPr>
              <w:tc>
                <w:tcPr>
                  <w:tcW w:w="640" w:type="dxa"/>
                  <w:tcMar>
                    <w:left w:w="0" w:type="dxa"/>
                    <w:right w:w="0" w:type="dxa"/>
                  </w:tcMar>
                </w:tcPr>
                <w:p w14:paraId="71032B54" w14:textId="77777777" w:rsidR="00F925E9" w:rsidRDefault="00000000">
                  <w:pPr>
                    <w:autoSpaceDE w:val="0"/>
                    <w:autoSpaceDN w:val="0"/>
                    <w:spacing w:before="64" w:after="0" w:line="17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Lirik</w:t>
                  </w:r>
                </w:p>
              </w:tc>
              <w:tc>
                <w:tcPr>
                  <w:tcW w:w="1160" w:type="dxa"/>
                  <w:tcMar>
                    <w:left w:w="0" w:type="dxa"/>
                    <w:right w:w="0" w:type="dxa"/>
                  </w:tcMar>
                </w:tcPr>
                <w:p w14:paraId="21A23BA4" w14:textId="77777777" w:rsidR="00F925E9" w:rsidRDefault="00000000">
                  <w:pPr>
                    <w:autoSpaceDE w:val="0"/>
                    <w:autoSpaceDN w:val="0"/>
                    <w:spacing w:before="6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lengkap,</w:t>
                  </w:r>
                </w:p>
              </w:tc>
              <w:tc>
                <w:tcPr>
                  <w:tcW w:w="1540" w:type="dxa"/>
                  <w:tcMar>
                    <w:left w:w="0" w:type="dxa"/>
                    <w:right w:w="0" w:type="dxa"/>
                  </w:tcMar>
                </w:tcPr>
                <w:p w14:paraId="67D6BB72" w14:textId="77777777" w:rsidR="00F925E9" w:rsidRDefault="00000000">
                  <w:pPr>
                    <w:autoSpaceDE w:val="0"/>
                    <w:autoSpaceDN w:val="0"/>
                    <w:spacing w:before="6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dinyanyikan</w:t>
                  </w:r>
                </w:p>
              </w:tc>
              <w:tc>
                <w:tcPr>
                  <w:tcW w:w="1000" w:type="dxa"/>
                  <w:tcMar>
                    <w:left w:w="0" w:type="dxa"/>
                    <w:right w:w="0" w:type="dxa"/>
                  </w:tcMar>
                </w:tcPr>
                <w:p w14:paraId="33E1FF73" w14:textId="77777777" w:rsidR="00F925E9" w:rsidRDefault="00000000">
                  <w:pPr>
                    <w:autoSpaceDE w:val="0"/>
                    <w:autoSpaceDN w:val="0"/>
                    <w:spacing w:before="60" w:after="0" w:line="21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formal;</w:t>
                  </w:r>
                </w:p>
              </w:tc>
              <w:tc>
                <w:tcPr>
                  <w:tcW w:w="880" w:type="dxa"/>
                  <w:tcMar>
                    <w:left w:w="0" w:type="dxa"/>
                    <w:right w:w="0" w:type="dxa"/>
                  </w:tcMar>
                </w:tcPr>
                <w:p w14:paraId="00119BFF" w14:textId="77777777" w:rsidR="00F925E9" w:rsidRDefault="00000000">
                  <w:pPr>
                    <w:autoSpaceDE w:val="0"/>
                    <w:autoSpaceDN w:val="0"/>
                    <w:spacing w:before="64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dapat</w:t>
                  </w:r>
                </w:p>
              </w:tc>
              <w:tc>
                <w:tcPr>
                  <w:tcW w:w="1420" w:type="dxa"/>
                  <w:tcMar>
                    <w:left w:w="0" w:type="dxa"/>
                    <w:right w:w="0" w:type="dxa"/>
                  </w:tcMar>
                </w:tcPr>
                <w:p w14:paraId="3E9A4879" w14:textId="77777777" w:rsidR="00F925E9" w:rsidRDefault="00000000">
                  <w:pPr>
                    <w:autoSpaceDE w:val="0"/>
                    <w:autoSpaceDN w:val="0"/>
                    <w:spacing w:before="6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melibatkan</w:t>
                  </w:r>
                </w:p>
              </w:tc>
              <w:tc>
                <w:tcPr>
                  <w:tcW w:w="1000" w:type="dxa"/>
                  <w:tcMar>
                    <w:left w:w="0" w:type="dxa"/>
                    <w:right w:w="0" w:type="dxa"/>
                  </w:tcMar>
                </w:tcPr>
                <w:p w14:paraId="3FDB24B2" w14:textId="77777777" w:rsidR="00F925E9" w:rsidRDefault="00000000">
                  <w:pPr>
                    <w:autoSpaceDE w:val="0"/>
                    <w:autoSpaceDN w:val="0"/>
                    <w:spacing w:before="64" w:after="0" w:line="218" w:lineRule="exact"/>
                    <w:ind w:left="142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paduan</w:t>
                  </w:r>
                </w:p>
              </w:tc>
            </w:tr>
          </w:tbl>
          <w:p w14:paraId="20DD6333" w14:textId="77777777" w:rsidR="00F925E9" w:rsidRDefault="00000000">
            <w:pPr>
              <w:autoSpaceDE w:val="0"/>
              <w:autoSpaceDN w:val="0"/>
              <w:spacing w:before="132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suara/ekstrakurikuler musik sebagai pengiring; durasi 5–10 menit.</w:t>
            </w:r>
          </w:p>
        </w:tc>
      </w:tr>
    </w:tbl>
    <w:p w14:paraId="14EEB994" w14:textId="77777777" w:rsidR="00F925E9" w:rsidRDefault="00000000">
      <w:pPr>
        <w:autoSpaceDE w:val="0"/>
        <w:autoSpaceDN w:val="0"/>
        <w:spacing w:before="1450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12</w:t>
      </w:r>
    </w:p>
    <w:p w14:paraId="255228E7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5BF7D9FE" w14:textId="77777777" w:rsidR="00F925E9" w:rsidRDefault="00F925E9">
      <w:pPr>
        <w:autoSpaceDE w:val="0"/>
        <w:autoSpaceDN w:val="0"/>
        <w:spacing w:after="0" w:line="220" w:lineRule="exact"/>
      </w:pPr>
    </w:p>
    <w:p w14:paraId="4E72C854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47C1D4D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487CE432" w14:textId="77777777" w:rsidR="00F925E9" w:rsidRDefault="00000000">
      <w:pPr>
        <w:autoSpaceDE w:val="0"/>
        <w:autoSpaceDN w:val="0"/>
        <w:spacing w:before="638" w:after="0" w:line="174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5. Pemantauan Pelaksanaan</w:t>
      </w:r>
    </w:p>
    <w:p w14:paraId="7A4B281B" w14:textId="77777777" w:rsidR="00F925E9" w:rsidRDefault="00000000">
      <w:pPr>
        <w:autoSpaceDE w:val="0"/>
        <w:autoSpaceDN w:val="0"/>
        <w:spacing w:before="220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Koordinator Acara bertanggung jawab memastikan pelaksanaan</w:t>
      </w:r>
    </w:p>
    <w:p w14:paraId="304E7AC3" w14:textId="77777777" w:rsidR="00F925E9" w:rsidRDefault="00000000">
      <w:pPr>
        <w:autoSpaceDE w:val="0"/>
        <w:autoSpaceDN w:val="0"/>
        <w:spacing w:before="196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menyanyikan lagu Indonesia Raya, Mars dan Himne Madrasah terlaksana</w:t>
      </w:r>
    </w:p>
    <w:p w14:paraId="4DC8547E" w14:textId="77777777" w:rsidR="00F925E9" w:rsidRDefault="00000000">
      <w:pPr>
        <w:autoSpaceDE w:val="0"/>
        <w:autoSpaceDN w:val="0"/>
        <w:spacing w:before="190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tanpa terlewat, dan mencatatnya dalam jurnal kegiatan harian sebagai</w:t>
      </w:r>
    </w:p>
    <w:p w14:paraId="195E54D2" w14:textId="77777777" w:rsidR="00F925E9" w:rsidRDefault="00000000">
      <w:pPr>
        <w:autoSpaceDE w:val="0"/>
        <w:autoSpaceDN w:val="0"/>
        <w:spacing w:before="190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bagian dari dokumentasi pelaksanaan Matamuda yang dilaporkan kepada</w:t>
      </w:r>
    </w:p>
    <w:p w14:paraId="52E8B71B" w14:textId="77777777" w:rsidR="00F925E9" w:rsidRDefault="00000000">
      <w:pPr>
        <w:autoSpaceDE w:val="0"/>
        <w:autoSpaceDN w:val="0"/>
        <w:spacing w:before="192" w:after="0" w:line="218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Kepala Madrasah.</w:t>
      </w:r>
    </w:p>
    <w:p w14:paraId="44C57733" w14:textId="77777777" w:rsidR="00F925E9" w:rsidRDefault="00000000">
      <w:pPr>
        <w:autoSpaceDE w:val="0"/>
        <w:autoSpaceDN w:val="0"/>
        <w:spacing w:before="496" w:after="0" w:line="176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B. Pemetaan Talenta Murid Baru</w:t>
      </w:r>
    </w:p>
    <w:p w14:paraId="667ACB0C" w14:textId="77777777" w:rsidR="00F925E9" w:rsidRDefault="00000000">
      <w:pPr>
        <w:autoSpaceDE w:val="0"/>
        <w:autoSpaceDN w:val="0"/>
        <w:spacing w:before="324" w:after="0" w:line="222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1. Pengantar</w:t>
      </w:r>
    </w:p>
    <w:p w14:paraId="0FCC7E4D" w14:textId="77777777" w:rsidR="00F925E9" w:rsidRDefault="00000000">
      <w:pPr>
        <w:autoSpaceDE w:val="0"/>
        <w:autoSpaceDN w:val="0"/>
        <w:spacing w:after="0" w:line="404" w:lineRule="exact"/>
        <w:ind w:left="2334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Matamuda tidak semata-mata berfungsi sebagai sarana adaptasi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Murid Baru terhadap lingkungan madrasah, tetapi juga merupakan</w:t>
      </w:r>
    </w:p>
    <w:p w14:paraId="33161BE0" w14:textId="77777777" w:rsidR="00F925E9" w:rsidRDefault="00000000">
      <w:pPr>
        <w:autoSpaceDE w:val="0"/>
        <w:autoSpaceDN w:val="0"/>
        <w:spacing w:before="196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momentum strategis pertama bagi madrasah untuk mengenali ragam</w:t>
      </w:r>
    </w:p>
    <w:p w14:paraId="72383A49" w14:textId="77777777" w:rsidR="00F925E9" w:rsidRDefault="00000000">
      <w:pPr>
        <w:autoSpaceDE w:val="0"/>
        <w:autoSpaceDN w:val="0"/>
        <w:spacing w:before="190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potensi dan talenta setiap Murid Baru sedini mungkin. Pengenalan talenta</w:t>
      </w:r>
    </w:p>
    <w:p w14:paraId="72210185" w14:textId="77777777" w:rsidR="00F925E9" w:rsidRDefault="00000000">
      <w:pPr>
        <w:autoSpaceDE w:val="0"/>
        <w:autoSpaceDN w:val="0"/>
        <w:spacing w:before="192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sejak awal memungkinkan madrasah merancang pembinaan kesiswaan,</w:t>
      </w:r>
    </w:p>
    <w:p w14:paraId="77444705" w14:textId="77777777" w:rsidR="00F925E9" w:rsidRDefault="00000000">
      <w:pPr>
        <w:autoSpaceDE w:val="0"/>
        <w:autoSpaceDN w:val="0"/>
        <w:spacing w:before="190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kegiatan ekstrakurikuler, dan penyiapan murid menuju berbagai ajang</w:t>
      </w:r>
    </w:p>
    <w:p w14:paraId="116586D3" w14:textId="77777777" w:rsidR="00F925E9" w:rsidRDefault="00000000">
      <w:pPr>
        <w:autoSpaceDE w:val="0"/>
        <w:autoSpaceDN w:val="0"/>
        <w:spacing w:after="0" w:line="416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prestasi secara lebih terarah, sejalan dengan Profil Belajar Siswa (PBS)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yang telah diatur dalam Petunjuk Teknis.</w:t>
      </w:r>
    </w:p>
    <w:p w14:paraId="7EF217CD" w14:textId="77777777" w:rsidR="00F925E9" w:rsidRDefault="00000000">
      <w:pPr>
        <w:autoSpaceDE w:val="0"/>
        <w:autoSpaceDN w:val="0"/>
        <w:spacing w:before="346" w:after="132" w:line="226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Pendekatan ini juga selaras dengan filosofi bahwa setiap murid</w:t>
      </w:r>
    </w:p>
    <w:tbl>
      <w:tblPr>
        <w:tblW w:w="0" w:type="auto"/>
        <w:tblInd w:w="1160" w:type="dxa"/>
        <w:tblLayout w:type="fixed"/>
        <w:tblLook w:val="04A0" w:firstRow="1" w:lastRow="0" w:firstColumn="1" w:lastColumn="0" w:noHBand="0" w:noVBand="1"/>
      </w:tblPr>
      <w:tblGrid>
        <w:gridCol w:w="2040"/>
        <w:gridCol w:w="1080"/>
        <w:gridCol w:w="1240"/>
        <w:gridCol w:w="680"/>
        <w:gridCol w:w="1060"/>
        <w:gridCol w:w="1900"/>
        <w:gridCol w:w="1660"/>
      </w:tblGrid>
      <w:tr w:rsidR="00F925E9" w14:paraId="07A9B97A" w14:textId="77777777">
        <w:trPr>
          <w:trHeight w:hRule="exact" w:val="346"/>
        </w:trPr>
        <w:tc>
          <w:tcPr>
            <w:tcW w:w="2040" w:type="dxa"/>
            <w:tcMar>
              <w:left w:w="0" w:type="dxa"/>
              <w:right w:w="0" w:type="dxa"/>
            </w:tcMar>
          </w:tcPr>
          <w:p w14:paraId="28881ACB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right="132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terlahir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0878B963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dengan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14:paraId="1A6CC410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keunikan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</w:tcPr>
          <w:p w14:paraId="59AA5D06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1060" w:type="dxa"/>
            <w:tcMar>
              <w:left w:w="0" w:type="dxa"/>
              <w:right w:w="0" w:type="dxa"/>
            </w:tcMar>
          </w:tcPr>
          <w:p w14:paraId="77BF8665" w14:textId="77777777" w:rsidR="00F925E9" w:rsidRDefault="00000000">
            <w:pPr>
              <w:autoSpaceDE w:val="0"/>
              <w:autoSpaceDN w:val="0"/>
              <w:spacing w:before="64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potensi</w:t>
            </w:r>
          </w:p>
        </w:tc>
        <w:tc>
          <w:tcPr>
            <w:tcW w:w="1900" w:type="dxa"/>
            <w:tcMar>
              <w:left w:w="0" w:type="dxa"/>
              <w:right w:w="0" w:type="dxa"/>
            </w:tcMar>
          </w:tcPr>
          <w:p w14:paraId="0993BB05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masing-masing</w:t>
            </w:r>
          </w:p>
        </w:tc>
        <w:tc>
          <w:tcPr>
            <w:tcW w:w="1660" w:type="dxa"/>
            <w:tcMar>
              <w:left w:w="0" w:type="dxa"/>
              <w:right w:w="0" w:type="dxa"/>
            </w:tcMar>
          </w:tcPr>
          <w:p w14:paraId="037A58B5" w14:textId="77777777" w:rsidR="00F925E9" w:rsidRDefault="00000000">
            <w:pPr>
              <w:autoSpaceDE w:val="0"/>
              <w:autoSpaceDN w:val="0"/>
              <w:spacing w:before="60" w:after="0" w:line="226" w:lineRule="exact"/>
              <w:ind w:left="16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multiple</w:t>
            </w:r>
          </w:p>
        </w:tc>
      </w:tr>
    </w:tbl>
    <w:p w14:paraId="153D26C2" w14:textId="77777777" w:rsidR="00F925E9" w:rsidRDefault="00000000">
      <w:pPr>
        <w:autoSpaceDE w:val="0"/>
        <w:autoSpaceDN w:val="0"/>
        <w:spacing w:after="0" w:line="392" w:lineRule="exact"/>
        <w:ind w:left="2334" w:right="1194"/>
        <w:jc w:val="both"/>
      </w:pPr>
      <w:r>
        <w:rPr>
          <w:rFonts w:ascii="Arial" w:eastAsia="Arial" w:hAnsi="Arial"/>
          <w:i/>
          <w:color w:val="000000"/>
          <w:spacing w:val="-10"/>
          <w:sz w:val="24"/>
        </w:rPr>
        <w:t>intelligences</w:t>
      </w:r>
      <w:r>
        <w:rPr>
          <w:rFonts w:ascii="ArialMT" w:eastAsia="ArialMT" w:hAnsi="ArialMT"/>
          <w:color w:val="000000"/>
          <w:spacing w:val="-10"/>
          <w:sz w:val="24"/>
        </w:rPr>
        <w:t xml:space="preserve">), sehingga madrasah perlu menyediakan ruang dan instrumen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untuk mengenali keragaman tersebut sejak dini, bukan hanya berfokus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pada capaian akademik semata.</w:t>
      </w:r>
    </w:p>
    <w:p w14:paraId="6604A51C" w14:textId="77777777" w:rsidR="00F925E9" w:rsidRDefault="00000000">
      <w:pPr>
        <w:autoSpaceDE w:val="0"/>
        <w:autoSpaceDN w:val="0"/>
        <w:spacing w:before="418" w:after="0" w:line="222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2. Ranah Talenta yang Diamati</w:t>
      </w:r>
    </w:p>
    <w:p w14:paraId="5B3F0BB2" w14:textId="77777777" w:rsidR="00F925E9" w:rsidRDefault="00000000">
      <w:pPr>
        <w:autoSpaceDE w:val="0"/>
        <w:autoSpaceDN w:val="0"/>
        <w:spacing w:before="312" w:after="0" w:line="174" w:lineRule="exact"/>
        <w:ind w:right="6158"/>
        <w:jc w:val="right"/>
      </w:pPr>
      <w:r>
        <w:rPr>
          <w:rFonts w:ascii="Arial" w:eastAsia="Arial" w:hAnsi="Arial"/>
          <w:b/>
          <w:color w:val="1A1A1A"/>
          <w:spacing w:val="-10"/>
          <w:sz w:val="24"/>
        </w:rPr>
        <w:t>a. Ranah Akademik</w:t>
      </w:r>
    </w:p>
    <w:p w14:paraId="1CB0946B" w14:textId="77777777" w:rsidR="00F925E9" w:rsidRDefault="00000000">
      <w:pPr>
        <w:autoSpaceDE w:val="0"/>
        <w:autoSpaceDN w:val="0"/>
        <w:spacing w:before="234" w:after="0" w:line="226" w:lineRule="exact"/>
        <w:ind w:right="5338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a) Literasi dan numerasi;</w:t>
      </w:r>
    </w:p>
    <w:p w14:paraId="3D3A7DCD" w14:textId="77777777" w:rsidR="00F925E9" w:rsidRDefault="00000000">
      <w:pPr>
        <w:autoSpaceDE w:val="0"/>
        <w:autoSpaceDN w:val="0"/>
        <w:spacing w:before="288" w:after="0" w:line="226" w:lineRule="exact"/>
        <w:ind w:right="5872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b) Sains dan logika;</w:t>
      </w:r>
    </w:p>
    <w:p w14:paraId="07F8EC68" w14:textId="77777777" w:rsidR="00F925E9" w:rsidRDefault="00000000">
      <w:pPr>
        <w:tabs>
          <w:tab w:val="left" w:pos="3720"/>
        </w:tabs>
        <w:autoSpaceDE w:val="0"/>
        <w:autoSpaceDN w:val="0"/>
        <w:spacing w:before="102" w:after="0" w:line="412" w:lineRule="exact"/>
        <w:ind w:left="336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c) Kebahasaan, termasuk bahasa Arab dan bahasa Inggris,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serta bahasa asing lainnya;</w:t>
      </w:r>
    </w:p>
    <w:p w14:paraId="7391F778" w14:textId="77777777" w:rsidR="00F925E9" w:rsidRDefault="00000000">
      <w:pPr>
        <w:autoSpaceDE w:val="0"/>
        <w:autoSpaceDN w:val="0"/>
        <w:spacing w:before="288" w:after="0" w:line="226" w:lineRule="exact"/>
        <w:ind w:right="236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d) Tahfidz dan kemampuan baca dan tulis Al-Qur’an.</w:t>
      </w:r>
    </w:p>
    <w:p w14:paraId="41CF9E72" w14:textId="77777777" w:rsidR="00F925E9" w:rsidRDefault="00000000">
      <w:pPr>
        <w:autoSpaceDE w:val="0"/>
        <w:autoSpaceDN w:val="0"/>
        <w:spacing w:before="292" w:after="0" w:line="174" w:lineRule="exact"/>
        <w:ind w:right="5612"/>
        <w:jc w:val="right"/>
      </w:pPr>
      <w:r>
        <w:rPr>
          <w:rFonts w:ascii="Arial" w:eastAsia="Arial" w:hAnsi="Arial"/>
          <w:b/>
          <w:color w:val="1A1A1A"/>
          <w:spacing w:val="-10"/>
          <w:sz w:val="24"/>
        </w:rPr>
        <w:t>b. Ranah Non-Akademik</w:t>
      </w:r>
    </w:p>
    <w:p w14:paraId="54FE4BF6" w14:textId="77777777" w:rsidR="00F925E9" w:rsidRDefault="00000000">
      <w:pPr>
        <w:autoSpaceDE w:val="0"/>
        <w:autoSpaceDN w:val="0"/>
        <w:spacing w:before="240" w:after="0" w:line="224" w:lineRule="exact"/>
        <w:ind w:right="4498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a) Olahraga dan kebugaran fisik;</w:t>
      </w:r>
    </w:p>
    <w:p w14:paraId="3AB50052" w14:textId="77777777" w:rsidR="00F925E9" w:rsidRDefault="00000000">
      <w:pPr>
        <w:autoSpaceDE w:val="0"/>
        <w:autoSpaceDN w:val="0"/>
        <w:spacing w:before="704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13</w:t>
      </w:r>
    </w:p>
    <w:p w14:paraId="4CDA2F77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695BD4B9" w14:textId="77777777" w:rsidR="00F925E9" w:rsidRDefault="00F925E9">
      <w:pPr>
        <w:autoSpaceDE w:val="0"/>
        <w:autoSpaceDN w:val="0"/>
        <w:spacing w:after="0" w:line="220" w:lineRule="exact"/>
      </w:pPr>
    </w:p>
    <w:p w14:paraId="02FCBE03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351235C8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6A61872" w14:textId="77777777" w:rsidR="00F925E9" w:rsidRDefault="00000000">
      <w:pPr>
        <w:autoSpaceDE w:val="0"/>
        <w:autoSpaceDN w:val="0"/>
        <w:spacing w:before="634" w:after="0" w:line="226" w:lineRule="exact"/>
        <w:ind w:right="416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b) Seni musik, tari, rupa, dan teater;</w:t>
      </w:r>
    </w:p>
    <w:p w14:paraId="7D048F46" w14:textId="77777777" w:rsidR="00F925E9" w:rsidRDefault="00000000">
      <w:pPr>
        <w:autoSpaceDE w:val="0"/>
        <w:autoSpaceDN w:val="0"/>
        <w:spacing w:before="288" w:after="0" w:line="226" w:lineRule="exact"/>
        <w:ind w:right="388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c) Kepemimpinan dan keorganisasian;</w:t>
      </w:r>
    </w:p>
    <w:p w14:paraId="32F963AC" w14:textId="77777777" w:rsidR="00F925E9" w:rsidRDefault="00000000">
      <w:pPr>
        <w:autoSpaceDE w:val="0"/>
        <w:autoSpaceDN w:val="0"/>
        <w:spacing w:before="288" w:after="0" w:line="226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d) Kemampuan berbicara di depan umum (</w:t>
      </w:r>
      <w:r>
        <w:rPr>
          <w:rFonts w:ascii="Arial" w:eastAsia="Arial" w:hAnsi="Arial"/>
          <w:i/>
          <w:color w:val="000000"/>
          <w:spacing w:val="-10"/>
          <w:sz w:val="24"/>
        </w:rPr>
        <w:t>Public speaking</w:t>
      </w:r>
      <w:r>
        <w:rPr>
          <w:rFonts w:ascii="ArialMT" w:eastAsia="ArialMT" w:hAnsi="ArialMT"/>
          <w:color w:val="000000"/>
          <w:spacing w:val="-10"/>
          <w:sz w:val="24"/>
        </w:rPr>
        <w:t>) dan</w:t>
      </w:r>
    </w:p>
    <w:p w14:paraId="24717F0C" w14:textId="77777777" w:rsidR="00F925E9" w:rsidRDefault="00000000">
      <w:pPr>
        <w:autoSpaceDE w:val="0"/>
        <w:autoSpaceDN w:val="0"/>
        <w:spacing w:before="186" w:after="0" w:line="226" w:lineRule="exact"/>
        <w:ind w:right="4058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keterampilan menjadi pewara/MC;</w:t>
      </w:r>
    </w:p>
    <w:p w14:paraId="3123C6BA" w14:textId="77777777" w:rsidR="00F925E9" w:rsidRDefault="00000000">
      <w:pPr>
        <w:autoSpaceDE w:val="0"/>
        <w:autoSpaceDN w:val="0"/>
        <w:spacing w:before="288" w:after="0" w:line="226" w:lineRule="exact"/>
        <w:ind w:right="2430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e) Teknologi, komputer, dan pemrograman (</w:t>
      </w:r>
      <w:r>
        <w:rPr>
          <w:rFonts w:ascii="Arial" w:eastAsia="Arial" w:hAnsi="Arial"/>
          <w:i/>
          <w:color w:val="000000"/>
          <w:spacing w:val="-10"/>
          <w:sz w:val="24"/>
        </w:rPr>
        <w:t>coding</w:t>
      </w:r>
      <w:r>
        <w:rPr>
          <w:rFonts w:ascii="ArialMT" w:eastAsia="ArialMT" w:hAnsi="ArialMT"/>
          <w:color w:val="000000"/>
          <w:spacing w:val="-10"/>
          <w:sz w:val="24"/>
        </w:rPr>
        <w:t>);</w:t>
      </w:r>
    </w:p>
    <w:p w14:paraId="448B9F78" w14:textId="77777777" w:rsidR="00F925E9" w:rsidRDefault="00000000">
      <w:pPr>
        <w:tabs>
          <w:tab w:val="left" w:pos="3720"/>
        </w:tabs>
        <w:autoSpaceDE w:val="0"/>
        <w:autoSpaceDN w:val="0"/>
        <w:spacing w:before="292" w:after="0" w:line="226" w:lineRule="exact"/>
        <w:ind w:left="3360"/>
      </w:pPr>
      <w:r>
        <w:rPr>
          <w:rFonts w:ascii="ArialMT" w:eastAsia="ArialMT" w:hAnsi="ArialMT"/>
          <w:color w:val="000000"/>
          <w:spacing w:val="-10"/>
          <w:sz w:val="24"/>
        </w:rPr>
        <w:t xml:space="preserve">f)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Kewirausahaan dan keterampilan vokasional;</w:t>
      </w:r>
    </w:p>
    <w:p w14:paraId="3B718687" w14:textId="77777777" w:rsidR="00F925E9" w:rsidRDefault="00000000">
      <w:pPr>
        <w:autoSpaceDE w:val="0"/>
        <w:autoSpaceDN w:val="0"/>
        <w:spacing w:before="288" w:after="0" w:line="226" w:lineRule="exact"/>
        <w:ind w:right="4056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g) Kepedulian sosial dan lingkungan.</w:t>
      </w:r>
    </w:p>
    <w:p w14:paraId="0D42AAE9" w14:textId="77777777" w:rsidR="00F925E9" w:rsidRDefault="00000000">
      <w:pPr>
        <w:autoSpaceDE w:val="0"/>
        <w:autoSpaceDN w:val="0"/>
        <w:spacing w:before="288" w:after="0" w:line="178" w:lineRule="exact"/>
        <w:ind w:right="3758"/>
        <w:jc w:val="right"/>
      </w:pPr>
      <w:r>
        <w:rPr>
          <w:rFonts w:ascii="Arial" w:eastAsia="Arial" w:hAnsi="Arial"/>
          <w:b/>
          <w:color w:val="1A1A1A"/>
          <w:spacing w:val="-10"/>
          <w:sz w:val="24"/>
        </w:rPr>
        <w:t>c. Ranah Karakter dan Sosial-Emosional</w:t>
      </w:r>
    </w:p>
    <w:p w14:paraId="51A35328" w14:textId="77777777" w:rsidR="00F925E9" w:rsidRDefault="00000000">
      <w:pPr>
        <w:autoSpaceDE w:val="0"/>
        <w:autoSpaceDN w:val="0"/>
        <w:spacing w:before="234" w:after="0" w:line="226" w:lineRule="exact"/>
        <w:ind w:right="4058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a) Kemandirian dan tanggung jawab;</w:t>
      </w:r>
    </w:p>
    <w:p w14:paraId="01BA0D50" w14:textId="77777777" w:rsidR="00F925E9" w:rsidRDefault="00000000">
      <w:pPr>
        <w:autoSpaceDE w:val="0"/>
        <w:autoSpaceDN w:val="0"/>
        <w:spacing w:before="288" w:after="0" w:line="226" w:lineRule="exact"/>
        <w:ind w:right="5166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b) Kerja sama dan empati;</w:t>
      </w:r>
    </w:p>
    <w:p w14:paraId="599D5921" w14:textId="77777777" w:rsidR="00F925E9" w:rsidRDefault="00000000">
      <w:pPr>
        <w:autoSpaceDE w:val="0"/>
        <w:autoSpaceDN w:val="0"/>
        <w:spacing w:before="288" w:after="0" w:line="226" w:lineRule="exact"/>
        <w:ind w:right="1656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c) Rasa percaya diri dan keberanian tampil di depan publik.</w:t>
      </w:r>
    </w:p>
    <w:p w14:paraId="04712122" w14:textId="77777777" w:rsidR="00F925E9" w:rsidRDefault="00000000">
      <w:pPr>
        <w:autoSpaceDE w:val="0"/>
        <w:autoSpaceDN w:val="0"/>
        <w:spacing w:before="410" w:after="0" w:line="222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3. Rubrik Indikator Pengamatan Talenta</w:t>
      </w:r>
    </w:p>
    <w:p w14:paraId="0310CD2D" w14:textId="77777777" w:rsidR="00F925E9" w:rsidRDefault="00000000">
      <w:pPr>
        <w:autoSpaceDE w:val="0"/>
        <w:autoSpaceDN w:val="0"/>
        <w:spacing w:before="174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Rubrik berikut membantu wali kelompok/fasilitator memberikan</w:t>
      </w:r>
    </w:p>
    <w:p w14:paraId="369BF730" w14:textId="77777777" w:rsidR="00F925E9" w:rsidRDefault="00000000">
      <w:pPr>
        <w:autoSpaceDE w:val="0"/>
        <w:autoSpaceDN w:val="0"/>
        <w:spacing w:before="190" w:after="328" w:line="226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catatan yang lebih operasional dan tidak sekadar bersifat opini umum.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108"/>
        <w:gridCol w:w="3648"/>
        <w:gridCol w:w="3604"/>
      </w:tblGrid>
      <w:tr w:rsidR="00F925E9" w14:paraId="38FE9C28" w14:textId="77777777">
        <w:trPr>
          <w:trHeight w:hRule="exact" w:val="999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866BCFE" w14:textId="77777777" w:rsidR="00F925E9" w:rsidRDefault="00000000">
            <w:pPr>
              <w:autoSpaceDE w:val="0"/>
              <w:autoSpaceDN w:val="0"/>
              <w:spacing w:before="318" w:after="0" w:line="17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Ranah Talenta</w:t>
            </w:r>
          </w:p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86D0A81" w14:textId="77777777" w:rsidR="00F925E9" w:rsidRDefault="00000000">
            <w:pPr>
              <w:autoSpaceDE w:val="0"/>
              <w:autoSpaceDN w:val="0"/>
              <w:spacing w:before="318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Indikator yang Dapat Diamati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A38D379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Konteks Kegiatan</w:t>
            </w:r>
          </w:p>
          <w:p w14:paraId="0115B648" w14:textId="77777777" w:rsidR="00F925E9" w:rsidRDefault="00000000">
            <w:pPr>
              <w:autoSpaceDE w:val="0"/>
              <w:autoSpaceDN w:val="0"/>
              <w:spacing w:before="19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Pengamatan</w:t>
            </w:r>
          </w:p>
        </w:tc>
      </w:tr>
      <w:tr w:rsidR="00F925E9" w14:paraId="6FF5DD3A" w14:textId="77777777">
        <w:trPr>
          <w:trHeight w:hRule="exact" w:val="1795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AB9869F" w14:textId="77777777" w:rsidR="00F925E9" w:rsidRDefault="00000000">
            <w:pPr>
              <w:autoSpaceDE w:val="0"/>
              <w:autoSpaceDN w:val="0"/>
              <w:spacing w:before="726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Literasi/Numerasi</w:t>
            </w:r>
          </w:p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A6E49C4" w14:textId="77777777" w:rsidR="00F925E9" w:rsidRDefault="00000000">
            <w:pPr>
              <w:autoSpaceDE w:val="0"/>
              <w:autoSpaceDN w:val="0"/>
              <w:spacing w:before="10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Cepat memahami instruksi</w:t>
            </w:r>
          </w:p>
          <w:p w14:paraId="5410D365" w14:textId="77777777" w:rsidR="00F925E9" w:rsidRDefault="00000000">
            <w:pPr>
              <w:autoSpaceDE w:val="0"/>
              <w:autoSpaceDN w:val="0"/>
              <w:spacing w:before="19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tertulis; senang</w:t>
            </w:r>
          </w:p>
          <w:p w14:paraId="248AB8D0" w14:textId="77777777" w:rsidR="00F925E9" w:rsidRDefault="00000000">
            <w:pPr>
              <w:autoSpaceDE w:val="0"/>
              <w:autoSpaceDN w:val="0"/>
              <w:spacing w:before="192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membaca/menghitung; aktif</w:t>
            </w:r>
          </w:p>
          <w:p w14:paraId="78E0C559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menjawab kuis.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1FFD39A" w14:textId="77777777" w:rsidR="00F925E9" w:rsidRDefault="00000000">
            <w:pPr>
              <w:autoSpaceDE w:val="0"/>
              <w:autoSpaceDN w:val="0"/>
              <w:spacing w:before="31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Amazing race, kuis</w:t>
            </w:r>
          </w:p>
          <w:p w14:paraId="2E65A6EB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kemadrasahan, lembar kerja</w:t>
            </w:r>
          </w:p>
          <w:p w14:paraId="0CC15566" w14:textId="77777777" w:rsidR="00F925E9" w:rsidRDefault="00000000">
            <w:pPr>
              <w:autoSpaceDE w:val="0"/>
              <w:autoSpaceDN w:val="0"/>
              <w:spacing w:before="19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sederhana</w:t>
            </w:r>
          </w:p>
        </w:tc>
      </w:tr>
      <w:tr w:rsidR="00F925E9" w14:paraId="121F406F" w14:textId="77777777">
        <w:trPr>
          <w:trHeight w:hRule="exact" w:val="1447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4634FC98" w14:textId="77777777" w:rsidR="00F925E9" w:rsidRDefault="00000000">
            <w:pPr>
              <w:autoSpaceDE w:val="0"/>
              <w:autoSpaceDN w:val="0"/>
              <w:spacing w:before="556" w:after="0" w:line="18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Tahfidz/Qur’an</w:t>
            </w:r>
          </w:p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79CB3D3D" w14:textId="77777777" w:rsidR="00F925E9" w:rsidRDefault="00000000">
            <w:pPr>
              <w:autoSpaceDE w:val="0"/>
              <w:autoSpaceDN w:val="0"/>
              <w:spacing w:after="0" w:line="382" w:lineRule="exact"/>
              <w:ind w:left="118" w:right="4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Lancar/hafal ayat tertentu;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antusias saat tadarus; suara</w:t>
            </w:r>
          </w:p>
          <w:p w14:paraId="04F94E31" w14:textId="77777777" w:rsidR="00F925E9" w:rsidRDefault="00000000">
            <w:pPr>
              <w:autoSpaceDE w:val="0"/>
              <w:autoSpaceDN w:val="0"/>
              <w:spacing w:before="20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merdu saat membaca.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B39592F" w14:textId="77777777" w:rsidR="00F925E9" w:rsidRDefault="00000000">
            <w:pPr>
              <w:autoSpaceDE w:val="0"/>
              <w:autoSpaceDN w:val="0"/>
              <w:spacing w:before="55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Tadarus pagi, sesi keagamaan</w:t>
            </w:r>
          </w:p>
        </w:tc>
      </w:tr>
      <w:tr w:rsidR="00F925E9" w14:paraId="60DC6839" w14:textId="77777777">
        <w:trPr>
          <w:trHeight w:hRule="exact" w:val="1375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3F7AC94" w14:textId="77777777" w:rsidR="00F925E9" w:rsidRDefault="00000000">
            <w:pPr>
              <w:autoSpaceDE w:val="0"/>
              <w:autoSpaceDN w:val="0"/>
              <w:spacing w:before="520" w:after="0" w:line="18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Seni &amp; Kreativitas</w:t>
            </w:r>
          </w:p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FA483D4" w14:textId="77777777" w:rsidR="00F925E9" w:rsidRDefault="00000000">
            <w:pPr>
              <w:autoSpaceDE w:val="0"/>
              <w:autoSpaceDN w:val="0"/>
              <w:spacing w:before="108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Aktif menggambar/mewarnai;</w:t>
            </w:r>
          </w:p>
          <w:p w14:paraId="45624298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gerak tari spontan; bernyanyi</w:t>
            </w:r>
          </w:p>
          <w:p w14:paraId="65A18E3E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dengan nada yang baik.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1DAD63D" w14:textId="77777777" w:rsidR="00F925E9" w:rsidRDefault="00000000">
            <w:pPr>
              <w:autoSpaceDE w:val="0"/>
              <w:autoSpaceDN w:val="0"/>
              <w:spacing w:before="318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Pentas ekspresi, proyek poster</w:t>
            </w:r>
          </w:p>
          <w:p w14:paraId="4359A359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</w:t>
            </w:r>
          </w:p>
        </w:tc>
      </w:tr>
      <w:tr w:rsidR="00F925E9" w14:paraId="1D003016" w14:textId="77777777">
        <w:trPr>
          <w:trHeight w:hRule="exact" w:val="1004"/>
        </w:trPr>
        <w:tc>
          <w:tcPr>
            <w:tcW w:w="2108" w:type="dxa"/>
            <w:tcBorders>
              <w:left w:val="single" w:sz="2" w:space="0" w:color="BDBDBD"/>
              <w:bottom w:val="single" w:sz="1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029729DA" w14:textId="77777777" w:rsidR="00F925E9" w:rsidRDefault="00000000">
            <w:pPr>
              <w:autoSpaceDE w:val="0"/>
              <w:autoSpaceDN w:val="0"/>
              <w:spacing w:before="352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Kepemimpinan</w:t>
            </w:r>
          </w:p>
        </w:tc>
        <w:tc>
          <w:tcPr>
            <w:tcW w:w="3648" w:type="dxa"/>
            <w:tcBorders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7C2D4D2F" w14:textId="77777777" w:rsidR="00F925E9" w:rsidRDefault="00000000">
            <w:pPr>
              <w:autoSpaceDE w:val="0"/>
              <w:autoSpaceDN w:val="0"/>
              <w:spacing w:after="0" w:line="388" w:lineRule="exact"/>
              <w:ind w:left="118" w:right="4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Mengoordinasikan teman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dalam kelompok; berinisiatif</w:t>
            </w:r>
          </w:p>
        </w:tc>
        <w:tc>
          <w:tcPr>
            <w:tcW w:w="3604" w:type="dxa"/>
            <w:tcBorders>
              <w:left w:val="single" w:sz="1" w:space="0" w:color="BDBDBD"/>
              <w:bottom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0F6FEBB" w14:textId="77777777" w:rsidR="00F925E9" w:rsidRDefault="00000000">
            <w:pPr>
              <w:autoSpaceDE w:val="0"/>
              <w:autoSpaceDN w:val="0"/>
              <w:spacing w:before="14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Kerja kelompok, permainan</w:t>
            </w:r>
          </w:p>
          <w:p w14:paraId="4E974A0A" w14:textId="77777777" w:rsidR="00F925E9" w:rsidRDefault="00000000">
            <w:pPr>
              <w:autoSpaceDE w:val="0"/>
              <w:autoSpaceDN w:val="0"/>
              <w:spacing w:before="188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estafet</w:t>
            </w:r>
          </w:p>
        </w:tc>
      </w:tr>
    </w:tbl>
    <w:p w14:paraId="2B41764A" w14:textId="77777777" w:rsidR="00F925E9" w:rsidRDefault="00000000">
      <w:pPr>
        <w:autoSpaceDE w:val="0"/>
        <w:autoSpaceDN w:val="0"/>
        <w:spacing w:before="624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14</w:t>
      </w:r>
    </w:p>
    <w:p w14:paraId="0963B480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51104E24" w14:textId="77777777" w:rsidR="00F925E9" w:rsidRDefault="00F925E9">
      <w:pPr>
        <w:autoSpaceDE w:val="0"/>
        <w:autoSpaceDN w:val="0"/>
        <w:spacing w:after="0" w:line="220" w:lineRule="exact"/>
      </w:pPr>
    </w:p>
    <w:p w14:paraId="7992AB64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AC62640" w14:textId="77777777" w:rsidR="00F925E9" w:rsidRDefault="00000000">
      <w:pPr>
        <w:autoSpaceDE w:val="0"/>
        <w:autoSpaceDN w:val="0"/>
        <w:spacing w:after="618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108"/>
        <w:gridCol w:w="3648"/>
        <w:gridCol w:w="3604"/>
      </w:tblGrid>
      <w:tr w:rsidR="00F925E9" w14:paraId="6C59340D" w14:textId="77777777">
        <w:trPr>
          <w:trHeight w:hRule="exact" w:val="964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EB60FBB" w14:textId="77777777" w:rsidR="00F925E9" w:rsidRDefault="00000000">
            <w:pPr>
              <w:autoSpaceDE w:val="0"/>
              <w:autoSpaceDN w:val="0"/>
              <w:spacing w:before="31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Ranah Talenta</w:t>
            </w:r>
          </w:p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98678C3" w14:textId="77777777" w:rsidR="00F925E9" w:rsidRDefault="00000000">
            <w:pPr>
              <w:autoSpaceDE w:val="0"/>
              <w:autoSpaceDN w:val="0"/>
              <w:spacing w:before="318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Indikator yang Dapat Diamati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6D3A630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Konteks Kegiatan</w:t>
            </w:r>
          </w:p>
          <w:p w14:paraId="509B2EA4" w14:textId="77777777" w:rsidR="00F925E9" w:rsidRDefault="00000000">
            <w:pPr>
              <w:autoSpaceDE w:val="0"/>
              <w:autoSpaceDN w:val="0"/>
              <w:spacing w:before="19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Pengamatan</w:t>
            </w:r>
          </w:p>
        </w:tc>
      </w:tr>
      <w:tr w:rsidR="00F925E9" w14:paraId="284C584B" w14:textId="77777777">
        <w:trPr>
          <w:trHeight w:hRule="exact" w:val="1034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352EB4D5" w14:textId="77777777" w:rsidR="00F925E9" w:rsidRDefault="00F925E9"/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5BDC2E9D" w14:textId="77777777" w:rsidR="00F925E9" w:rsidRDefault="00000000">
            <w:pPr>
              <w:autoSpaceDE w:val="0"/>
              <w:autoSpaceDN w:val="0"/>
              <w:spacing w:before="14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mengambil keputusan</w:t>
            </w:r>
          </w:p>
          <w:p w14:paraId="28F511B5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kelompok.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CB509F8" w14:textId="77777777" w:rsidR="00F925E9" w:rsidRDefault="00F925E9"/>
        </w:tc>
      </w:tr>
      <w:tr w:rsidR="00F925E9" w14:paraId="0CC16367" w14:textId="77777777">
        <w:trPr>
          <w:trHeight w:hRule="exact" w:val="1376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3E40FFD" w14:textId="77777777" w:rsidR="00F925E9" w:rsidRDefault="00000000">
            <w:pPr>
              <w:autoSpaceDE w:val="0"/>
              <w:autoSpaceDN w:val="0"/>
              <w:spacing w:before="520" w:after="0" w:line="224" w:lineRule="exact"/>
              <w:ind w:left="118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Public Speaking</w:t>
            </w:r>
          </w:p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F460F1D" w14:textId="77777777" w:rsidR="00F925E9" w:rsidRDefault="00000000">
            <w:pPr>
              <w:autoSpaceDE w:val="0"/>
              <w:autoSpaceDN w:val="0"/>
              <w:spacing w:before="110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Berani tampil di depan; lancar</w:t>
            </w:r>
          </w:p>
          <w:p w14:paraId="2DBE99D6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berbicara; intonasi jelas saat</w:t>
            </w:r>
          </w:p>
          <w:p w14:paraId="04207978" w14:textId="77777777" w:rsidR="00F925E9" w:rsidRDefault="00000000">
            <w:pPr>
              <w:autoSpaceDE w:val="0"/>
              <w:autoSpaceDN w:val="0"/>
              <w:spacing w:before="192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presentasi.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CE09216" w14:textId="77777777" w:rsidR="00F925E9" w:rsidRDefault="00000000">
            <w:pPr>
              <w:autoSpaceDE w:val="0"/>
              <w:autoSpaceDN w:val="0"/>
              <w:spacing w:before="316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Presentasi kelompok,</w:t>
            </w:r>
          </w:p>
          <w:p w14:paraId="7E51373F" w14:textId="77777777" w:rsidR="00F925E9" w:rsidRDefault="00000000">
            <w:pPr>
              <w:autoSpaceDE w:val="0"/>
              <w:autoSpaceDN w:val="0"/>
              <w:spacing w:before="194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perkenalan diri</w:t>
            </w:r>
          </w:p>
        </w:tc>
      </w:tr>
      <w:tr w:rsidR="00F925E9" w14:paraId="1B47444E" w14:textId="77777777">
        <w:trPr>
          <w:trHeight w:hRule="exact" w:val="1445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720F0F1A" w14:textId="77777777" w:rsidR="00F925E9" w:rsidRDefault="00000000">
            <w:pPr>
              <w:autoSpaceDE w:val="0"/>
              <w:autoSpaceDN w:val="0"/>
              <w:spacing w:before="554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Olahraga</w:t>
            </w:r>
          </w:p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46C34A7C" w14:textId="77777777" w:rsidR="00F925E9" w:rsidRDefault="00000000">
            <w:pPr>
              <w:autoSpaceDE w:val="0"/>
              <w:autoSpaceDN w:val="0"/>
              <w:spacing w:after="0" w:line="396" w:lineRule="exact"/>
              <w:ind w:left="118" w:right="28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Gerak lincah; unggul dalam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permainan fisik; cepat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memahami aturan permainan.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D0D6292" w14:textId="77777777" w:rsidR="00F925E9" w:rsidRDefault="00000000">
            <w:pPr>
              <w:autoSpaceDE w:val="0"/>
              <w:autoSpaceDN w:val="0"/>
              <w:spacing w:before="348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Ice breaking fisik, permainan</w:t>
            </w:r>
          </w:p>
          <w:p w14:paraId="158B479E" w14:textId="77777777" w:rsidR="00F925E9" w:rsidRDefault="00000000">
            <w:pPr>
              <w:autoSpaceDE w:val="0"/>
              <w:autoSpaceDN w:val="0"/>
              <w:spacing w:before="188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estafet</w:t>
            </w:r>
          </w:p>
        </w:tc>
      </w:tr>
      <w:tr w:rsidR="00F925E9" w14:paraId="3139037A" w14:textId="77777777">
        <w:trPr>
          <w:trHeight w:hRule="exact" w:val="1377"/>
        </w:trPr>
        <w:tc>
          <w:tcPr>
            <w:tcW w:w="2108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81417E4" w14:textId="77777777" w:rsidR="00F925E9" w:rsidRDefault="00000000">
            <w:pPr>
              <w:autoSpaceDE w:val="0"/>
              <w:autoSpaceDN w:val="0"/>
              <w:spacing w:before="522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Saintek</w:t>
            </w:r>
          </w:p>
        </w:tc>
        <w:tc>
          <w:tcPr>
            <w:tcW w:w="3648" w:type="dxa"/>
            <w:tcBorders>
              <w:left w:val="single" w:sz="1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5E5381B" w14:textId="77777777" w:rsidR="00F925E9" w:rsidRDefault="00000000">
            <w:pPr>
              <w:autoSpaceDE w:val="0"/>
              <w:autoSpaceDN w:val="0"/>
              <w:spacing w:before="112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Tertarik dan cepat memahami</w:t>
            </w:r>
          </w:p>
          <w:p w14:paraId="55A63913" w14:textId="77777777" w:rsidR="00F925E9" w:rsidRDefault="00000000">
            <w:pPr>
              <w:autoSpaceDE w:val="0"/>
              <w:autoSpaceDN w:val="0"/>
              <w:spacing w:before="4" w:after="0" w:line="412" w:lineRule="exact"/>
              <w:ind w:left="118" w:right="4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penggunaan gawai/aplikasi;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aktif bertanya soal teknologi.</w:t>
            </w:r>
          </w:p>
        </w:tc>
        <w:tc>
          <w:tcPr>
            <w:tcW w:w="3604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4E882DD" w14:textId="77777777" w:rsidR="00F925E9" w:rsidRDefault="00000000">
            <w:pPr>
              <w:autoSpaceDE w:val="0"/>
              <w:autoSpaceDN w:val="0"/>
              <w:spacing w:before="316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 literasi digital, pendaftaran</w:t>
            </w:r>
          </w:p>
          <w:p w14:paraId="46F146E1" w14:textId="77777777" w:rsidR="00F925E9" w:rsidRDefault="00000000">
            <w:pPr>
              <w:autoSpaceDE w:val="0"/>
              <w:autoSpaceDN w:val="0"/>
              <w:spacing w:before="188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CKG</w:t>
            </w:r>
          </w:p>
        </w:tc>
      </w:tr>
      <w:tr w:rsidR="00F925E9" w14:paraId="3E4BC7EB" w14:textId="77777777">
        <w:trPr>
          <w:trHeight w:hRule="exact" w:val="1418"/>
        </w:trPr>
        <w:tc>
          <w:tcPr>
            <w:tcW w:w="2108" w:type="dxa"/>
            <w:tcBorders>
              <w:left w:val="single" w:sz="2" w:space="0" w:color="BDBDBD"/>
              <w:bottom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73471BB6" w14:textId="77777777" w:rsidR="00F925E9" w:rsidRDefault="00000000">
            <w:pPr>
              <w:autoSpaceDE w:val="0"/>
              <w:autoSpaceDN w:val="0"/>
              <w:spacing w:before="55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Sosial &amp; Empati</w:t>
            </w:r>
          </w:p>
        </w:tc>
        <w:tc>
          <w:tcPr>
            <w:tcW w:w="3648" w:type="dxa"/>
            <w:tcBorders>
              <w:left w:val="single" w:sz="1" w:space="0" w:color="BDBDBD"/>
              <w:bottom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09FEFE65" w14:textId="77777777" w:rsidR="00F925E9" w:rsidRDefault="00000000">
            <w:pPr>
              <w:autoSpaceDE w:val="0"/>
              <w:autoSpaceDN w:val="0"/>
              <w:spacing w:before="14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Membantu teman yang</w:t>
            </w:r>
          </w:p>
          <w:p w14:paraId="1672241D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kesulitan; peduli terhadap</w:t>
            </w:r>
          </w:p>
          <w:p w14:paraId="33E02196" w14:textId="77777777" w:rsidR="00F925E9" w:rsidRDefault="00000000">
            <w:pPr>
              <w:autoSpaceDE w:val="0"/>
              <w:autoSpaceDN w:val="0"/>
              <w:spacing w:before="190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kebersihan/lingkungan.</w:t>
            </w:r>
          </w:p>
        </w:tc>
        <w:tc>
          <w:tcPr>
            <w:tcW w:w="3604" w:type="dxa"/>
            <w:tcBorders>
              <w:left w:val="single" w:sz="1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875420C" w14:textId="77777777" w:rsidR="00F925E9" w:rsidRDefault="00000000">
            <w:pPr>
              <w:autoSpaceDE w:val="0"/>
              <w:autoSpaceDN w:val="0"/>
              <w:spacing w:before="348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Aksi ASRI, kerja kelompok,</w:t>
            </w:r>
          </w:p>
          <w:p w14:paraId="057395F0" w14:textId="77777777" w:rsidR="00F925E9" w:rsidRDefault="00000000">
            <w:pPr>
              <w:autoSpaceDE w:val="0"/>
              <w:autoSpaceDN w:val="0"/>
              <w:spacing w:before="19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observasi keseharian</w:t>
            </w:r>
          </w:p>
        </w:tc>
      </w:tr>
    </w:tbl>
    <w:p w14:paraId="7C4150E5" w14:textId="77777777" w:rsidR="00F925E9" w:rsidRDefault="00000000">
      <w:pPr>
        <w:autoSpaceDE w:val="0"/>
        <w:autoSpaceDN w:val="0"/>
        <w:spacing w:before="278" w:after="0" w:line="174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4. Instrumen dan Metode Pemetaan</w:t>
      </w:r>
    </w:p>
    <w:p w14:paraId="70C948D1" w14:textId="77777777" w:rsidR="00F925E9" w:rsidRDefault="00000000">
      <w:pPr>
        <w:autoSpaceDE w:val="0"/>
        <w:autoSpaceDN w:val="0"/>
        <w:spacing w:before="222" w:after="0" w:line="224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a. Observasi terstruktur selama seluruh rangkaian aktivitas Matamuda,</w:t>
      </w:r>
    </w:p>
    <w:p w14:paraId="74FB5BDB" w14:textId="77777777" w:rsidR="00F925E9" w:rsidRDefault="00000000">
      <w:pPr>
        <w:autoSpaceDE w:val="0"/>
        <w:autoSpaceDN w:val="0"/>
        <w:spacing w:before="188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dengan panitia/wali kelompok mengisi Lembar Pengamatan Talenta</w:t>
      </w:r>
    </w:p>
    <w:p w14:paraId="69FFC9FB" w14:textId="77777777" w:rsidR="00F925E9" w:rsidRDefault="00000000">
      <w:pPr>
        <w:autoSpaceDE w:val="0"/>
        <w:autoSpaceDN w:val="0"/>
        <w:spacing w:before="186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setiap hari (lihat Lampiran 1);</w:t>
      </w:r>
    </w:p>
    <w:p w14:paraId="14F491E8" w14:textId="77777777" w:rsidR="00F925E9" w:rsidRDefault="00000000">
      <w:pPr>
        <w:autoSpaceDE w:val="0"/>
        <w:autoSpaceDN w:val="0"/>
        <w:spacing w:before="288" w:after="0" w:line="226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b. Sesi “Kenalkan Bakatmu” atau mini unjuk bakat sebagai salah satu</w:t>
      </w:r>
    </w:p>
    <w:p w14:paraId="058E1E18" w14:textId="77777777" w:rsidR="00F925E9" w:rsidRDefault="00000000">
      <w:pPr>
        <w:autoSpaceDE w:val="0"/>
        <w:autoSpaceDN w:val="0"/>
        <w:spacing w:before="196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aktivitas wajib selama Matamuda;</w:t>
      </w:r>
    </w:p>
    <w:p w14:paraId="382523A9" w14:textId="77777777" w:rsidR="00F925E9" w:rsidRDefault="00000000">
      <w:pPr>
        <w:autoSpaceDE w:val="0"/>
        <w:autoSpaceDN w:val="0"/>
        <w:spacing w:before="288" w:after="0" w:line="224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c. Wawancara santai dalam kelompok kecil (</w:t>
      </w:r>
      <w:r>
        <w:rPr>
          <w:rFonts w:ascii="Arial" w:eastAsia="Arial" w:hAnsi="Arial"/>
          <w:i/>
          <w:color w:val="000000"/>
          <w:spacing w:val="-10"/>
          <w:sz w:val="24"/>
        </w:rPr>
        <w:t>sharing circle</w:t>
      </w:r>
      <w:r>
        <w:rPr>
          <w:rFonts w:ascii="ArialMT" w:eastAsia="ArialMT" w:hAnsi="ArialMT"/>
          <w:color w:val="000000"/>
          <w:spacing w:val="-10"/>
          <w:sz w:val="24"/>
        </w:rPr>
        <w:t>) mengenai</w:t>
      </w:r>
    </w:p>
    <w:p w14:paraId="03D5D2EE" w14:textId="77777777" w:rsidR="00F925E9" w:rsidRDefault="00000000">
      <w:pPr>
        <w:autoSpaceDE w:val="0"/>
        <w:autoSpaceDN w:val="0"/>
        <w:spacing w:before="188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minat, cita-cita, dan kegiatan favorit murid;</w:t>
      </w:r>
    </w:p>
    <w:p w14:paraId="3D09A158" w14:textId="77777777" w:rsidR="00F925E9" w:rsidRDefault="00000000">
      <w:pPr>
        <w:autoSpaceDE w:val="0"/>
        <w:autoSpaceDN w:val="0"/>
        <w:spacing w:before="288" w:after="0" w:line="226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d. Pengisian Form Profil Belajar Siswa (PBS) yang diperluas dengan kolom</w:t>
      </w:r>
    </w:p>
    <w:p w14:paraId="357F7F3E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minat dan bakat, sebagaimana diatur dalam Petunjuk Teknis;</w:t>
      </w:r>
    </w:p>
    <w:p w14:paraId="774131EE" w14:textId="77777777" w:rsidR="00F925E9" w:rsidRDefault="00000000">
      <w:pPr>
        <w:autoSpaceDE w:val="0"/>
        <w:autoSpaceDN w:val="0"/>
        <w:spacing w:before="288" w:after="0" w:line="226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e. Pengamatan berkelanjutan oleh wali kelas/guru pendamping kelompok</w:t>
      </w:r>
    </w:p>
    <w:p w14:paraId="1B257172" w14:textId="77777777" w:rsidR="00F925E9" w:rsidRDefault="00000000">
      <w:pPr>
        <w:autoSpaceDE w:val="0"/>
        <w:autoSpaceDN w:val="0"/>
        <w:spacing w:before="196" w:after="0" w:line="218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selama seluruh hari pelaksanaan Matamuda;</w:t>
      </w:r>
    </w:p>
    <w:p w14:paraId="067DF12B" w14:textId="77777777" w:rsidR="00F925E9" w:rsidRDefault="00000000">
      <w:pPr>
        <w:autoSpaceDE w:val="0"/>
        <w:autoSpaceDN w:val="0"/>
        <w:spacing w:before="1148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15</w:t>
      </w:r>
    </w:p>
    <w:p w14:paraId="2899AE6D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2AC56118" w14:textId="77777777" w:rsidR="00F925E9" w:rsidRDefault="00F925E9">
      <w:pPr>
        <w:autoSpaceDE w:val="0"/>
        <w:autoSpaceDN w:val="0"/>
        <w:spacing w:after="0" w:line="220" w:lineRule="exact"/>
      </w:pPr>
    </w:p>
    <w:p w14:paraId="712A92DC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950E428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7F4D8B19" w14:textId="77777777" w:rsidR="00F925E9" w:rsidRDefault="00000000">
      <w:pPr>
        <w:tabs>
          <w:tab w:val="left" w:pos="2640"/>
        </w:tabs>
        <w:autoSpaceDE w:val="0"/>
        <w:autoSpaceDN w:val="0"/>
        <w:spacing w:before="372" w:after="0" w:line="438" w:lineRule="exact"/>
        <w:ind w:left="228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f.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Apresiasi spontan (memberi pujian/penghargaan kecil) ketika murid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menunjukkan suatu keunggulan, sebagai dorongan positif sekaligus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penanda dalam catatan pengamatan.</w:t>
      </w:r>
    </w:p>
    <w:p w14:paraId="5CDE439A" w14:textId="77777777" w:rsidR="00F925E9" w:rsidRDefault="00000000">
      <w:pPr>
        <w:autoSpaceDE w:val="0"/>
        <w:autoSpaceDN w:val="0"/>
        <w:spacing w:before="412" w:after="152" w:line="226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5. Contoh Skenario Pengamatan per Hari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852"/>
        <w:gridCol w:w="8508"/>
      </w:tblGrid>
      <w:tr w:rsidR="00F925E9" w14:paraId="500F8D34" w14:textId="77777777">
        <w:trPr>
          <w:trHeight w:hRule="exact" w:val="581"/>
        </w:trPr>
        <w:tc>
          <w:tcPr>
            <w:tcW w:w="85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5D45F28" w14:textId="77777777" w:rsidR="00F925E9" w:rsidRDefault="00000000">
            <w:pPr>
              <w:autoSpaceDE w:val="0"/>
              <w:autoSpaceDN w:val="0"/>
              <w:spacing w:before="110" w:after="0" w:line="17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Hari</w:t>
            </w:r>
          </w:p>
        </w:tc>
        <w:tc>
          <w:tcPr>
            <w:tcW w:w="850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F53772B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Fokus Pengamatan Talenta</w:t>
            </w:r>
          </w:p>
        </w:tc>
      </w:tr>
      <w:tr w:rsidR="00F925E9" w14:paraId="2A69261E" w14:textId="77777777">
        <w:trPr>
          <w:trHeight w:hRule="exact" w:val="962"/>
        </w:trPr>
        <w:tc>
          <w:tcPr>
            <w:tcW w:w="85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FA8E2E5" w14:textId="77777777" w:rsidR="00F925E9" w:rsidRDefault="00000000">
            <w:pPr>
              <w:autoSpaceDE w:val="0"/>
              <w:autoSpaceDN w:val="0"/>
              <w:spacing w:before="322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</w:t>
            </w:r>
          </w:p>
        </w:tc>
        <w:tc>
          <w:tcPr>
            <w:tcW w:w="850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D1577AF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Pengamatan awal: kepercayaan diri saat perkenalan diri, gaya komunikasi,</w:t>
            </w:r>
          </w:p>
          <w:p w14:paraId="0B9D3E3B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 respons terhadap lingkungan baru.</w:t>
            </w:r>
          </w:p>
        </w:tc>
      </w:tr>
      <w:tr w:rsidR="00F925E9" w14:paraId="4356F159" w14:textId="77777777">
        <w:trPr>
          <w:trHeight w:hRule="exact" w:val="1039"/>
        </w:trPr>
        <w:tc>
          <w:tcPr>
            <w:tcW w:w="85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EE807B8" w14:textId="77777777" w:rsidR="00F925E9" w:rsidRDefault="00000000">
            <w:pPr>
              <w:autoSpaceDE w:val="0"/>
              <w:autoSpaceDN w:val="0"/>
              <w:spacing w:before="352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2</w:t>
            </w:r>
          </w:p>
        </w:tc>
        <w:tc>
          <w:tcPr>
            <w:tcW w:w="8508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67CE7DF" w14:textId="77777777" w:rsidR="00F925E9" w:rsidRDefault="00000000">
            <w:pPr>
              <w:autoSpaceDE w:val="0"/>
              <w:autoSpaceDN w:val="0"/>
              <w:spacing w:before="142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Pengamatan pada sesi bermain peran (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role play)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 dan bercerita: ekspresi,</w:t>
            </w:r>
          </w:p>
          <w:p w14:paraId="40D84189" w14:textId="77777777" w:rsidR="00F925E9" w:rsidRDefault="00000000">
            <w:pPr>
              <w:autoSpaceDE w:val="0"/>
              <w:autoSpaceDN w:val="0"/>
              <w:spacing w:before="196" w:after="0" w:line="218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keberanian tampil, dan pemahaman nilai.</w:t>
            </w:r>
          </w:p>
        </w:tc>
      </w:tr>
      <w:tr w:rsidR="00F925E9" w14:paraId="471607BF" w14:textId="77777777">
        <w:trPr>
          <w:trHeight w:hRule="exact" w:val="952"/>
        </w:trPr>
        <w:tc>
          <w:tcPr>
            <w:tcW w:w="85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975AF3B" w14:textId="77777777" w:rsidR="00F925E9" w:rsidRDefault="00000000">
            <w:pPr>
              <w:autoSpaceDE w:val="0"/>
              <w:autoSpaceDN w:val="0"/>
              <w:spacing w:before="31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3</w:t>
            </w:r>
          </w:p>
        </w:tc>
        <w:tc>
          <w:tcPr>
            <w:tcW w:w="850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2D06AB6" w14:textId="77777777" w:rsidR="00F925E9" w:rsidRDefault="00000000">
            <w:pPr>
              <w:autoSpaceDE w:val="0"/>
              <w:autoSpaceDN w:val="0"/>
              <w:spacing w:before="10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Pengamatan pada simulasi kasus dan diskusi kelompok: kepekaan sosial,</w:t>
            </w:r>
          </w:p>
          <w:p w14:paraId="009AA0C3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kepemimpinan, dan kemampuan berargumen.</w:t>
            </w:r>
          </w:p>
        </w:tc>
      </w:tr>
      <w:tr w:rsidR="00F925E9" w14:paraId="26AAEB97" w14:textId="77777777">
        <w:trPr>
          <w:trHeight w:hRule="exact" w:val="1039"/>
        </w:trPr>
        <w:tc>
          <w:tcPr>
            <w:tcW w:w="85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333F8FD" w14:textId="77777777" w:rsidR="00F925E9" w:rsidRDefault="00000000">
            <w:pPr>
              <w:autoSpaceDE w:val="0"/>
              <w:autoSpaceDN w:val="0"/>
              <w:spacing w:before="360" w:after="0" w:line="17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4</w:t>
            </w:r>
          </w:p>
        </w:tc>
        <w:tc>
          <w:tcPr>
            <w:tcW w:w="8508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BE3D59A" w14:textId="77777777" w:rsidR="00F925E9" w:rsidRDefault="00000000">
            <w:pPr>
              <w:autoSpaceDE w:val="0"/>
              <w:autoSpaceDN w:val="0"/>
              <w:spacing w:before="150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Pengamatan pada aktivitas luar ruang (menanam pohon, permainan fisik):</w:t>
            </w:r>
          </w:p>
          <w:p w14:paraId="1E867107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ketangkasan, kepedulian lingkungan, kerja sama tim.</w:t>
            </w:r>
          </w:p>
        </w:tc>
      </w:tr>
      <w:tr w:rsidR="00F925E9" w14:paraId="15B9F155" w14:textId="77777777">
        <w:trPr>
          <w:trHeight w:hRule="exact" w:val="952"/>
        </w:trPr>
        <w:tc>
          <w:tcPr>
            <w:tcW w:w="85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61CD5BA" w14:textId="77777777" w:rsidR="00F925E9" w:rsidRDefault="00000000">
            <w:pPr>
              <w:autoSpaceDE w:val="0"/>
              <w:autoSpaceDN w:val="0"/>
              <w:spacing w:before="320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5</w:t>
            </w:r>
          </w:p>
        </w:tc>
        <w:tc>
          <w:tcPr>
            <w:tcW w:w="850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B3FFA31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Pengamatan puncak pada Pentas Ekspresi Murid Baru: bakat seni,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 xml:space="preserve"> public</w:t>
            </w:r>
          </w:p>
          <w:p w14:paraId="006DF76E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6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speaking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, dan rasa percaya diri secara menyeluruh.</w:t>
            </w:r>
          </w:p>
        </w:tc>
      </w:tr>
    </w:tbl>
    <w:p w14:paraId="196C1077" w14:textId="77777777" w:rsidR="00F925E9" w:rsidRDefault="00000000">
      <w:pPr>
        <w:autoSpaceDE w:val="0"/>
        <w:autoSpaceDN w:val="0"/>
        <w:spacing w:before="296" w:after="116" w:line="220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6. Mekanisme Pencatatan dan Pelaporan</w:t>
      </w:r>
    </w:p>
    <w:tbl>
      <w:tblPr>
        <w:tblW w:w="0" w:type="auto"/>
        <w:tblInd w:w="1520" w:type="dxa"/>
        <w:tblLayout w:type="fixed"/>
        <w:tblLook w:val="04A0" w:firstRow="1" w:lastRow="0" w:firstColumn="1" w:lastColumn="0" w:noHBand="0" w:noVBand="1"/>
      </w:tblPr>
      <w:tblGrid>
        <w:gridCol w:w="2400"/>
        <w:gridCol w:w="1420"/>
        <w:gridCol w:w="1000"/>
        <w:gridCol w:w="1560"/>
        <w:gridCol w:w="860"/>
        <w:gridCol w:w="840"/>
        <w:gridCol w:w="1220"/>
      </w:tblGrid>
      <w:tr w:rsidR="00F925E9" w14:paraId="0498D759" w14:textId="77777777">
        <w:trPr>
          <w:trHeight w:hRule="exact" w:val="346"/>
        </w:trPr>
        <w:tc>
          <w:tcPr>
            <w:tcW w:w="2400" w:type="dxa"/>
            <w:tcMar>
              <w:left w:w="0" w:type="dxa"/>
              <w:right w:w="0" w:type="dxa"/>
            </w:tcMar>
          </w:tcPr>
          <w:p w14:paraId="61C06841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18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Setiap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2D6C5E98" w14:textId="77777777" w:rsidR="00F925E9" w:rsidRDefault="00000000">
            <w:pPr>
              <w:autoSpaceDE w:val="0"/>
              <w:autoSpaceDN w:val="0"/>
              <w:spacing w:before="64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3175A843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14:paraId="09C4F147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didampingi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6368E996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oleh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14:paraId="4AD6138E" w14:textId="77777777" w:rsidR="00F925E9" w:rsidRDefault="00000000">
            <w:pPr>
              <w:autoSpaceDE w:val="0"/>
              <w:autoSpaceDN w:val="0"/>
              <w:spacing w:before="66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satu</w:t>
            </w:r>
          </w:p>
        </w:tc>
        <w:tc>
          <w:tcPr>
            <w:tcW w:w="1220" w:type="dxa"/>
            <w:tcMar>
              <w:left w:w="0" w:type="dxa"/>
              <w:right w:w="0" w:type="dxa"/>
            </w:tcMar>
          </w:tcPr>
          <w:p w14:paraId="11B9164A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21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wali</w:t>
            </w:r>
          </w:p>
        </w:tc>
      </w:tr>
    </w:tbl>
    <w:p w14:paraId="768A293A" w14:textId="77777777" w:rsidR="00F925E9" w:rsidRDefault="00000000">
      <w:pPr>
        <w:autoSpaceDE w:val="0"/>
        <w:autoSpaceDN w:val="0"/>
        <w:spacing w:after="0" w:line="382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kelompok/fasilitator yang bertanggung jawab mencatat hasil pengamatan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pada Lembar Pengamatan Talenta. Koordinator Talenta dalam kepanitiaan</w:t>
      </w:r>
    </w:p>
    <w:p w14:paraId="2D5C833E" w14:textId="77777777" w:rsidR="00F925E9" w:rsidRDefault="00000000">
      <w:pPr>
        <w:autoSpaceDE w:val="0"/>
        <w:autoSpaceDN w:val="0"/>
        <w:spacing w:after="0" w:line="416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>merekapitulasi catatan tersebut dan menyusun “Peta Talenta Murid Baru”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per kelas pada akhir pelaksanaan Matamuda, sebagai bagian dari</w:t>
      </w:r>
    </w:p>
    <w:p w14:paraId="5123AE06" w14:textId="77777777" w:rsidR="00F925E9" w:rsidRDefault="00000000">
      <w:pPr>
        <w:autoSpaceDE w:val="0"/>
        <w:autoSpaceDN w:val="0"/>
        <w:spacing w:before="190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dokumen hasil Matamuda yang diserahkan kepada wali kelas dan Kepala</w:t>
      </w:r>
    </w:p>
    <w:p w14:paraId="60D8077A" w14:textId="77777777" w:rsidR="00F925E9" w:rsidRDefault="00000000">
      <w:pPr>
        <w:autoSpaceDE w:val="0"/>
        <w:autoSpaceDN w:val="0"/>
        <w:spacing w:before="190" w:after="0" w:line="176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Madrasah.</w:t>
      </w:r>
    </w:p>
    <w:p w14:paraId="5AA3B15B" w14:textId="77777777" w:rsidR="00F925E9" w:rsidRDefault="00000000">
      <w:pPr>
        <w:autoSpaceDE w:val="0"/>
        <w:autoSpaceDN w:val="0"/>
        <w:spacing w:before="208" w:after="0" w:line="414" w:lineRule="exact"/>
        <w:ind w:left="2334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Proses rekapitulasi disarankan menggunakan format sederhana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berupa tabel atau spreadsheet yang memuat nama murid, ranah talenta</w:t>
      </w:r>
    </w:p>
    <w:p w14:paraId="54D7C853" w14:textId="77777777" w:rsidR="00F925E9" w:rsidRDefault="00000000">
      <w:pPr>
        <w:autoSpaceDE w:val="0"/>
        <w:autoSpaceDN w:val="0"/>
        <w:spacing w:before="190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yang teramati, serta rekomendasi tindak lanjut, sehingga mudah diakses</w:t>
      </w:r>
    </w:p>
    <w:p w14:paraId="752CF0F0" w14:textId="77777777" w:rsidR="00F925E9" w:rsidRDefault="00000000">
      <w:pPr>
        <w:autoSpaceDE w:val="0"/>
        <w:autoSpaceDN w:val="0"/>
        <w:spacing w:before="192" w:after="0" w:line="222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dan digunakan oleh wali kelas pada awal tahun pelajaran.</w:t>
      </w:r>
    </w:p>
    <w:p w14:paraId="582430C1" w14:textId="77777777" w:rsidR="00F925E9" w:rsidRDefault="00000000">
      <w:pPr>
        <w:autoSpaceDE w:val="0"/>
        <w:autoSpaceDN w:val="0"/>
        <w:spacing w:before="1600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16</w:t>
      </w:r>
    </w:p>
    <w:p w14:paraId="7F6F48D5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6B4A02B8" w14:textId="77777777" w:rsidR="00F925E9" w:rsidRDefault="00F925E9">
      <w:pPr>
        <w:autoSpaceDE w:val="0"/>
        <w:autoSpaceDN w:val="0"/>
        <w:spacing w:after="0" w:line="220" w:lineRule="exact"/>
      </w:pPr>
    </w:p>
    <w:p w14:paraId="11574A0D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5CC09C47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64383B8A" w14:textId="77777777" w:rsidR="00F925E9" w:rsidRDefault="00000000">
      <w:pPr>
        <w:autoSpaceDE w:val="0"/>
        <w:autoSpaceDN w:val="0"/>
        <w:spacing w:before="640" w:after="0" w:line="178" w:lineRule="exact"/>
        <w:ind w:left="1974"/>
      </w:pPr>
      <w:r>
        <w:rPr>
          <w:rFonts w:ascii="Arial" w:eastAsia="Arial" w:hAnsi="Arial"/>
          <w:b/>
          <w:color w:val="000000"/>
          <w:spacing w:val="-10"/>
          <w:sz w:val="24"/>
        </w:rPr>
        <w:t>7. Pemanfaatan Hasil Pemetaan</w:t>
      </w:r>
    </w:p>
    <w:p w14:paraId="5C50FE9D" w14:textId="77777777" w:rsidR="00F925E9" w:rsidRDefault="00000000">
      <w:pPr>
        <w:autoSpaceDE w:val="0"/>
        <w:autoSpaceDN w:val="0"/>
        <w:spacing w:before="214" w:after="0" w:line="218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a. Dasar penempatan dan rekomendasi keikutsertaan ekstrakurikuler serta</w:t>
      </w:r>
    </w:p>
    <w:p w14:paraId="2A44B2F0" w14:textId="77777777" w:rsidR="00F925E9" w:rsidRDefault="00000000">
      <w:pPr>
        <w:autoSpaceDE w:val="0"/>
        <w:autoSpaceDN w:val="0"/>
        <w:spacing w:before="196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organisasi kesiswaan (OSIM/MPK);</w:t>
      </w:r>
    </w:p>
    <w:p w14:paraId="28917C3A" w14:textId="77777777" w:rsidR="00F925E9" w:rsidRDefault="00000000">
      <w:pPr>
        <w:tabs>
          <w:tab w:val="left" w:pos="2640"/>
        </w:tabs>
        <w:autoSpaceDE w:val="0"/>
        <w:autoSpaceDN w:val="0"/>
        <w:spacing w:before="98" w:after="0" w:line="414" w:lineRule="exact"/>
        <w:ind w:left="2280" w:right="1152"/>
      </w:pPr>
      <w:r>
        <w:rPr>
          <w:rFonts w:ascii="ArialMT" w:eastAsia="ArialMT" w:hAnsi="ArialMT"/>
          <w:color w:val="000000"/>
          <w:spacing w:val="-10"/>
          <w:sz w:val="24"/>
        </w:rPr>
        <w:t>b. Dasar pembinaan awal murid menuju kompetisi akademik maupun non-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akademik, seperti OMI, OSN, O2SN, dan ajang prestasi lainnya;</w:t>
      </w:r>
    </w:p>
    <w:p w14:paraId="70578B25" w14:textId="77777777" w:rsidR="00F925E9" w:rsidRDefault="00000000">
      <w:pPr>
        <w:tabs>
          <w:tab w:val="left" w:pos="2640"/>
        </w:tabs>
        <w:autoSpaceDE w:val="0"/>
        <w:autoSpaceDN w:val="0"/>
        <w:spacing w:before="102" w:after="0" w:line="412" w:lineRule="exact"/>
        <w:ind w:left="228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c. Bahan koordinasi wali kelas dengan guru Bimbingan Remaja Usia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Sekolah (BRUS) untuk pendampingan lanjutan;</w:t>
      </w:r>
    </w:p>
    <w:p w14:paraId="6981EE9E" w14:textId="77777777" w:rsidR="00F925E9" w:rsidRDefault="00000000">
      <w:pPr>
        <w:tabs>
          <w:tab w:val="left" w:pos="2640"/>
        </w:tabs>
        <w:autoSpaceDE w:val="0"/>
        <w:autoSpaceDN w:val="0"/>
        <w:spacing w:before="96" w:after="0" w:line="418" w:lineRule="exact"/>
        <w:ind w:left="228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Bahan komunikasi yang positif dan apresiatif dengan Orang Tua/Wali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Murid mengenai potensi anak;</w:t>
      </w:r>
    </w:p>
    <w:p w14:paraId="38AC1E0F" w14:textId="77777777" w:rsidR="00F925E9" w:rsidRDefault="00000000">
      <w:pPr>
        <w:autoSpaceDE w:val="0"/>
        <w:autoSpaceDN w:val="0"/>
        <w:spacing w:before="288" w:after="132" w:line="224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e. Bahan pemetaan kebutuhan pelatihan/pengembangan diri bagi guru</w:t>
      </w:r>
    </w:p>
    <w:tbl>
      <w:tblPr>
        <w:tblW w:w="0" w:type="auto"/>
        <w:tblInd w:w="1320" w:type="dxa"/>
        <w:tblLayout w:type="fixed"/>
        <w:tblLook w:val="04A0" w:firstRow="1" w:lastRow="0" w:firstColumn="1" w:lastColumn="0" w:noHBand="0" w:noVBand="1"/>
      </w:tblPr>
      <w:tblGrid>
        <w:gridCol w:w="2340"/>
        <w:gridCol w:w="1760"/>
        <w:gridCol w:w="680"/>
        <w:gridCol w:w="900"/>
        <w:gridCol w:w="1000"/>
        <w:gridCol w:w="800"/>
        <w:gridCol w:w="800"/>
        <w:gridCol w:w="1220"/>
      </w:tblGrid>
      <w:tr w:rsidR="00F925E9" w14:paraId="36E40BB1" w14:textId="77777777">
        <w:trPr>
          <w:trHeight w:hRule="exact" w:val="342"/>
        </w:trPr>
        <w:tc>
          <w:tcPr>
            <w:tcW w:w="2340" w:type="dxa"/>
            <w:tcMar>
              <w:left w:w="0" w:type="dxa"/>
              <w:right w:w="0" w:type="dxa"/>
            </w:tcMar>
          </w:tcPr>
          <w:p w14:paraId="3E09E630" w14:textId="77777777" w:rsidR="00F925E9" w:rsidRDefault="00000000">
            <w:pPr>
              <w:autoSpaceDE w:val="0"/>
              <w:autoSpaceDN w:val="0"/>
              <w:spacing w:before="60" w:after="0" w:line="218" w:lineRule="exact"/>
              <w:ind w:right="10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pembina</w:t>
            </w:r>
          </w:p>
        </w:tc>
        <w:tc>
          <w:tcPr>
            <w:tcW w:w="1760" w:type="dxa"/>
            <w:tcMar>
              <w:left w:w="0" w:type="dxa"/>
              <w:right w:w="0" w:type="dxa"/>
            </w:tcMar>
          </w:tcPr>
          <w:p w14:paraId="1CD096E2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ekstrakurikuler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</w:tcPr>
          <w:p w14:paraId="09390E9B" w14:textId="77777777" w:rsidR="00F925E9" w:rsidRDefault="00000000">
            <w:pPr>
              <w:autoSpaceDE w:val="0"/>
              <w:autoSpaceDN w:val="0"/>
              <w:spacing w:before="104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agar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6CF2141E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1DFAAB80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dengan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349216DB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minat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6383A2BA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220" w:type="dxa"/>
            <w:tcMar>
              <w:left w:w="0" w:type="dxa"/>
              <w:right w:w="0" w:type="dxa"/>
            </w:tcMar>
          </w:tcPr>
          <w:p w14:paraId="4C06AB3C" w14:textId="77777777" w:rsidR="00F925E9" w:rsidRDefault="00000000">
            <w:pPr>
              <w:autoSpaceDE w:val="0"/>
              <w:autoSpaceDN w:val="0"/>
              <w:spacing w:before="104" w:after="0" w:line="178" w:lineRule="exact"/>
              <w:ind w:left="10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</w:tr>
    </w:tbl>
    <w:p w14:paraId="65A1588B" w14:textId="77777777" w:rsidR="00F925E9" w:rsidRDefault="00000000">
      <w:pPr>
        <w:autoSpaceDE w:val="0"/>
        <w:autoSpaceDN w:val="0"/>
        <w:spacing w:before="128" w:after="0" w:line="17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teridentifikasi.</w:t>
      </w:r>
    </w:p>
    <w:p w14:paraId="79CEC521" w14:textId="77777777" w:rsidR="00F925E9" w:rsidRDefault="00000000">
      <w:pPr>
        <w:tabs>
          <w:tab w:val="left" w:pos="2334"/>
          <w:tab w:val="left" w:pos="3054"/>
        </w:tabs>
        <w:autoSpaceDE w:val="0"/>
        <w:autoSpaceDN w:val="0"/>
        <w:spacing w:before="274" w:after="132" w:line="408" w:lineRule="exact"/>
        <w:ind w:left="1974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8. Contoh Pelaksanaan Kegiatan: Pentas Ekspresi Murid Baru </w:t>
      </w:r>
      <w:r>
        <w:br/>
      </w:r>
      <w:r>
        <w:tab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Sebagai puncak rangkaian pemetaan talenta, madrasah disarankan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menyelenggarakan “Pentas Ekspresi Murid Baru” pada salah satu hari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pelaksanaan Matamuda, berupa unjuk bakat sederhana (menyanyi,</w:t>
      </w:r>
    </w:p>
    <w:tbl>
      <w:tblPr>
        <w:tblW w:w="0" w:type="auto"/>
        <w:tblInd w:w="1160" w:type="dxa"/>
        <w:tblLayout w:type="fixed"/>
        <w:tblLook w:val="04A0" w:firstRow="1" w:lastRow="0" w:firstColumn="1" w:lastColumn="0" w:noHBand="0" w:noVBand="1"/>
      </w:tblPr>
      <w:tblGrid>
        <w:gridCol w:w="2340"/>
        <w:gridCol w:w="780"/>
        <w:gridCol w:w="1220"/>
        <w:gridCol w:w="840"/>
        <w:gridCol w:w="620"/>
        <w:gridCol w:w="620"/>
        <w:gridCol w:w="1000"/>
        <w:gridCol w:w="940"/>
        <w:gridCol w:w="1300"/>
      </w:tblGrid>
      <w:tr w:rsidR="00F925E9" w14:paraId="3F25F16F" w14:textId="77777777">
        <w:trPr>
          <w:trHeight w:hRule="exact" w:val="346"/>
        </w:trPr>
        <w:tc>
          <w:tcPr>
            <w:tcW w:w="2340" w:type="dxa"/>
            <w:tcMar>
              <w:left w:w="0" w:type="dxa"/>
              <w:right w:w="0" w:type="dxa"/>
            </w:tcMar>
          </w:tcPr>
          <w:p w14:paraId="0C6D6DC4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right="112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membaca</w:t>
            </w:r>
          </w:p>
        </w:tc>
        <w:tc>
          <w:tcPr>
            <w:tcW w:w="780" w:type="dxa"/>
            <w:tcMar>
              <w:left w:w="0" w:type="dxa"/>
              <w:right w:w="0" w:type="dxa"/>
            </w:tcMar>
          </w:tcPr>
          <w:p w14:paraId="5D18A589" w14:textId="77777777" w:rsidR="00F925E9" w:rsidRDefault="00000000">
            <w:pPr>
              <w:autoSpaceDE w:val="0"/>
              <w:autoSpaceDN w:val="0"/>
              <w:spacing w:before="64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puisi,</w:t>
            </w:r>
          </w:p>
        </w:tc>
        <w:tc>
          <w:tcPr>
            <w:tcW w:w="1220" w:type="dxa"/>
            <w:tcMar>
              <w:left w:w="0" w:type="dxa"/>
              <w:right w:w="0" w:type="dxa"/>
            </w:tcMar>
          </w:tcPr>
          <w:p w14:paraId="15934E7E" w14:textId="77777777" w:rsidR="00F925E9" w:rsidRDefault="00000000">
            <w:pPr>
              <w:autoSpaceDE w:val="0"/>
              <w:autoSpaceDN w:val="0"/>
              <w:spacing w:before="64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bercerita,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14:paraId="4F36E375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gerak</w:t>
            </w:r>
          </w:p>
        </w:tc>
        <w:tc>
          <w:tcPr>
            <w:tcW w:w="620" w:type="dxa"/>
            <w:tcMar>
              <w:left w:w="0" w:type="dxa"/>
              <w:right w:w="0" w:type="dxa"/>
            </w:tcMar>
          </w:tcPr>
          <w:p w14:paraId="07C0D560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620" w:type="dxa"/>
            <w:tcMar>
              <w:left w:w="0" w:type="dxa"/>
              <w:right w:w="0" w:type="dxa"/>
            </w:tcMar>
          </w:tcPr>
          <w:p w14:paraId="0BC67D80" w14:textId="77777777" w:rsidR="00F925E9" w:rsidRDefault="00000000">
            <w:pPr>
              <w:autoSpaceDE w:val="0"/>
              <w:autoSpaceDN w:val="0"/>
              <w:spacing w:before="64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tari,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58C93EC3" w14:textId="77777777" w:rsidR="00F925E9" w:rsidRDefault="00000000">
            <w:pPr>
              <w:autoSpaceDE w:val="0"/>
              <w:autoSpaceDN w:val="0"/>
              <w:spacing w:before="60" w:after="0" w:line="21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tahfidz,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14:paraId="3B799F93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hingga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43EB90FC" w14:textId="77777777" w:rsidR="00F925E9" w:rsidRDefault="00000000">
            <w:pPr>
              <w:autoSpaceDE w:val="0"/>
              <w:autoSpaceDN w:val="0"/>
              <w:spacing w:before="64" w:after="0" w:line="222" w:lineRule="exact"/>
              <w:ind w:left="1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unjuk</w:t>
            </w:r>
          </w:p>
        </w:tc>
      </w:tr>
    </w:tbl>
    <w:p w14:paraId="2DABF9A8" w14:textId="77777777" w:rsidR="00F925E9" w:rsidRDefault="00000000">
      <w:pPr>
        <w:autoSpaceDE w:val="0"/>
        <w:autoSpaceDN w:val="0"/>
        <w:spacing w:after="0" w:line="384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keterampilan lain) yang bersifat sukarela, apresiatif, dan menyenangkan,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sekaligus menjadi instrumen pemetaan talenta secara langsung.</w:t>
      </w:r>
    </w:p>
    <w:p w14:paraId="39955CB3" w14:textId="77777777" w:rsidR="00F925E9" w:rsidRDefault="00000000">
      <w:pPr>
        <w:autoSpaceDE w:val="0"/>
        <w:autoSpaceDN w:val="0"/>
        <w:spacing w:before="162" w:after="0" w:line="414" w:lineRule="exact"/>
        <w:ind w:left="2334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Pentas ini dapat dilaksanakan dalam format yang santai, misalnya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di lapangan madrasah dengan murid lain sebagai penonton yang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mendukung, didampingi pembawa acara dari panitia atau pengurus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OSIM/MPK, serta diakhiri dengan pemberian apresiasi kepada seluruh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peserta tanpa unsur perlombaan/perbandingan.</w:t>
      </w:r>
    </w:p>
    <w:p w14:paraId="3212217C" w14:textId="77777777" w:rsidR="00F925E9" w:rsidRDefault="00000000">
      <w:pPr>
        <w:tabs>
          <w:tab w:val="left" w:pos="2280"/>
          <w:tab w:val="left" w:pos="2640"/>
        </w:tabs>
        <w:autoSpaceDE w:val="0"/>
        <w:autoSpaceDN w:val="0"/>
        <w:spacing w:before="228" w:after="0" w:line="404" w:lineRule="exact"/>
        <w:ind w:left="1974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9. Tindak Lanjut Pasca Matamuda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a. Wali kelas menerima dan mempelajari Peta Talenta Murid Baru pada </w:t>
      </w:r>
      <w:r>
        <w:br/>
      </w:r>
      <w:r>
        <w:tab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minggu pertama setelah Matamuda berakhir;</w:t>
      </w:r>
    </w:p>
    <w:p w14:paraId="7C9B5F72" w14:textId="77777777" w:rsidR="00F925E9" w:rsidRDefault="00000000">
      <w:pPr>
        <w:tabs>
          <w:tab w:val="left" w:pos="2640"/>
        </w:tabs>
        <w:autoSpaceDE w:val="0"/>
        <w:autoSpaceDN w:val="0"/>
        <w:spacing w:before="94" w:after="0" w:line="418" w:lineRule="exact"/>
        <w:ind w:left="228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b. Madrasah mengomunikasikan hasil pemetaan secara umum kepada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Orang Tua/Wali Murid pada pertemuan awal tahun pelajaran;</w:t>
      </w:r>
    </w:p>
    <w:p w14:paraId="6FA98A9A" w14:textId="77777777" w:rsidR="00F925E9" w:rsidRDefault="00000000">
      <w:pPr>
        <w:autoSpaceDE w:val="0"/>
        <w:autoSpaceDN w:val="0"/>
        <w:spacing w:before="1318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17</w:t>
      </w:r>
    </w:p>
    <w:p w14:paraId="56372F41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1E1CAD74" w14:textId="77777777" w:rsidR="00F925E9" w:rsidRDefault="00F925E9">
      <w:pPr>
        <w:autoSpaceDE w:val="0"/>
        <w:autoSpaceDN w:val="0"/>
        <w:spacing w:after="0" w:line="220" w:lineRule="exact"/>
      </w:pPr>
    </w:p>
    <w:p w14:paraId="4D36F0A4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FBA9194" w14:textId="77777777" w:rsidR="00F925E9" w:rsidRDefault="00000000">
      <w:pPr>
        <w:autoSpaceDE w:val="0"/>
        <w:autoSpaceDN w:val="0"/>
        <w:spacing w:after="578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2600"/>
        <w:gridCol w:w="1220"/>
        <w:gridCol w:w="1860"/>
        <w:gridCol w:w="720"/>
        <w:gridCol w:w="1400"/>
        <w:gridCol w:w="1880"/>
      </w:tblGrid>
      <w:tr w:rsidR="00F925E9" w14:paraId="7FA66254" w14:textId="77777777">
        <w:trPr>
          <w:trHeight w:hRule="exact" w:val="342"/>
        </w:trPr>
        <w:tc>
          <w:tcPr>
            <w:tcW w:w="2600" w:type="dxa"/>
            <w:tcMar>
              <w:left w:w="0" w:type="dxa"/>
              <w:right w:w="0" w:type="dxa"/>
            </w:tcMar>
          </w:tcPr>
          <w:p w14:paraId="436FB7FA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52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c. Pembina</w:t>
            </w:r>
          </w:p>
        </w:tc>
        <w:tc>
          <w:tcPr>
            <w:tcW w:w="1220" w:type="dxa"/>
            <w:tcMar>
              <w:left w:w="0" w:type="dxa"/>
              <w:right w:w="0" w:type="dxa"/>
            </w:tcMar>
          </w:tcPr>
          <w:p w14:paraId="2FF1CA29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prestasi,</w:t>
            </w:r>
          </w:p>
        </w:tc>
        <w:tc>
          <w:tcPr>
            <w:tcW w:w="1860" w:type="dxa"/>
            <w:tcMar>
              <w:left w:w="0" w:type="dxa"/>
              <w:right w:w="0" w:type="dxa"/>
            </w:tcMar>
          </w:tcPr>
          <w:p w14:paraId="69E566A7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ekstrakurikuler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14:paraId="209FF3C1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14:paraId="3356F9D9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organisasi</w:t>
            </w:r>
          </w:p>
        </w:tc>
        <w:tc>
          <w:tcPr>
            <w:tcW w:w="1880" w:type="dxa"/>
            <w:tcMar>
              <w:left w:w="0" w:type="dxa"/>
              <w:right w:w="0" w:type="dxa"/>
            </w:tcMar>
          </w:tcPr>
          <w:p w14:paraId="2ABBBF4B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6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kesiswaan</w:t>
            </w:r>
          </w:p>
        </w:tc>
      </w:tr>
    </w:tbl>
    <w:p w14:paraId="2D1738A9" w14:textId="77777777" w:rsidR="00F925E9" w:rsidRDefault="00F925E9">
      <w:pPr>
        <w:autoSpaceDE w:val="0"/>
        <w:autoSpaceDN w:val="0"/>
        <w:spacing w:after="0" w:line="70" w:lineRule="exact"/>
      </w:pPr>
    </w:p>
    <w:tbl>
      <w:tblPr>
        <w:tblW w:w="0" w:type="auto"/>
        <w:tblInd w:w="1320" w:type="dxa"/>
        <w:tblLayout w:type="fixed"/>
        <w:tblLook w:val="04A0" w:firstRow="1" w:lastRow="0" w:firstColumn="1" w:lastColumn="0" w:noHBand="0" w:noVBand="1"/>
      </w:tblPr>
      <w:tblGrid>
        <w:gridCol w:w="3000"/>
        <w:gridCol w:w="820"/>
        <w:gridCol w:w="1120"/>
        <w:gridCol w:w="1160"/>
        <w:gridCol w:w="900"/>
        <w:gridCol w:w="780"/>
        <w:gridCol w:w="1720"/>
      </w:tblGrid>
      <w:tr w:rsidR="00F925E9" w14:paraId="7ADE32DF" w14:textId="77777777">
        <w:trPr>
          <w:trHeight w:hRule="exact" w:val="342"/>
        </w:trPr>
        <w:tc>
          <w:tcPr>
            <w:tcW w:w="3000" w:type="dxa"/>
            <w:tcMar>
              <w:left w:w="0" w:type="dxa"/>
              <w:right w:w="0" w:type="dxa"/>
            </w:tcMar>
          </w:tcPr>
          <w:p w14:paraId="6EE586E1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158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menggunakan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76745D9F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Peta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69388E93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39C29A4F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sebagai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79A69AAB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salah</w:t>
            </w:r>
          </w:p>
        </w:tc>
        <w:tc>
          <w:tcPr>
            <w:tcW w:w="780" w:type="dxa"/>
            <w:tcMar>
              <w:left w:w="0" w:type="dxa"/>
              <w:right w:w="0" w:type="dxa"/>
            </w:tcMar>
          </w:tcPr>
          <w:p w14:paraId="07888763" w14:textId="77777777" w:rsidR="00F925E9" w:rsidRDefault="00000000">
            <w:pPr>
              <w:autoSpaceDE w:val="0"/>
              <w:autoSpaceDN w:val="0"/>
              <w:spacing w:before="64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satu</w:t>
            </w:r>
          </w:p>
        </w:tc>
        <w:tc>
          <w:tcPr>
            <w:tcW w:w="1720" w:type="dxa"/>
            <w:tcMar>
              <w:left w:w="0" w:type="dxa"/>
              <w:right w:w="0" w:type="dxa"/>
            </w:tcMar>
          </w:tcPr>
          <w:p w14:paraId="1BBE9EC9" w14:textId="77777777" w:rsidR="00F925E9" w:rsidRDefault="00000000">
            <w:pPr>
              <w:autoSpaceDE w:val="0"/>
              <w:autoSpaceDN w:val="0"/>
              <w:spacing w:before="60" w:after="0" w:line="176" w:lineRule="exact"/>
              <w:ind w:left="16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Panduan</w:t>
            </w:r>
          </w:p>
        </w:tc>
      </w:tr>
    </w:tbl>
    <w:p w14:paraId="39529B82" w14:textId="77777777" w:rsidR="00F925E9" w:rsidRDefault="00000000">
      <w:pPr>
        <w:autoSpaceDE w:val="0"/>
        <w:autoSpaceDN w:val="0"/>
        <w:spacing w:before="132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pengembangan talenta murid;</w:t>
      </w:r>
    </w:p>
    <w:p w14:paraId="3124A5DD" w14:textId="77777777" w:rsidR="00F925E9" w:rsidRDefault="00000000">
      <w:pPr>
        <w:autoSpaceDE w:val="0"/>
        <w:autoSpaceDN w:val="0"/>
        <w:spacing w:before="292" w:after="128" w:line="226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d. Madrasah dapat menjadwalkan evaluasi berkala (misalnya setiap</w:t>
      </w:r>
    </w:p>
    <w:tbl>
      <w:tblPr>
        <w:tblW w:w="0" w:type="auto"/>
        <w:tblInd w:w="1320" w:type="dxa"/>
        <w:tblLayout w:type="fixed"/>
        <w:tblLook w:val="04A0" w:firstRow="1" w:lastRow="0" w:firstColumn="1" w:lastColumn="0" w:noHBand="0" w:noVBand="1"/>
      </w:tblPr>
      <w:tblGrid>
        <w:gridCol w:w="2520"/>
        <w:gridCol w:w="900"/>
        <w:gridCol w:w="1940"/>
        <w:gridCol w:w="760"/>
        <w:gridCol w:w="1020"/>
        <w:gridCol w:w="920"/>
        <w:gridCol w:w="1440"/>
      </w:tblGrid>
      <w:tr w:rsidR="00F925E9" w14:paraId="2222D644" w14:textId="77777777">
        <w:trPr>
          <w:trHeight w:hRule="exact" w:val="344"/>
        </w:trPr>
        <w:tc>
          <w:tcPr>
            <w:tcW w:w="2520" w:type="dxa"/>
            <w:tcMar>
              <w:left w:w="0" w:type="dxa"/>
              <w:right w:w="0" w:type="dxa"/>
            </w:tcMar>
          </w:tcPr>
          <w:p w14:paraId="65FBEEBE" w14:textId="77777777" w:rsidR="00F925E9" w:rsidRDefault="00000000">
            <w:pPr>
              <w:autoSpaceDE w:val="0"/>
              <w:autoSpaceDN w:val="0"/>
              <w:spacing w:before="60" w:after="0" w:line="224" w:lineRule="exact"/>
              <w:ind w:right="134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semester)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0D02D89A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  <w:tc>
          <w:tcPr>
            <w:tcW w:w="1940" w:type="dxa"/>
            <w:tcMar>
              <w:left w:w="0" w:type="dxa"/>
              <w:right w:w="0" w:type="dxa"/>
            </w:tcMar>
          </w:tcPr>
          <w:p w14:paraId="413C3CCC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memutakhirkan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</w:tcPr>
          <w:p w14:paraId="3EF5486F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data</w:t>
            </w:r>
          </w:p>
        </w:tc>
        <w:tc>
          <w:tcPr>
            <w:tcW w:w="1020" w:type="dxa"/>
            <w:tcMar>
              <w:left w:w="0" w:type="dxa"/>
              <w:right w:w="0" w:type="dxa"/>
            </w:tcMar>
          </w:tcPr>
          <w:p w14:paraId="62E89A7F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</w:t>
            </w: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107BE19E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7B8B17F4" w14:textId="77777777" w:rsidR="00F925E9" w:rsidRDefault="00000000">
            <w:pPr>
              <w:autoSpaceDE w:val="0"/>
              <w:autoSpaceDN w:val="0"/>
              <w:spacing w:before="62" w:after="0" w:line="176" w:lineRule="exact"/>
              <w:ind w:left="15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</w:t>
            </w:r>
          </w:p>
        </w:tc>
      </w:tr>
    </w:tbl>
    <w:p w14:paraId="2D82B476" w14:textId="77777777" w:rsidR="00F925E9" w:rsidRDefault="00000000">
      <w:pPr>
        <w:autoSpaceDE w:val="0"/>
        <w:autoSpaceDN w:val="0"/>
        <w:spacing w:before="132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perkembangan.</w:t>
      </w:r>
    </w:p>
    <w:p w14:paraId="0A51F0D5" w14:textId="77777777" w:rsidR="00F925E9" w:rsidRDefault="00000000">
      <w:pPr>
        <w:tabs>
          <w:tab w:val="left" w:pos="2334"/>
          <w:tab w:val="left" w:pos="3054"/>
        </w:tabs>
        <w:autoSpaceDE w:val="0"/>
        <w:autoSpaceDN w:val="0"/>
        <w:spacing w:before="226" w:after="130" w:line="408" w:lineRule="exact"/>
        <w:ind w:left="1974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10.Catatan Penting </w:t>
      </w:r>
      <w:r>
        <w:br/>
      </w:r>
      <w:r>
        <w:tab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Pemetaan talenta dilakukan dengan pendekatan apresiatif, ramah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anak, dan suportif. Hasil pengamatan tidak digunakan untuk memberi label,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peringkat, maupun perbandingan antarmurid yang dapat menimbulkan</w:t>
      </w:r>
    </w:p>
    <w:tbl>
      <w:tblPr>
        <w:tblW w:w="0" w:type="auto"/>
        <w:tblInd w:w="1160" w:type="dxa"/>
        <w:tblLayout w:type="fixed"/>
        <w:tblLook w:val="04A0" w:firstRow="1" w:lastRow="0" w:firstColumn="1" w:lastColumn="0" w:noHBand="0" w:noVBand="1"/>
      </w:tblPr>
      <w:tblGrid>
        <w:gridCol w:w="2160"/>
        <w:gridCol w:w="1380"/>
        <w:gridCol w:w="1360"/>
        <w:gridCol w:w="1120"/>
        <w:gridCol w:w="920"/>
        <w:gridCol w:w="1460"/>
        <w:gridCol w:w="1260"/>
      </w:tblGrid>
      <w:tr w:rsidR="00F925E9" w14:paraId="7D2BB922" w14:textId="77777777">
        <w:trPr>
          <w:trHeight w:hRule="exact" w:val="342"/>
        </w:trPr>
        <w:tc>
          <w:tcPr>
            <w:tcW w:w="2160" w:type="dxa"/>
            <w:tcMar>
              <w:left w:w="0" w:type="dxa"/>
              <w:right w:w="0" w:type="dxa"/>
            </w:tcMar>
          </w:tcPr>
          <w:p w14:paraId="0490C651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32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tekanan</w:t>
            </w:r>
          </w:p>
        </w:tc>
        <w:tc>
          <w:tcPr>
            <w:tcW w:w="1380" w:type="dxa"/>
            <w:tcMar>
              <w:left w:w="0" w:type="dxa"/>
              <w:right w:w="0" w:type="dxa"/>
            </w:tcMar>
          </w:tcPr>
          <w:p w14:paraId="4114C7F9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psikologis,</w:t>
            </w:r>
          </w:p>
        </w:tc>
        <w:tc>
          <w:tcPr>
            <w:tcW w:w="1360" w:type="dxa"/>
            <w:tcMar>
              <w:left w:w="0" w:type="dxa"/>
              <w:right w:w="0" w:type="dxa"/>
            </w:tcMar>
          </w:tcPr>
          <w:p w14:paraId="55487E49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melainkan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5921A6C3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sebagai</w:t>
            </w: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7B07646C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bahan</w:t>
            </w:r>
          </w:p>
        </w:tc>
        <w:tc>
          <w:tcPr>
            <w:tcW w:w="1460" w:type="dxa"/>
            <w:tcMar>
              <w:left w:w="0" w:type="dxa"/>
              <w:right w:w="0" w:type="dxa"/>
            </w:tcMar>
          </w:tcPr>
          <w:p w14:paraId="65A47E6A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pembinaan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72929A05" w14:textId="77777777" w:rsidR="00F925E9" w:rsidRDefault="00000000">
            <w:pPr>
              <w:autoSpaceDE w:val="0"/>
              <w:autoSpaceDN w:val="0"/>
              <w:spacing w:before="104" w:after="0" w:line="178" w:lineRule="exact"/>
              <w:ind w:left="14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</w:tr>
    </w:tbl>
    <w:p w14:paraId="116A4F5B" w14:textId="77777777" w:rsidR="00F925E9" w:rsidRDefault="00000000">
      <w:pPr>
        <w:autoSpaceDE w:val="0"/>
        <w:autoSpaceDN w:val="0"/>
        <w:spacing w:before="136" w:after="0" w:line="218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membesarkan hati setiap Murid Baru.</w:t>
      </w:r>
    </w:p>
    <w:p w14:paraId="36730F3B" w14:textId="77777777" w:rsidR="00F925E9" w:rsidRDefault="00000000">
      <w:pPr>
        <w:tabs>
          <w:tab w:val="left" w:pos="2334"/>
          <w:tab w:val="left" w:pos="3054"/>
        </w:tabs>
        <w:autoSpaceDE w:val="0"/>
        <w:autoSpaceDN w:val="0"/>
        <w:spacing w:before="226" w:after="328" w:line="406" w:lineRule="exact"/>
        <w:ind w:left="1974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11.Contoh Narasi Hasil Pemetaan Talenta (Ilustrasi) </w:t>
      </w:r>
      <w:r>
        <w:br/>
      </w:r>
      <w:r>
        <w:tab/>
      </w:r>
      <w:r>
        <w:tab/>
      </w:r>
      <w:r>
        <w:rPr>
          <w:rFonts w:ascii="Arial" w:eastAsia="Arial" w:hAnsi="Arial"/>
          <w:i/>
          <w:color w:val="000000"/>
          <w:spacing w:val="-10"/>
          <w:sz w:val="24"/>
        </w:rPr>
        <w:t xml:space="preserve">Contoh berikut bersifat ilustrasi cara menuliskan catatan pemetaan </w:t>
      </w:r>
      <w:r>
        <w:br/>
      </w:r>
      <w:r>
        <w:tab/>
      </w:r>
      <w:r>
        <w:rPr>
          <w:rFonts w:ascii="Arial" w:eastAsia="Arial" w:hAnsi="Arial"/>
          <w:i/>
          <w:color w:val="000000"/>
          <w:spacing w:val="-10"/>
          <w:sz w:val="24"/>
        </w:rPr>
        <w:t>talenta yang baik, bukan data riil.</w:t>
      </w:r>
    </w:p>
    <w:tbl>
      <w:tblPr>
        <w:tblW w:w="0" w:type="auto"/>
        <w:tblInd w:w="1520" w:type="dxa"/>
        <w:tblLayout w:type="fixed"/>
        <w:tblLook w:val="04A0" w:firstRow="1" w:lastRow="0" w:firstColumn="1" w:lastColumn="0" w:noHBand="0" w:noVBand="1"/>
      </w:tblPr>
      <w:tblGrid>
        <w:gridCol w:w="2560"/>
        <w:gridCol w:w="860"/>
        <w:gridCol w:w="920"/>
        <w:gridCol w:w="640"/>
        <w:gridCol w:w="1680"/>
        <w:gridCol w:w="1500"/>
        <w:gridCol w:w="1140"/>
      </w:tblGrid>
      <w:tr w:rsidR="00F925E9" w14:paraId="281096DE" w14:textId="77777777">
        <w:trPr>
          <w:trHeight w:hRule="exact" w:val="346"/>
        </w:trPr>
        <w:tc>
          <w:tcPr>
            <w:tcW w:w="2560" w:type="dxa"/>
            <w:tcMar>
              <w:left w:w="0" w:type="dxa"/>
              <w:right w:w="0" w:type="dxa"/>
            </w:tcMar>
          </w:tcPr>
          <w:p w14:paraId="771C149C" w14:textId="77777777" w:rsidR="00F925E9" w:rsidRDefault="00000000">
            <w:pPr>
              <w:autoSpaceDE w:val="0"/>
              <w:autoSpaceDN w:val="0"/>
              <w:spacing w:before="60" w:after="0" w:line="178" w:lineRule="exact"/>
              <w:ind w:right="118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“Ananda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0B4F9E22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Fulan</w:t>
            </w: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087242C4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(Kelas</w:t>
            </w:r>
          </w:p>
        </w:tc>
        <w:tc>
          <w:tcPr>
            <w:tcW w:w="640" w:type="dxa"/>
            <w:tcMar>
              <w:left w:w="0" w:type="dxa"/>
              <w:right w:w="0" w:type="dxa"/>
            </w:tcMar>
          </w:tcPr>
          <w:p w14:paraId="22780676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1A)</w:t>
            </w:r>
          </w:p>
        </w:tc>
        <w:tc>
          <w:tcPr>
            <w:tcW w:w="1680" w:type="dxa"/>
            <w:tcMar>
              <w:left w:w="0" w:type="dxa"/>
              <w:right w:w="0" w:type="dxa"/>
            </w:tcMar>
          </w:tcPr>
          <w:p w14:paraId="719CAB9D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menunjukkan</w:t>
            </w:r>
          </w:p>
        </w:tc>
        <w:tc>
          <w:tcPr>
            <w:tcW w:w="1500" w:type="dxa"/>
            <w:tcMar>
              <w:left w:w="0" w:type="dxa"/>
              <w:right w:w="0" w:type="dxa"/>
            </w:tcMar>
          </w:tcPr>
          <w:p w14:paraId="2270A291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ketertarikan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14:paraId="56196A51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4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</w:tr>
    </w:tbl>
    <w:p w14:paraId="1F789CA4" w14:textId="77777777" w:rsidR="00F925E9" w:rsidRDefault="00000000">
      <w:pPr>
        <w:autoSpaceDE w:val="0"/>
        <w:autoSpaceDN w:val="0"/>
        <w:spacing w:after="126" w:line="394" w:lineRule="exact"/>
        <w:ind w:left="2334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>kemampuan yang baik dalam bercerita dan tampil di depan teman-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temannya, terlihat saat sesi perkenalan diri dan Pentas Ekspresi Murid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Baru. Ananda juga aktif membantu teman kelompok saat mengikuti</w:t>
      </w:r>
    </w:p>
    <w:tbl>
      <w:tblPr>
        <w:tblW w:w="0" w:type="auto"/>
        <w:tblInd w:w="1160" w:type="dxa"/>
        <w:tblLayout w:type="fixed"/>
        <w:tblLook w:val="04A0" w:firstRow="1" w:lastRow="0" w:firstColumn="1" w:lastColumn="0" w:noHBand="0" w:noVBand="1"/>
      </w:tblPr>
      <w:tblGrid>
        <w:gridCol w:w="2400"/>
        <w:gridCol w:w="1020"/>
        <w:gridCol w:w="2200"/>
        <w:gridCol w:w="820"/>
        <w:gridCol w:w="1700"/>
        <w:gridCol w:w="1520"/>
      </w:tblGrid>
      <w:tr w:rsidR="00F925E9" w14:paraId="0762A7C0" w14:textId="77777777">
        <w:trPr>
          <w:trHeight w:hRule="exact" w:val="346"/>
        </w:trPr>
        <w:tc>
          <w:tcPr>
            <w:tcW w:w="2400" w:type="dxa"/>
            <w:tcMar>
              <w:left w:w="0" w:type="dxa"/>
              <w:right w:w="0" w:type="dxa"/>
            </w:tcMar>
          </w:tcPr>
          <w:p w14:paraId="711DF8D2" w14:textId="77777777" w:rsidR="00F925E9" w:rsidRDefault="00000000">
            <w:pPr>
              <w:autoSpaceDE w:val="0"/>
              <w:autoSpaceDN w:val="0"/>
              <w:spacing w:before="64" w:after="0" w:line="220" w:lineRule="exact"/>
              <w:ind w:right="92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permainan</w:t>
            </w:r>
          </w:p>
        </w:tc>
        <w:tc>
          <w:tcPr>
            <w:tcW w:w="1020" w:type="dxa"/>
            <w:tcMar>
              <w:left w:w="0" w:type="dxa"/>
              <w:right w:w="0" w:type="dxa"/>
            </w:tcMar>
          </w:tcPr>
          <w:p w14:paraId="25DF87CD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estafet.</w:t>
            </w:r>
          </w:p>
        </w:tc>
        <w:tc>
          <w:tcPr>
            <w:tcW w:w="2200" w:type="dxa"/>
            <w:tcMar>
              <w:left w:w="0" w:type="dxa"/>
              <w:right w:w="0" w:type="dxa"/>
            </w:tcMar>
          </w:tcPr>
          <w:p w14:paraId="0B699287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Direkomendasikan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6C26EA5B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14:paraId="2BF9906F" w14:textId="77777777" w:rsidR="00F925E9" w:rsidRDefault="00000000">
            <w:pPr>
              <w:autoSpaceDE w:val="0"/>
              <w:autoSpaceDN w:val="0"/>
              <w:spacing w:before="64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diperkenalkan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14:paraId="2026B10B" w14:textId="77777777" w:rsidR="00F925E9" w:rsidRDefault="00000000">
            <w:pPr>
              <w:autoSpaceDE w:val="0"/>
              <w:autoSpaceDN w:val="0"/>
              <w:spacing w:before="64" w:after="0" w:line="222" w:lineRule="exact"/>
              <w:ind w:left="12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dengan</w:t>
            </w:r>
          </w:p>
        </w:tc>
      </w:tr>
    </w:tbl>
    <w:p w14:paraId="6ECA1F6E" w14:textId="77777777" w:rsidR="00F925E9" w:rsidRDefault="00000000">
      <w:pPr>
        <w:autoSpaceDE w:val="0"/>
        <w:autoSpaceDN w:val="0"/>
        <w:spacing w:after="0" w:line="384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kegiatan ekstrakurikuler seni bercerita/drama serta dilibatkan dalam latihan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menjadi pembawa acara pada kegiatan kelas.”</w:t>
      </w:r>
    </w:p>
    <w:p w14:paraId="5B249F05" w14:textId="77777777" w:rsidR="00F925E9" w:rsidRDefault="00000000">
      <w:pPr>
        <w:autoSpaceDE w:val="0"/>
        <w:autoSpaceDN w:val="0"/>
        <w:spacing w:before="154" w:after="126" w:line="418" w:lineRule="exact"/>
        <w:ind w:left="2334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“Ananda Fulanah (Kelas 7B) menunjukkan kecermatan dalam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menyelesaikan tantangan logika pada sesi</w:t>
      </w:r>
      <w:r>
        <w:rPr>
          <w:rFonts w:ascii="Arial" w:eastAsia="Arial" w:hAnsi="Arial"/>
          <w:i/>
          <w:color w:val="000000"/>
          <w:spacing w:val="-10"/>
          <w:sz w:val="24"/>
        </w:rPr>
        <w:t xml:space="preserve"> Amazing Race</w:t>
      </w:r>
      <w:r>
        <w:rPr>
          <w:rFonts w:ascii="ArialMT" w:eastAsia="ArialMT" w:hAnsi="ArialMT"/>
          <w:color w:val="000000"/>
          <w:spacing w:val="-10"/>
          <w:sz w:val="24"/>
        </w:rPr>
        <w:t xml:space="preserve"> Madrasah dan</w:t>
      </w:r>
    </w:p>
    <w:tbl>
      <w:tblPr>
        <w:tblW w:w="0" w:type="auto"/>
        <w:tblInd w:w="1160" w:type="dxa"/>
        <w:tblLayout w:type="fixed"/>
        <w:tblLook w:val="04A0" w:firstRow="1" w:lastRow="0" w:firstColumn="1" w:lastColumn="0" w:noHBand="0" w:noVBand="1"/>
      </w:tblPr>
      <w:tblGrid>
        <w:gridCol w:w="1720"/>
        <w:gridCol w:w="1160"/>
        <w:gridCol w:w="760"/>
        <w:gridCol w:w="660"/>
        <w:gridCol w:w="920"/>
        <w:gridCol w:w="920"/>
        <w:gridCol w:w="2220"/>
        <w:gridCol w:w="1300"/>
      </w:tblGrid>
      <w:tr w:rsidR="00F925E9" w14:paraId="0A42BFD5" w14:textId="77777777">
        <w:trPr>
          <w:trHeight w:hRule="exact" w:val="346"/>
        </w:trPr>
        <w:tc>
          <w:tcPr>
            <w:tcW w:w="1720" w:type="dxa"/>
            <w:tcMar>
              <w:left w:w="0" w:type="dxa"/>
              <w:right w:w="0" w:type="dxa"/>
            </w:tcMar>
          </w:tcPr>
          <w:p w14:paraId="26F55790" w14:textId="77777777" w:rsidR="00F925E9" w:rsidRDefault="00000000">
            <w:pPr>
              <w:autoSpaceDE w:val="0"/>
              <w:autoSpaceDN w:val="0"/>
              <w:spacing w:before="60" w:after="0" w:line="178" w:lineRule="exact"/>
              <w:ind w:right="10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aktif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2D2CF380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bertanya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</w:tcPr>
          <w:p w14:paraId="30863437" w14:textId="77777777" w:rsidR="00F925E9" w:rsidRDefault="00000000">
            <w:pPr>
              <w:autoSpaceDE w:val="0"/>
              <w:autoSpaceDN w:val="0"/>
              <w:spacing w:before="64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pada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14:paraId="278DFD18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</w:t>
            </w: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0D3356C4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literasi</w:t>
            </w: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059456E7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digital.</w:t>
            </w:r>
          </w:p>
        </w:tc>
        <w:tc>
          <w:tcPr>
            <w:tcW w:w="2220" w:type="dxa"/>
            <w:tcMar>
              <w:left w:w="0" w:type="dxa"/>
              <w:right w:w="0" w:type="dxa"/>
            </w:tcMar>
          </w:tcPr>
          <w:p w14:paraId="26D68A27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Direkomendasikan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0F7EB06B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</w:tr>
    </w:tbl>
    <w:p w14:paraId="3DC60261" w14:textId="77777777" w:rsidR="00F925E9" w:rsidRDefault="00000000">
      <w:pPr>
        <w:autoSpaceDE w:val="0"/>
        <w:autoSpaceDN w:val="0"/>
        <w:spacing w:after="0" w:line="384" w:lineRule="exact"/>
        <w:ind w:left="233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mendapatkan informasi mengenai ekstrakurikuler sains/teknologi serta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dipertimbangkan untuk pembinaan menuju Kompetisi Sains Madrasah.”</w:t>
      </w:r>
    </w:p>
    <w:p w14:paraId="70561F53" w14:textId="77777777" w:rsidR="00F925E9" w:rsidRDefault="00000000">
      <w:pPr>
        <w:autoSpaceDE w:val="0"/>
        <w:autoSpaceDN w:val="0"/>
        <w:spacing w:before="162" w:after="0" w:line="414" w:lineRule="exact"/>
        <w:ind w:left="2334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Narasi semacam ini disarankan ditulis secara ringkas, spesifik, dan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konstruktif, sehingga dapat langsung dimanfaatkan oleh wali kelas dan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pembina ekstrakurikuler pada awal tahun pelajaran.</w:t>
      </w:r>
    </w:p>
    <w:p w14:paraId="32FC960F" w14:textId="77777777" w:rsidR="00F925E9" w:rsidRDefault="00000000">
      <w:pPr>
        <w:autoSpaceDE w:val="0"/>
        <w:autoSpaceDN w:val="0"/>
        <w:spacing w:before="928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18</w:t>
      </w:r>
    </w:p>
    <w:p w14:paraId="1F158E4D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1900D314" w14:textId="77777777" w:rsidR="00F925E9" w:rsidRDefault="00F925E9">
      <w:pPr>
        <w:autoSpaceDE w:val="0"/>
        <w:autoSpaceDN w:val="0"/>
        <w:spacing w:after="0" w:line="220" w:lineRule="exact"/>
      </w:pPr>
    </w:p>
    <w:p w14:paraId="4FAE5518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6E0367B6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3AEA3D6" w14:textId="77777777" w:rsidR="00F925E9" w:rsidRDefault="00000000">
      <w:pPr>
        <w:autoSpaceDE w:val="0"/>
        <w:autoSpaceDN w:val="0"/>
        <w:spacing w:before="634" w:after="0" w:line="226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C. Kerangka Program dan Jadwal Pelaksanaan per Jenjang</w:t>
      </w:r>
    </w:p>
    <w:p w14:paraId="2DCFFFD1" w14:textId="77777777" w:rsidR="00F925E9" w:rsidRDefault="00000000">
      <w:pPr>
        <w:autoSpaceDE w:val="0"/>
        <w:autoSpaceDN w:val="0"/>
        <w:spacing w:before="276" w:after="0" w:line="224" w:lineRule="exact"/>
        <w:ind w:left="1974"/>
      </w:pPr>
      <w:r>
        <w:rPr>
          <w:rFonts w:ascii="Arial" w:eastAsia="Arial" w:hAnsi="Arial"/>
          <w:b/>
          <w:color w:val="333333"/>
          <w:spacing w:val="-10"/>
          <w:sz w:val="24"/>
        </w:rPr>
        <w:t>1. Pengantar</w:t>
      </w:r>
    </w:p>
    <w:p w14:paraId="1F95BBCF" w14:textId="77777777" w:rsidR="00F925E9" w:rsidRDefault="00000000">
      <w:pPr>
        <w:autoSpaceDE w:val="0"/>
        <w:autoSpaceDN w:val="0"/>
        <w:spacing w:before="168" w:after="132" w:line="224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Contoh jadwal pada bab ini bersifat alternatif dan ilustratif. Madrasah memiliki</w:t>
      </w:r>
    </w:p>
    <w:tbl>
      <w:tblPr>
        <w:tblW w:w="0" w:type="auto"/>
        <w:tblInd w:w="960" w:type="dxa"/>
        <w:tblLayout w:type="fixed"/>
        <w:tblLook w:val="04A0" w:firstRow="1" w:lastRow="0" w:firstColumn="1" w:lastColumn="0" w:noHBand="0" w:noVBand="1"/>
      </w:tblPr>
      <w:tblGrid>
        <w:gridCol w:w="2340"/>
        <w:gridCol w:w="860"/>
        <w:gridCol w:w="800"/>
        <w:gridCol w:w="2060"/>
        <w:gridCol w:w="840"/>
        <w:gridCol w:w="1560"/>
        <w:gridCol w:w="1400"/>
      </w:tblGrid>
      <w:tr w:rsidR="00F925E9" w14:paraId="3C0C12EA" w14:textId="77777777">
        <w:trPr>
          <w:trHeight w:hRule="exact" w:val="342"/>
        </w:trPr>
        <w:tc>
          <w:tcPr>
            <w:tcW w:w="2340" w:type="dxa"/>
            <w:tcMar>
              <w:left w:w="0" w:type="dxa"/>
              <w:right w:w="0" w:type="dxa"/>
            </w:tcMar>
          </w:tcPr>
          <w:p w14:paraId="4E52C798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98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keleluasaan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58BFF26D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penuh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56C42221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  <w:tc>
          <w:tcPr>
            <w:tcW w:w="2060" w:type="dxa"/>
            <w:tcMar>
              <w:left w:w="0" w:type="dxa"/>
              <w:right w:w="0" w:type="dxa"/>
            </w:tcMar>
          </w:tcPr>
          <w:p w14:paraId="3D5E205C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mengembangkan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14:paraId="5F0C3120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teknis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14:paraId="71C5924E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14:paraId="438AB9F0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1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</w:t>
            </w:r>
          </w:p>
        </w:tc>
      </w:tr>
    </w:tbl>
    <w:p w14:paraId="363E75F9" w14:textId="77777777" w:rsidR="00F925E9" w:rsidRDefault="00000000">
      <w:pPr>
        <w:autoSpaceDE w:val="0"/>
        <w:autoSpaceDN w:val="0"/>
        <w:spacing w:before="130" w:after="0" w:line="174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kekhasan.</w:t>
      </w:r>
    </w:p>
    <w:p w14:paraId="15409891" w14:textId="77777777" w:rsidR="00F925E9" w:rsidRDefault="00000000">
      <w:pPr>
        <w:autoSpaceDE w:val="0"/>
        <w:autoSpaceDN w:val="0"/>
        <w:spacing w:before="456" w:after="156" w:line="226" w:lineRule="exact"/>
        <w:ind w:left="1974"/>
      </w:pPr>
      <w:r>
        <w:rPr>
          <w:rFonts w:ascii="Arial" w:eastAsia="Arial" w:hAnsi="Arial"/>
          <w:b/>
          <w:color w:val="333333"/>
          <w:spacing w:val="-10"/>
          <w:sz w:val="24"/>
        </w:rPr>
        <w:t>2. Garis Besar Tema per Hari (Umum)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706"/>
        <w:gridCol w:w="8654"/>
      </w:tblGrid>
      <w:tr w:rsidR="00F925E9" w14:paraId="4D61A164" w14:textId="77777777">
        <w:trPr>
          <w:trHeight w:hRule="exact" w:val="583"/>
        </w:trPr>
        <w:tc>
          <w:tcPr>
            <w:tcW w:w="70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A29B49C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Hari</w:t>
            </w:r>
          </w:p>
        </w:tc>
        <w:tc>
          <w:tcPr>
            <w:tcW w:w="865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D02BEE1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Tema dan Kemasan Aktivitas</w:t>
            </w:r>
          </w:p>
        </w:tc>
      </w:tr>
      <w:tr w:rsidR="00F925E9" w14:paraId="2689DC0E" w14:textId="77777777">
        <w:trPr>
          <w:trHeight w:hRule="exact" w:val="543"/>
        </w:trPr>
        <w:tc>
          <w:tcPr>
            <w:tcW w:w="70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579697F" w14:textId="77777777" w:rsidR="00F925E9" w:rsidRDefault="00000000">
            <w:pPr>
              <w:autoSpaceDE w:val="0"/>
              <w:autoSpaceDN w:val="0"/>
              <w:spacing w:before="108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</w:t>
            </w:r>
          </w:p>
        </w:tc>
        <w:tc>
          <w:tcPr>
            <w:tcW w:w="865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DD103C2" w14:textId="77777777" w:rsidR="00F925E9" w:rsidRDefault="00000000">
            <w:pPr>
              <w:autoSpaceDE w:val="0"/>
              <w:autoSpaceDN w:val="0"/>
              <w:spacing w:before="106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Pembukaan resmi singkat dan pengenalan Kemadrasahan (profil, fasilitas, guru)</w:t>
            </w:r>
          </w:p>
        </w:tc>
      </w:tr>
      <w:tr w:rsidR="00F925E9" w14:paraId="7A61B9D5" w14:textId="77777777">
        <w:trPr>
          <w:trHeight w:hRule="exact" w:val="1037"/>
        </w:trPr>
        <w:tc>
          <w:tcPr>
            <w:tcW w:w="70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1CBCFDE" w14:textId="77777777" w:rsidR="00F925E9" w:rsidRDefault="00000000">
            <w:pPr>
              <w:autoSpaceDE w:val="0"/>
              <w:autoSpaceDN w:val="0"/>
              <w:spacing w:before="358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2</w:t>
            </w:r>
          </w:p>
        </w:tc>
        <w:tc>
          <w:tcPr>
            <w:tcW w:w="865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2F235C3" w14:textId="77777777" w:rsidR="00F925E9" w:rsidRDefault="00F925E9">
            <w:pPr>
              <w:autoSpaceDE w:val="0"/>
              <w:autoSpaceDN w:val="0"/>
              <w:spacing w:after="0" w:line="86" w:lineRule="exact"/>
            </w:pPr>
          </w:p>
          <w:tbl>
            <w:tblPr>
              <w:tblW w:w="0" w:type="auto"/>
              <w:tblInd w:w="48" w:type="dxa"/>
              <w:tblLayout w:type="fixed"/>
              <w:tblLook w:val="04A0" w:firstRow="1" w:lastRow="0" w:firstColumn="1" w:lastColumn="0" w:noHBand="0" w:noVBand="1"/>
            </w:tblPr>
            <w:tblGrid>
              <w:gridCol w:w="1160"/>
              <w:gridCol w:w="1860"/>
              <w:gridCol w:w="660"/>
              <w:gridCol w:w="1520"/>
              <w:gridCol w:w="1320"/>
              <w:gridCol w:w="1200"/>
              <w:gridCol w:w="820"/>
            </w:tblGrid>
            <w:tr w:rsidR="00F925E9" w14:paraId="4E625AD7" w14:textId="77777777">
              <w:trPr>
                <w:trHeight w:hRule="exact" w:val="346"/>
              </w:trPr>
              <w:tc>
                <w:tcPr>
                  <w:tcW w:w="1160" w:type="dxa"/>
                  <w:tcMar>
                    <w:left w:w="0" w:type="dxa"/>
                    <w:right w:w="0" w:type="dxa"/>
                  </w:tcMar>
                </w:tcPr>
                <w:p w14:paraId="310569EF" w14:textId="77777777" w:rsidR="00F925E9" w:rsidRDefault="00000000">
                  <w:pPr>
                    <w:autoSpaceDE w:val="0"/>
                    <w:autoSpaceDN w:val="0"/>
                    <w:spacing w:before="6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Nilai-nilai</w:t>
                  </w:r>
                </w:p>
              </w:tc>
              <w:tc>
                <w:tcPr>
                  <w:tcW w:w="1860" w:type="dxa"/>
                  <w:tcMar>
                    <w:left w:w="0" w:type="dxa"/>
                    <w:right w:w="0" w:type="dxa"/>
                  </w:tcMar>
                </w:tcPr>
                <w:p w14:paraId="37BDC579" w14:textId="77777777" w:rsidR="00F925E9" w:rsidRDefault="00000000">
                  <w:pPr>
                    <w:autoSpaceDE w:val="0"/>
                    <w:autoSpaceDN w:val="0"/>
                    <w:spacing w:before="6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kemadrasahan</w:t>
                  </w:r>
                </w:p>
              </w:tc>
              <w:tc>
                <w:tcPr>
                  <w:tcW w:w="660" w:type="dxa"/>
                  <w:tcMar>
                    <w:left w:w="0" w:type="dxa"/>
                    <w:right w:w="0" w:type="dxa"/>
                  </w:tcMar>
                </w:tcPr>
                <w:p w14:paraId="064D9006" w14:textId="77777777" w:rsidR="00F925E9" w:rsidRDefault="00000000">
                  <w:pPr>
                    <w:autoSpaceDE w:val="0"/>
                    <w:autoSpaceDN w:val="0"/>
                    <w:spacing w:before="6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1520" w:type="dxa"/>
                  <w:tcMar>
                    <w:left w:w="0" w:type="dxa"/>
                    <w:right w:w="0" w:type="dxa"/>
                  </w:tcMar>
                </w:tcPr>
                <w:p w14:paraId="689ADA38" w14:textId="77777777" w:rsidR="00F925E9" w:rsidRDefault="00000000">
                  <w:pPr>
                    <w:autoSpaceDE w:val="0"/>
                    <w:autoSpaceDN w:val="0"/>
                    <w:spacing w:before="6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pengenalan</w:t>
                  </w:r>
                </w:p>
              </w:tc>
              <w:tc>
                <w:tcPr>
                  <w:tcW w:w="1320" w:type="dxa"/>
                  <w:tcMar>
                    <w:left w:w="0" w:type="dxa"/>
                    <w:right w:w="0" w:type="dxa"/>
                  </w:tcMar>
                </w:tcPr>
                <w:p w14:paraId="17B27E59" w14:textId="77777777" w:rsidR="00F925E9" w:rsidRDefault="00000000">
                  <w:pPr>
                    <w:autoSpaceDE w:val="0"/>
                    <w:autoSpaceDN w:val="0"/>
                    <w:spacing w:before="6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Kurikulum</w:t>
                  </w:r>
                </w:p>
              </w:tc>
              <w:tc>
                <w:tcPr>
                  <w:tcW w:w="1200" w:type="dxa"/>
                  <w:tcMar>
                    <w:left w:w="0" w:type="dxa"/>
                    <w:right w:w="0" w:type="dxa"/>
                  </w:tcMar>
                </w:tcPr>
                <w:p w14:paraId="35A5D44E" w14:textId="77777777" w:rsidR="00F925E9" w:rsidRDefault="00000000">
                  <w:pPr>
                    <w:autoSpaceDE w:val="0"/>
                    <w:autoSpaceDN w:val="0"/>
                    <w:spacing w:before="6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Berbasis</w:t>
                  </w:r>
                </w:p>
              </w:tc>
              <w:tc>
                <w:tcPr>
                  <w:tcW w:w="820" w:type="dxa"/>
                  <w:tcMar>
                    <w:left w:w="0" w:type="dxa"/>
                    <w:right w:w="0" w:type="dxa"/>
                  </w:tcMar>
                </w:tcPr>
                <w:p w14:paraId="35CE821D" w14:textId="77777777" w:rsidR="00F925E9" w:rsidRDefault="00000000">
                  <w:pPr>
                    <w:autoSpaceDE w:val="0"/>
                    <w:autoSpaceDN w:val="0"/>
                    <w:spacing w:before="60" w:after="0" w:line="210" w:lineRule="exact"/>
                    <w:ind w:left="136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Cinta,</w:t>
                  </w:r>
                </w:p>
              </w:tc>
            </w:tr>
          </w:tbl>
          <w:p w14:paraId="2E43CECF" w14:textId="77777777" w:rsidR="00F925E9" w:rsidRDefault="00000000">
            <w:pPr>
              <w:autoSpaceDE w:val="0"/>
              <w:autoSpaceDN w:val="0"/>
              <w:spacing w:before="128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disampaikan melalui bermain peran (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role play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) dan bercerita (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story telling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)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.</w:t>
            </w:r>
          </w:p>
        </w:tc>
      </w:tr>
      <w:tr w:rsidR="00F925E9" w14:paraId="11DD6184" w14:textId="77777777">
        <w:trPr>
          <w:trHeight w:hRule="exact" w:val="959"/>
        </w:trPr>
        <w:tc>
          <w:tcPr>
            <w:tcW w:w="70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2230A08" w14:textId="77777777" w:rsidR="00F925E9" w:rsidRDefault="00000000">
            <w:pPr>
              <w:autoSpaceDE w:val="0"/>
              <w:autoSpaceDN w:val="0"/>
              <w:spacing w:before="318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3</w:t>
            </w:r>
          </w:p>
        </w:tc>
        <w:tc>
          <w:tcPr>
            <w:tcW w:w="865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5448CE0" w14:textId="77777777" w:rsidR="00F925E9" w:rsidRDefault="00000000">
            <w:pPr>
              <w:autoSpaceDE w:val="0"/>
              <w:autoSpaceDN w:val="0"/>
              <w:spacing w:after="0" w:line="3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 Sehat, Aman, Nyaman, dan Menyenangkan (anti-bullying, BRUS, bahaya rokok dan narkoba), melalui simulasi kasus dan ikrar Murid Baru</w:t>
            </w:r>
          </w:p>
        </w:tc>
      </w:tr>
      <w:tr w:rsidR="00F925E9" w14:paraId="5B198ED8" w14:textId="77777777">
        <w:trPr>
          <w:trHeight w:hRule="exact" w:val="1039"/>
        </w:trPr>
        <w:tc>
          <w:tcPr>
            <w:tcW w:w="70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4F2CD42" w14:textId="77777777" w:rsidR="00F925E9" w:rsidRDefault="00000000">
            <w:pPr>
              <w:autoSpaceDE w:val="0"/>
              <w:autoSpaceDN w:val="0"/>
              <w:spacing w:before="360" w:after="0" w:line="17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4</w:t>
            </w:r>
          </w:p>
        </w:tc>
        <w:tc>
          <w:tcPr>
            <w:tcW w:w="865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1B941AF" w14:textId="77777777" w:rsidR="00F925E9" w:rsidRDefault="00000000">
            <w:pPr>
              <w:autoSpaceDE w:val="0"/>
              <w:autoSpaceDN w:val="0"/>
              <w:spacing w:after="0" w:line="39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Wawasan Kebangsaan, Bela Negara, Moderasi Beragama, dan Program ASRI/Ekoteologi</w:t>
            </w:r>
          </w:p>
        </w:tc>
      </w:tr>
      <w:tr w:rsidR="00F925E9" w14:paraId="6F11F5CC" w14:textId="77777777">
        <w:trPr>
          <w:trHeight w:hRule="exact" w:val="952"/>
        </w:trPr>
        <w:tc>
          <w:tcPr>
            <w:tcW w:w="70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E89DE1D" w14:textId="77777777" w:rsidR="00F925E9" w:rsidRDefault="00000000">
            <w:pPr>
              <w:autoSpaceDE w:val="0"/>
              <w:autoSpaceDN w:val="0"/>
              <w:spacing w:before="320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5</w:t>
            </w:r>
          </w:p>
        </w:tc>
        <w:tc>
          <w:tcPr>
            <w:tcW w:w="865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A1B0316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Pentas Ekspresi Murid Baru (unjuk bakat), penutupan, serta rekap hasil CKG</w:t>
            </w:r>
          </w:p>
          <w:p w14:paraId="495222E8" w14:textId="77777777" w:rsidR="00F925E9" w:rsidRDefault="00000000">
            <w:pPr>
              <w:autoSpaceDE w:val="0"/>
              <w:autoSpaceDN w:val="0"/>
              <w:spacing w:before="19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 Peta Talenta</w:t>
            </w:r>
          </w:p>
        </w:tc>
      </w:tr>
    </w:tbl>
    <w:p w14:paraId="1F0F72F2" w14:textId="77777777" w:rsidR="00F925E9" w:rsidRDefault="00000000">
      <w:pPr>
        <w:autoSpaceDE w:val="0"/>
        <w:autoSpaceDN w:val="0"/>
        <w:spacing w:after="0" w:line="396" w:lineRule="exact"/>
        <w:ind w:left="1400" w:right="1152" w:firstLine="520"/>
      </w:pPr>
      <w:r>
        <w:rPr>
          <w:rFonts w:ascii="Arial" w:eastAsia="Arial" w:hAnsi="Arial"/>
          <w:i/>
          <w:color w:val="000000"/>
          <w:spacing w:val="-10"/>
          <w:sz w:val="24"/>
        </w:rPr>
        <w:t xml:space="preserve">Catatan: pembagian tema per hari di atas bersifat contoh. Madrasah dapat </w:t>
      </w:r>
      <w:r>
        <w:br/>
      </w:r>
      <w:r>
        <w:rPr>
          <w:rFonts w:ascii="Arial" w:eastAsia="Arial" w:hAnsi="Arial"/>
          <w:i/>
          <w:color w:val="000000"/>
          <w:spacing w:val="-10"/>
          <w:sz w:val="24"/>
        </w:rPr>
        <w:t>menukar urutan, menggabungkan, atau menambahkan tema lain sesuai kebutuhan,</w:t>
      </w:r>
    </w:p>
    <w:p w14:paraId="2EB96DAE" w14:textId="77777777" w:rsidR="00F925E9" w:rsidRDefault="00000000">
      <w:pPr>
        <w:autoSpaceDE w:val="0"/>
        <w:autoSpaceDN w:val="0"/>
        <w:spacing w:before="192" w:after="0" w:line="220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selama keseluruhan materi wajib dalam Petunjuk Teknis tetap tersampaikan dan</w:t>
      </w:r>
    </w:p>
    <w:p w14:paraId="1AB175CB" w14:textId="77777777" w:rsidR="00F925E9" w:rsidRDefault="00000000">
      <w:pPr>
        <w:autoSpaceDE w:val="0"/>
        <w:autoSpaceDN w:val="0"/>
        <w:spacing w:before="192" w:after="0" w:line="222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pelaksanaan tidak melebihi 5 hari pada pekan pertama awal tahun pelajaran.</w:t>
      </w:r>
    </w:p>
    <w:p w14:paraId="2500AE76" w14:textId="77777777" w:rsidR="00F925E9" w:rsidRDefault="00000000">
      <w:pPr>
        <w:autoSpaceDE w:val="0"/>
        <w:autoSpaceDN w:val="0"/>
        <w:spacing w:before="4716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19</w:t>
      </w:r>
    </w:p>
    <w:p w14:paraId="2631A3CF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596605DA" w14:textId="77777777" w:rsidR="00F925E9" w:rsidRDefault="00F925E9">
      <w:pPr>
        <w:autoSpaceDE w:val="0"/>
        <w:autoSpaceDN w:val="0"/>
        <w:spacing w:after="0" w:line="220" w:lineRule="exact"/>
      </w:pPr>
    </w:p>
    <w:p w14:paraId="39FB6B3D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D4DE457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03DCE00" w14:textId="77777777" w:rsidR="00F925E9" w:rsidRDefault="00000000">
      <w:pPr>
        <w:autoSpaceDE w:val="0"/>
        <w:autoSpaceDN w:val="0"/>
        <w:spacing w:before="634" w:after="0" w:line="226" w:lineRule="exact"/>
        <w:ind w:left="1974"/>
      </w:pPr>
      <w:r>
        <w:rPr>
          <w:rFonts w:ascii="Arial" w:eastAsia="Arial" w:hAnsi="Arial"/>
          <w:b/>
          <w:color w:val="333333"/>
          <w:spacing w:val="-10"/>
          <w:sz w:val="24"/>
        </w:rPr>
        <w:t>3. Contoh Jadwal Harian Jenjang RA</w:t>
      </w:r>
    </w:p>
    <w:p w14:paraId="4E149B29" w14:textId="77777777" w:rsidR="00F925E9" w:rsidRDefault="00000000">
      <w:pPr>
        <w:autoSpaceDE w:val="0"/>
        <w:autoSpaceDN w:val="0"/>
        <w:spacing w:before="172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Pada jenjang RA, durasi sesi lebih singkat, dominan permainan dan</w:t>
      </w:r>
    </w:p>
    <w:p w14:paraId="0791407A" w14:textId="77777777" w:rsidR="00F925E9" w:rsidRDefault="00000000">
      <w:pPr>
        <w:autoSpaceDE w:val="0"/>
        <w:autoSpaceDN w:val="0"/>
        <w:spacing w:before="192" w:after="0" w:line="226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pembiasaan adab/akhlak baik, lagu, gerak, dan cerita. Pendampingan</w:t>
      </w:r>
    </w:p>
    <w:p w14:paraId="6A632DDB" w14:textId="77777777" w:rsidR="00F925E9" w:rsidRDefault="00000000">
      <w:pPr>
        <w:autoSpaceDE w:val="0"/>
        <w:autoSpaceDN w:val="0"/>
        <w:spacing w:before="186" w:after="330" w:line="226" w:lineRule="exact"/>
        <w:ind w:left="2334"/>
      </w:pPr>
      <w:r>
        <w:rPr>
          <w:rFonts w:ascii="ArialMT" w:eastAsia="ArialMT" w:hAnsi="ArialMT"/>
          <w:color w:val="000000"/>
          <w:spacing w:val="-10"/>
          <w:sz w:val="24"/>
        </w:rPr>
        <w:t>Orang Tua/Wali Murid dapat dilibatkan pada hari pertama bila diperlukan.</w:t>
      </w:r>
    </w:p>
    <w:tbl>
      <w:tblPr>
        <w:tblW w:w="0" w:type="auto"/>
        <w:tblInd w:w="1198" w:type="dxa"/>
        <w:tblLayout w:type="fixed"/>
        <w:tblLook w:val="04A0" w:firstRow="1" w:lastRow="0" w:firstColumn="1" w:lastColumn="0" w:noHBand="0" w:noVBand="1"/>
      </w:tblPr>
      <w:tblGrid>
        <w:gridCol w:w="1800"/>
        <w:gridCol w:w="4200"/>
        <w:gridCol w:w="3360"/>
      </w:tblGrid>
      <w:tr w:rsidR="00F925E9" w14:paraId="170D997C" w14:textId="77777777">
        <w:trPr>
          <w:trHeight w:hRule="exact" w:val="577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9E32AD5" w14:textId="77777777" w:rsidR="00F925E9" w:rsidRDefault="00000000">
            <w:pPr>
              <w:autoSpaceDE w:val="0"/>
              <w:autoSpaceDN w:val="0"/>
              <w:spacing w:before="106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Waktu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AEF2C63" w14:textId="77777777" w:rsidR="00F925E9" w:rsidRDefault="00000000">
            <w:pPr>
              <w:autoSpaceDE w:val="0"/>
              <w:autoSpaceDN w:val="0"/>
              <w:spacing w:before="106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Kegiatan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48680F1" w14:textId="77777777" w:rsidR="00F925E9" w:rsidRDefault="00000000">
            <w:pPr>
              <w:autoSpaceDE w:val="0"/>
              <w:autoSpaceDN w:val="0"/>
              <w:spacing w:before="106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Keterangan</w:t>
            </w:r>
          </w:p>
        </w:tc>
      </w:tr>
      <w:tr w:rsidR="00F925E9" w14:paraId="5039D703" w14:textId="77777777">
        <w:trPr>
          <w:trHeight w:hRule="exact" w:val="1369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FC5EE27" w14:textId="77777777" w:rsidR="00F925E9" w:rsidRDefault="00000000">
            <w:pPr>
              <w:autoSpaceDE w:val="0"/>
              <w:autoSpaceDN w:val="0"/>
              <w:spacing w:before="518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07.30 – 07.40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74E52A4" w14:textId="77777777" w:rsidR="00F925E9" w:rsidRDefault="00000000">
            <w:pPr>
              <w:autoSpaceDE w:val="0"/>
              <w:autoSpaceDN w:val="0"/>
              <w:spacing w:after="0" w:line="384" w:lineRule="exact"/>
              <w:ind w:left="122" w:right="28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Menyanyikan lagu Indonesia Raya,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Mars Madrasah/RA (Dengan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gerakan)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2C53CD0" w14:textId="77777777" w:rsidR="00F925E9" w:rsidRDefault="00000000">
            <w:pPr>
              <w:autoSpaceDE w:val="0"/>
              <w:autoSpaceDN w:val="0"/>
              <w:spacing w:before="31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Wajib, sebelum kegiatan lain</w:t>
            </w:r>
          </w:p>
          <w:p w14:paraId="23BACC3C" w14:textId="77777777" w:rsidR="00F925E9" w:rsidRDefault="00000000">
            <w:pPr>
              <w:autoSpaceDE w:val="0"/>
              <w:autoSpaceDN w:val="0"/>
              <w:spacing w:before="190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dimulai</w:t>
            </w:r>
          </w:p>
        </w:tc>
      </w:tr>
      <w:tr w:rsidR="00F925E9" w14:paraId="252060A6" w14:textId="77777777">
        <w:trPr>
          <w:trHeight w:hRule="exact" w:val="1023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5FA774A" w14:textId="77777777" w:rsidR="00F925E9" w:rsidRDefault="00000000">
            <w:pPr>
              <w:autoSpaceDE w:val="0"/>
              <w:autoSpaceDN w:val="0"/>
              <w:spacing w:before="344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07.40 – 07.50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04BF2CA0" w14:textId="77777777" w:rsidR="00F925E9" w:rsidRDefault="00000000">
            <w:pPr>
              <w:autoSpaceDE w:val="0"/>
              <w:autoSpaceDN w:val="0"/>
              <w:spacing w:before="140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Tepuk semangat dan salam</w:t>
            </w:r>
          </w:p>
          <w:p w14:paraId="351FA854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pembuka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1A896CD1" w14:textId="77777777" w:rsidR="00F925E9" w:rsidRDefault="00000000">
            <w:pPr>
              <w:autoSpaceDE w:val="0"/>
              <w:autoSpaceDN w:val="0"/>
              <w:spacing w:before="346" w:after="0" w:line="222" w:lineRule="exact"/>
              <w:ind w:left="122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Energizer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 ringan</w:t>
            </w:r>
          </w:p>
        </w:tc>
      </w:tr>
      <w:tr w:rsidR="00F925E9" w14:paraId="75D52158" w14:textId="77777777">
        <w:trPr>
          <w:trHeight w:hRule="exact" w:val="1373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6288829" w14:textId="77777777" w:rsidR="00F925E9" w:rsidRDefault="00000000">
            <w:pPr>
              <w:autoSpaceDE w:val="0"/>
              <w:autoSpaceDN w:val="0"/>
              <w:spacing w:before="52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07.50 – 08.30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BFC6E27" w14:textId="77777777" w:rsidR="00F925E9" w:rsidRDefault="00000000">
            <w:pPr>
              <w:autoSpaceDE w:val="0"/>
              <w:autoSpaceDN w:val="0"/>
              <w:spacing w:before="104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Bermain sambil mengenal</w:t>
            </w:r>
          </w:p>
          <w:p w14:paraId="5E1A9F2A" w14:textId="77777777" w:rsidR="00F925E9" w:rsidRDefault="00000000">
            <w:pPr>
              <w:autoSpaceDE w:val="0"/>
              <w:autoSpaceDN w:val="0"/>
              <w:spacing w:before="6" w:after="0" w:line="412" w:lineRule="exact"/>
              <w:ind w:left="122" w:right="7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lingkungan (ruang kelas, taman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bermain)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E58F5A9" w14:textId="77777777" w:rsidR="00F925E9" w:rsidRDefault="00000000">
            <w:pPr>
              <w:autoSpaceDE w:val="0"/>
              <w:autoSpaceDN w:val="0"/>
              <w:spacing w:before="522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Didampingi guru kelas</w:t>
            </w:r>
          </w:p>
        </w:tc>
      </w:tr>
      <w:tr w:rsidR="00F925E9" w14:paraId="06F55200" w14:textId="77777777">
        <w:trPr>
          <w:trHeight w:hRule="exact" w:val="610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0C6D1BB7" w14:textId="77777777" w:rsidR="00F925E9" w:rsidRDefault="00000000">
            <w:pPr>
              <w:autoSpaceDE w:val="0"/>
              <w:autoSpaceDN w:val="0"/>
              <w:spacing w:before="138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08.30 – 08.45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0CD00F0" w14:textId="77777777" w:rsidR="00F925E9" w:rsidRDefault="00000000">
            <w:pPr>
              <w:autoSpaceDE w:val="0"/>
              <w:autoSpaceDN w:val="0"/>
              <w:spacing w:before="136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Snack time dan istirahat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63A9DFA3" w14:textId="77777777" w:rsidR="00F925E9" w:rsidRDefault="00000000">
            <w:pPr>
              <w:autoSpaceDE w:val="0"/>
              <w:autoSpaceDN w:val="0"/>
              <w:spacing w:before="138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Pembiasaan adab makan</w:t>
            </w:r>
          </w:p>
        </w:tc>
      </w:tr>
      <w:tr w:rsidR="00F925E9" w14:paraId="4EAF800C" w14:textId="77777777">
        <w:trPr>
          <w:trHeight w:hRule="exact" w:val="955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C577F0D" w14:textId="77777777" w:rsidR="00F925E9" w:rsidRDefault="00000000">
            <w:pPr>
              <w:autoSpaceDE w:val="0"/>
              <w:autoSpaceDN w:val="0"/>
              <w:spacing w:before="31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08.45 – 09.30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3B1E048" w14:textId="77777777" w:rsidR="00F925E9" w:rsidRDefault="00000000">
            <w:pPr>
              <w:autoSpaceDE w:val="0"/>
              <w:autoSpaceDN w:val="0"/>
              <w:spacing w:before="102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Berkisah interaktif tema nilai-nilai</w:t>
            </w:r>
          </w:p>
          <w:p w14:paraId="29F5D35E" w14:textId="77777777" w:rsidR="00F925E9" w:rsidRDefault="00000000">
            <w:pPr>
              <w:autoSpaceDE w:val="0"/>
              <w:autoSpaceDN w:val="0"/>
              <w:spacing w:before="23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dasar pembentukan adab/karakter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6BA933D" w14:textId="77777777" w:rsidR="00F925E9" w:rsidRDefault="00000000">
            <w:pPr>
              <w:autoSpaceDE w:val="0"/>
              <w:autoSpaceDN w:val="0"/>
              <w:spacing w:after="0" w:line="368" w:lineRule="exact"/>
              <w:ind w:left="122" w:right="7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Termasuk pengamatan </w:t>
            </w:r>
            <w:r>
              <w:br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ekspresi/talenta</w:t>
            </w:r>
          </w:p>
        </w:tc>
      </w:tr>
      <w:tr w:rsidR="00F925E9" w14:paraId="548D46E5" w14:textId="77777777">
        <w:trPr>
          <w:trHeight w:hRule="exact" w:val="995"/>
        </w:trPr>
        <w:tc>
          <w:tcPr>
            <w:tcW w:w="1800" w:type="dxa"/>
            <w:tcBorders>
              <w:left w:val="single" w:sz="0" w:space="0" w:color="BDBDBD"/>
              <w:bottom w:val="single" w:sz="1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DD033FC" w14:textId="77777777" w:rsidR="00F925E9" w:rsidRDefault="00000000">
            <w:pPr>
              <w:autoSpaceDE w:val="0"/>
              <w:autoSpaceDN w:val="0"/>
              <w:spacing w:before="344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09.30 – 10.00</w:t>
            </w:r>
          </w:p>
        </w:tc>
        <w:tc>
          <w:tcPr>
            <w:tcW w:w="4200" w:type="dxa"/>
            <w:tcBorders>
              <w:left w:val="single" w:sz="0" w:space="0" w:color="BDBDBD"/>
              <w:bottom w:val="single" w:sz="1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77672C66" w14:textId="77777777" w:rsidR="00F925E9" w:rsidRDefault="00000000">
            <w:pPr>
              <w:autoSpaceDE w:val="0"/>
              <w:autoSpaceDN w:val="0"/>
              <w:spacing w:before="140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Bernyanyi dan bergerak bersama,</w:t>
            </w:r>
          </w:p>
          <w:p w14:paraId="4C1F4DCC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 doa penutup</w:t>
            </w:r>
          </w:p>
        </w:tc>
        <w:tc>
          <w:tcPr>
            <w:tcW w:w="3360" w:type="dxa"/>
            <w:tcBorders>
              <w:left w:val="single" w:sz="0" w:space="0" w:color="BDBDBD"/>
              <w:bottom w:val="single" w:sz="1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67F877FA" w14:textId="77777777" w:rsidR="00F925E9" w:rsidRDefault="00000000">
            <w:pPr>
              <w:autoSpaceDE w:val="0"/>
              <w:autoSpaceDN w:val="0"/>
              <w:spacing w:before="140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Boleh melibatkan orang tua</w:t>
            </w:r>
          </w:p>
          <w:p w14:paraId="421FAF1A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pendamping</w:t>
            </w:r>
          </w:p>
        </w:tc>
      </w:tr>
    </w:tbl>
    <w:p w14:paraId="4AE59FD9" w14:textId="77777777" w:rsidR="00F925E9" w:rsidRDefault="00000000">
      <w:pPr>
        <w:autoSpaceDE w:val="0"/>
        <w:autoSpaceDN w:val="0"/>
        <w:spacing w:before="550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20</w:t>
      </w:r>
    </w:p>
    <w:p w14:paraId="66322DCF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2E144035" w14:textId="77777777" w:rsidR="00F925E9" w:rsidRDefault="00F925E9">
      <w:pPr>
        <w:autoSpaceDE w:val="0"/>
        <w:autoSpaceDN w:val="0"/>
        <w:spacing w:after="0" w:line="220" w:lineRule="exact"/>
      </w:pPr>
    </w:p>
    <w:p w14:paraId="59EFFB35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668504CE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81649E6" w14:textId="77777777" w:rsidR="00F925E9" w:rsidRDefault="00000000">
      <w:pPr>
        <w:autoSpaceDE w:val="0"/>
        <w:autoSpaceDN w:val="0"/>
        <w:spacing w:before="634" w:after="148" w:line="226" w:lineRule="exact"/>
        <w:ind w:left="1974"/>
      </w:pPr>
      <w:r>
        <w:rPr>
          <w:rFonts w:ascii="Arial" w:eastAsia="Arial" w:hAnsi="Arial"/>
          <w:b/>
          <w:color w:val="333333"/>
          <w:spacing w:val="-10"/>
          <w:sz w:val="24"/>
        </w:rPr>
        <w:t>4. Contoh Jadwal Harian Jenjang MI</w:t>
      </w:r>
    </w:p>
    <w:tbl>
      <w:tblPr>
        <w:tblW w:w="0" w:type="auto"/>
        <w:tblInd w:w="1198" w:type="dxa"/>
        <w:tblLayout w:type="fixed"/>
        <w:tblLook w:val="04A0" w:firstRow="1" w:lastRow="0" w:firstColumn="1" w:lastColumn="0" w:noHBand="0" w:noVBand="1"/>
      </w:tblPr>
      <w:tblGrid>
        <w:gridCol w:w="1800"/>
        <w:gridCol w:w="4200"/>
        <w:gridCol w:w="3360"/>
      </w:tblGrid>
      <w:tr w:rsidR="00F925E9" w14:paraId="73907CD7" w14:textId="77777777">
        <w:trPr>
          <w:trHeight w:hRule="exact" w:val="575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A1DC816" w14:textId="77777777" w:rsidR="00F925E9" w:rsidRDefault="00000000">
            <w:pPr>
              <w:autoSpaceDE w:val="0"/>
              <w:autoSpaceDN w:val="0"/>
              <w:spacing w:before="110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Waktu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391AB10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Kegiatan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65C7210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Keterangan</w:t>
            </w:r>
          </w:p>
        </w:tc>
      </w:tr>
      <w:tr w:rsidR="00F925E9" w14:paraId="2E815E8F" w14:textId="77777777">
        <w:trPr>
          <w:trHeight w:hRule="exact" w:val="960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9124AAE" w14:textId="77777777" w:rsidR="00F925E9" w:rsidRDefault="00000000">
            <w:pPr>
              <w:autoSpaceDE w:val="0"/>
              <w:autoSpaceDN w:val="0"/>
              <w:spacing w:before="316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07.00 – 07.15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DC7B161" w14:textId="77777777" w:rsidR="00F925E9" w:rsidRDefault="00000000">
            <w:pPr>
              <w:autoSpaceDE w:val="0"/>
              <w:autoSpaceDN w:val="0"/>
              <w:spacing w:before="314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Tadarus/shalat dhuha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0ECAA9C" w14:textId="77777777" w:rsidR="00F925E9" w:rsidRDefault="00000000">
            <w:pPr>
              <w:autoSpaceDE w:val="0"/>
              <w:autoSpaceDN w:val="0"/>
              <w:spacing w:before="110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Disesuaikan dengan</w:t>
            </w:r>
          </w:p>
          <w:p w14:paraId="6259EA60" w14:textId="77777777" w:rsidR="00F925E9" w:rsidRDefault="00000000">
            <w:pPr>
              <w:autoSpaceDE w:val="0"/>
              <w:autoSpaceDN w:val="0"/>
              <w:spacing w:before="190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kebiasaan madrasah</w:t>
            </w:r>
          </w:p>
        </w:tc>
      </w:tr>
      <w:tr w:rsidR="00F925E9" w14:paraId="77ECD9D5" w14:textId="77777777">
        <w:trPr>
          <w:trHeight w:hRule="exact" w:val="1022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4156D31" w14:textId="77777777" w:rsidR="00F925E9" w:rsidRDefault="00000000">
            <w:pPr>
              <w:autoSpaceDE w:val="0"/>
              <w:autoSpaceDN w:val="0"/>
              <w:spacing w:before="344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07.15 – 07.30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50AB117" w14:textId="77777777" w:rsidR="00F925E9" w:rsidRDefault="00000000">
            <w:pPr>
              <w:autoSpaceDE w:val="0"/>
              <w:autoSpaceDN w:val="0"/>
              <w:spacing w:before="138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Menyanyikan lagu Indonesia Raya,</w:t>
            </w:r>
          </w:p>
          <w:p w14:paraId="76389359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Mars Madrasah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7379AEEC" w14:textId="77777777" w:rsidR="00F925E9" w:rsidRDefault="00000000">
            <w:pPr>
              <w:autoSpaceDE w:val="0"/>
              <w:autoSpaceDN w:val="0"/>
              <w:spacing w:before="138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Wajib, sebelum kegiatan lain</w:t>
            </w:r>
          </w:p>
          <w:p w14:paraId="1E387BAA" w14:textId="77777777" w:rsidR="00F925E9" w:rsidRDefault="00000000">
            <w:pPr>
              <w:autoSpaceDE w:val="0"/>
              <w:autoSpaceDN w:val="0"/>
              <w:spacing w:before="192" w:after="0" w:line="21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apa pun dimulai</w:t>
            </w:r>
          </w:p>
        </w:tc>
      </w:tr>
      <w:tr w:rsidR="00F925E9" w14:paraId="3BF82BF4" w14:textId="77777777">
        <w:trPr>
          <w:trHeight w:hRule="exact" w:val="954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46DBF9B" w14:textId="77777777" w:rsidR="00F925E9" w:rsidRDefault="00000000">
            <w:pPr>
              <w:autoSpaceDE w:val="0"/>
              <w:autoSpaceDN w:val="0"/>
              <w:spacing w:before="312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07.30 – 07.45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15C87A3" w14:textId="77777777" w:rsidR="00F925E9" w:rsidRDefault="00000000">
            <w:pPr>
              <w:autoSpaceDE w:val="0"/>
              <w:autoSpaceDN w:val="0"/>
              <w:spacing w:before="312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Ice breaking dan yel-yel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5CC2207" w14:textId="77777777" w:rsidR="00F925E9" w:rsidRDefault="00000000">
            <w:pPr>
              <w:autoSpaceDE w:val="0"/>
              <w:autoSpaceDN w:val="0"/>
              <w:spacing w:before="10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Membangun semangat dan</w:t>
            </w:r>
          </w:p>
          <w:p w14:paraId="234227A8" w14:textId="77777777" w:rsidR="00F925E9" w:rsidRDefault="00000000">
            <w:pPr>
              <w:autoSpaceDE w:val="0"/>
              <w:autoSpaceDN w:val="0"/>
              <w:spacing w:before="190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kebersamaan</w:t>
            </w:r>
          </w:p>
        </w:tc>
      </w:tr>
      <w:tr w:rsidR="00F925E9" w14:paraId="53C53ED8" w14:textId="77777777">
        <w:trPr>
          <w:trHeight w:hRule="exact" w:val="1024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ABAF3E7" w14:textId="77777777" w:rsidR="00F925E9" w:rsidRDefault="00000000">
            <w:pPr>
              <w:autoSpaceDE w:val="0"/>
              <w:autoSpaceDN w:val="0"/>
              <w:spacing w:before="346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07.45 – 09.00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12BAA9A" w14:textId="77777777" w:rsidR="00F925E9" w:rsidRDefault="00000000">
            <w:pPr>
              <w:autoSpaceDE w:val="0"/>
              <w:autoSpaceDN w:val="0"/>
              <w:spacing w:before="138" w:after="0" w:line="22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 materi utama (dikemas</w:t>
            </w:r>
          </w:p>
          <w:p w14:paraId="733CACEF" w14:textId="77777777" w:rsidR="00F925E9" w:rsidRDefault="00000000">
            <w:pPr>
              <w:autoSpaceDE w:val="0"/>
              <w:autoSpaceDN w:val="0"/>
              <w:spacing w:before="192" w:after="0" w:line="22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interaktif)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79C3489A" w14:textId="77777777" w:rsidR="00F925E9" w:rsidRDefault="00000000">
            <w:pPr>
              <w:autoSpaceDE w:val="0"/>
              <w:autoSpaceDN w:val="0"/>
              <w:spacing w:before="344" w:after="0" w:line="17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 tema harian</w:t>
            </w:r>
          </w:p>
        </w:tc>
      </w:tr>
      <w:tr w:rsidR="00F925E9" w14:paraId="79384D34" w14:textId="77777777">
        <w:trPr>
          <w:trHeight w:hRule="exact" w:val="542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108CAE5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09.00 – 09.15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95C98A5" w14:textId="77777777" w:rsidR="00F925E9" w:rsidRDefault="00000000">
            <w:pPr>
              <w:autoSpaceDE w:val="0"/>
              <w:autoSpaceDN w:val="0"/>
              <w:spacing w:before="110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Istirahat ringan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058C988" w14:textId="77777777" w:rsidR="00F925E9" w:rsidRDefault="00000000">
            <w:pPr>
              <w:autoSpaceDE w:val="0"/>
              <w:autoSpaceDN w:val="0"/>
              <w:spacing w:before="106" w:after="0" w:line="17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Snack sehat</w:t>
            </w:r>
          </w:p>
        </w:tc>
      </w:tr>
      <w:tr w:rsidR="00F925E9" w14:paraId="6E1DA43C" w14:textId="77777777">
        <w:trPr>
          <w:trHeight w:hRule="exact" w:val="1027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7FF6CC2E" w14:textId="77777777" w:rsidR="00F925E9" w:rsidRDefault="00000000">
            <w:pPr>
              <w:autoSpaceDE w:val="0"/>
              <w:autoSpaceDN w:val="0"/>
              <w:spacing w:before="35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09.15 – 10.30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A041080" w14:textId="77777777" w:rsidR="00F925E9" w:rsidRDefault="00000000">
            <w:pPr>
              <w:autoSpaceDE w:val="0"/>
              <w:autoSpaceDN w:val="0"/>
              <w:spacing w:before="348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Aktivitas kelompok/eksplorasi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48F9C7DB" w14:textId="77777777" w:rsidR="00F925E9" w:rsidRDefault="00000000">
            <w:pPr>
              <w:autoSpaceDE w:val="0"/>
              <w:autoSpaceDN w:val="0"/>
              <w:spacing w:before="144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Termasuk pengamatan</w:t>
            </w:r>
          </w:p>
          <w:p w14:paraId="3174EFBB" w14:textId="77777777" w:rsidR="00F925E9" w:rsidRDefault="00000000">
            <w:pPr>
              <w:autoSpaceDE w:val="0"/>
              <w:autoSpaceDN w:val="0"/>
              <w:spacing w:before="190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</w:t>
            </w:r>
          </w:p>
        </w:tc>
      </w:tr>
      <w:tr w:rsidR="00F925E9" w14:paraId="0CABA2C3" w14:textId="77777777">
        <w:trPr>
          <w:trHeight w:hRule="exact" w:val="955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23280B2" w14:textId="77777777" w:rsidR="00F925E9" w:rsidRDefault="00000000">
            <w:pPr>
              <w:autoSpaceDE w:val="0"/>
              <w:autoSpaceDN w:val="0"/>
              <w:spacing w:before="31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10.45 – 12.00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67FD98B" w14:textId="77777777" w:rsidR="00F925E9" w:rsidRDefault="00000000">
            <w:pPr>
              <w:autoSpaceDE w:val="0"/>
              <w:autoSpaceDN w:val="0"/>
              <w:spacing w:before="308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Aktivitas eksplorasi/talenta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1C9A222" w14:textId="77777777" w:rsidR="00F925E9" w:rsidRDefault="00000000">
            <w:pPr>
              <w:autoSpaceDE w:val="0"/>
              <w:autoSpaceDN w:val="0"/>
              <w:spacing w:before="102" w:after="0" w:line="17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Termasuk sesi “Kenalkan</w:t>
            </w:r>
          </w:p>
          <w:p w14:paraId="3F5DCDC4" w14:textId="77777777" w:rsidR="00F925E9" w:rsidRDefault="00000000">
            <w:pPr>
              <w:autoSpaceDE w:val="0"/>
              <w:autoSpaceDN w:val="0"/>
              <w:spacing w:before="236" w:after="0" w:line="22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Bakatmu” pada hari tertentu</w:t>
            </w:r>
          </w:p>
        </w:tc>
      </w:tr>
      <w:tr w:rsidR="00F925E9" w14:paraId="13D77768" w14:textId="77777777">
        <w:trPr>
          <w:trHeight w:hRule="exact" w:val="609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2F8FBC0D" w14:textId="77777777" w:rsidR="00F925E9" w:rsidRDefault="00000000">
            <w:pPr>
              <w:autoSpaceDE w:val="0"/>
              <w:autoSpaceDN w:val="0"/>
              <w:spacing w:before="138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12.00 – 13.00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82E14D1" w14:textId="77777777" w:rsidR="00F925E9" w:rsidRDefault="00000000">
            <w:pPr>
              <w:autoSpaceDE w:val="0"/>
              <w:autoSpaceDN w:val="0"/>
              <w:spacing w:before="140" w:after="0" w:line="20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Istirahat, shalat, dan makan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AE16473" w14:textId="77777777" w:rsidR="00F925E9" w:rsidRDefault="00000000">
            <w:pPr>
              <w:autoSpaceDE w:val="0"/>
              <w:autoSpaceDN w:val="0"/>
              <w:spacing w:before="240" w:after="0" w:line="1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–</w:t>
            </w:r>
          </w:p>
        </w:tc>
      </w:tr>
      <w:tr w:rsidR="00F925E9" w14:paraId="5FACD518" w14:textId="77777777">
        <w:trPr>
          <w:trHeight w:hRule="exact" w:val="947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C0C8C46" w14:textId="77777777" w:rsidR="00F925E9" w:rsidRDefault="00000000">
            <w:pPr>
              <w:autoSpaceDE w:val="0"/>
              <w:autoSpaceDN w:val="0"/>
              <w:spacing w:before="312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13.00 – 14.00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86E3BD0" w14:textId="77777777" w:rsidR="00F925E9" w:rsidRDefault="00000000">
            <w:pPr>
              <w:autoSpaceDE w:val="0"/>
              <w:autoSpaceDN w:val="0"/>
              <w:spacing w:before="10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Menyanyikan lagu Himne Madrasah,</w:t>
            </w:r>
          </w:p>
          <w:p w14:paraId="57F960FE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 penutup harian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50AE697" w14:textId="77777777" w:rsidR="00F925E9" w:rsidRDefault="00000000">
            <w:pPr>
              <w:autoSpaceDE w:val="0"/>
              <w:autoSpaceDN w:val="0"/>
              <w:spacing w:before="10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Yel-yel pulang dan apresiasi</w:t>
            </w:r>
          </w:p>
          <w:p w14:paraId="5E3CDB10" w14:textId="77777777" w:rsidR="00F925E9" w:rsidRDefault="00000000">
            <w:pPr>
              <w:autoSpaceDE w:val="0"/>
              <w:autoSpaceDN w:val="0"/>
              <w:spacing w:before="190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</w:tr>
    </w:tbl>
    <w:p w14:paraId="0477E339" w14:textId="77777777" w:rsidR="00F925E9" w:rsidRDefault="00000000">
      <w:pPr>
        <w:autoSpaceDE w:val="0"/>
        <w:autoSpaceDN w:val="0"/>
        <w:spacing w:before="5192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21</w:t>
      </w:r>
    </w:p>
    <w:p w14:paraId="0654AB99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7947AE4C" w14:textId="77777777" w:rsidR="00F925E9" w:rsidRDefault="00F925E9">
      <w:pPr>
        <w:autoSpaceDE w:val="0"/>
        <w:autoSpaceDN w:val="0"/>
        <w:spacing w:after="0" w:line="220" w:lineRule="exact"/>
      </w:pPr>
    </w:p>
    <w:p w14:paraId="4DF68FC5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6F663A5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55953B6" w14:textId="77777777" w:rsidR="00F925E9" w:rsidRDefault="00000000">
      <w:pPr>
        <w:autoSpaceDE w:val="0"/>
        <w:autoSpaceDN w:val="0"/>
        <w:spacing w:before="634" w:after="148" w:line="226" w:lineRule="exact"/>
        <w:ind w:left="1974"/>
      </w:pPr>
      <w:r>
        <w:rPr>
          <w:rFonts w:ascii="Arial" w:eastAsia="Arial" w:hAnsi="Arial"/>
          <w:b/>
          <w:color w:val="333333"/>
          <w:spacing w:val="-10"/>
          <w:sz w:val="24"/>
        </w:rPr>
        <w:t>5. Contoh Jadwal Harian Jenjang MTs</w:t>
      </w:r>
    </w:p>
    <w:tbl>
      <w:tblPr>
        <w:tblW w:w="0" w:type="auto"/>
        <w:tblInd w:w="1198" w:type="dxa"/>
        <w:tblLayout w:type="fixed"/>
        <w:tblLook w:val="04A0" w:firstRow="1" w:lastRow="0" w:firstColumn="1" w:lastColumn="0" w:noHBand="0" w:noVBand="1"/>
      </w:tblPr>
      <w:tblGrid>
        <w:gridCol w:w="1800"/>
        <w:gridCol w:w="4200"/>
        <w:gridCol w:w="3360"/>
      </w:tblGrid>
      <w:tr w:rsidR="00F925E9" w14:paraId="2A7ABBC5" w14:textId="77777777">
        <w:trPr>
          <w:trHeight w:hRule="exact" w:val="575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EED2B62" w14:textId="77777777" w:rsidR="00F925E9" w:rsidRDefault="00000000">
            <w:pPr>
              <w:autoSpaceDE w:val="0"/>
              <w:autoSpaceDN w:val="0"/>
              <w:spacing w:before="110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Waktu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BA62645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Kegiatan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016EC7A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Keterangan</w:t>
            </w:r>
          </w:p>
        </w:tc>
      </w:tr>
      <w:tr w:rsidR="00F925E9" w14:paraId="05C5C6E9" w14:textId="77777777">
        <w:trPr>
          <w:trHeight w:hRule="exact" w:val="960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18237ED" w14:textId="77777777" w:rsidR="00F925E9" w:rsidRDefault="00000000">
            <w:pPr>
              <w:autoSpaceDE w:val="0"/>
              <w:autoSpaceDN w:val="0"/>
              <w:spacing w:before="316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07.00 – 07.15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BA86440" w14:textId="77777777" w:rsidR="00F925E9" w:rsidRDefault="00000000">
            <w:pPr>
              <w:autoSpaceDE w:val="0"/>
              <w:autoSpaceDN w:val="0"/>
              <w:spacing w:before="314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Tadarus/Shalat dhuha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61ACD55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Disesuaikan kebiasaan</w:t>
            </w:r>
          </w:p>
          <w:p w14:paraId="0D4406CE" w14:textId="77777777" w:rsidR="00F925E9" w:rsidRDefault="00000000">
            <w:pPr>
              <w:autoSpaceDE w:val="0"/>
              <w:autoSpaceDN w:val="0"/>
              <w:spacing w:before="238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</w:tr>
      <w:tr w:rsidR="00F925E9" w14:paraId="6115DDA6" w14:textId="77777777">
        <w:trPr>
          <w:trHeight w:hRule="exact" w:val="1022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0F6C835B" w14:textId="77777777" w:rsidR="00F925E9" w:rsidRDefault="00000000">
            <w:pPr>
              <w:autoSpaceDE w:val="0"/>
              <w:autoSpaceDN w:val="0"/>
              <w:spacing w:before="344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07.15 – 07.30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0F80210" w14:textId="77777777" w:rsidR="00F925E9" w:rsidRDefault="00000000">
            <w:pPr>
              <w:autoSpaceDE w:val="0"/>
              <w:autoSpaceDN w:val="0"/>
              <w:spacing w:before="138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Menyanyikan lagu Indonesia Raya,</w:t>
            </w:r>
          </w:p>
          <w:p w14:paraId="55740F01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Mars Madrasah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6070887B" w14:textId="77777777" w:rsidR="00F925E9" w:rsidRDefault="00000000">
            <w:pPr>
              <w:autoSpaceDE w:val="0"/>
              <w:autoSpaceDN w:val="0"/>
              <w:spacing w:before="138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Wajib, dipandu pengurus</w:t>
            </w:r>
          </w:p>
          <w:p w14:paraId="5830BED5" w14:textId="77777777" w:rsidR="00F925E9" w:rsidRDefault="00000000">
            <w:pPr>
              <w:autoSpaceDE w:val="0"/>
              <w:autoSpaceDN w:val="0"/>
              <w:spacing w:before="188" w:after="0" w:line="17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OSIM/MPK</w:t>
            </w:r>
          </w:p>
        </w:tc>
      </w:tr>
      <w:tr w:rsidR="00F925E9" w14:paraId="2A1A82D6" w14:textId="77777777">
        <w:trPr>
          <w:trHeight w:hRule="exact" w:val="954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EE51534" w14:textId="77777777" w:rsidR="00F925E9" w:rsidRDefault="00000000">
            <w:pPr>
              <w:autoSpaceDE w:val="0"/>
              <w:autoSpaceDN w:val="0"/>
              <w:spacing w:before="312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07.30 – 07.45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56B34F2" w14:textId="77777777" w:rsidR="00F925E9" w:rsidRDefault="00000000">
            <w:pPr>
              <w:autoSpaceDE w:val="0"/>
              <w:autoSpaceDN w:val="0"/>
              <w:spacing w:before="10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Ice breaking dan pembentukan</w:t>
            </w:r>
          </w:p>
          <w:p w14:paraId="0CDB0594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971B430" w14:textId="77777777" w:rsidR="00F925E9" w:rsidRDefault="00000000">
            <w:pPr>
              <w:autoSpaceDE w:val="0"/>
              <w:autoSpaceDN w:val="0"/>
              <w:spacing w:before="312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Energizer khas remaja</w:t>
            </w:r>
          </w:p>
        </w:tc>
      </w:tr>
      <w:tr w:rsidR="00F925E9" w14:paraId="3B115451" w14:textId="77777777">
        <w:trPr>
          <w:trHeight w:hRule="exact" w:val="1024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61A06B6" w14:textId="77777777" w:rsidR="00F925E9" w:rsidRDefault="00000000">
            <w:pPr>
              <w:autoSpaceDE w:val="0"/>
              <w:autoSpaceDN w:val="0"/>
              <w:spacing w:before="346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07.45 – 09.15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F804C15" w14:textId="77777777" w:rsidR="00F925E9" w:rsidRDefault="00000000">
            <w:pPr>
              <w:autoSpaceDE w:val="0"/>
              <w:autoSpaceDN w:val="0"/>
              <w:spacing w:before="138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 materi utama: diskusi dan</w:t>
            </w:r>
          </w:p>
          <w:p w14:paraId="37F3A4E9" w14:textId="77777777" w:rsidR="00F925E9" w:rsidRDefault="00000000">
            <w:pPr>
              <w:autoSpaceDE w:val="0"/>
              <w:autoSpaceDN w:val="0"/>
              <w:spacing w:before="244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simulasi kasus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190A4BF9" w14:textId="77777777" w:rsidR="00F925E9" w:rsidRDefault="00000000">
            <w:pPr>
              <w:autoSpaceDE w:val="0"/>
              <w:autoSpaceDN w:val="0"/>
              <w:spacing w:before="344" w:after="0" w:line="17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 tema harian</w:t>
            </w:r>
          </w:p>
        </w:tc>
      </w:tr>
      <w:tr w:rsidR="00F925E9" w14:paraId="0A7D4A6E" w14:textId="77777777">
        <w:trPr>
          <w:trHeight w:hRule="exact" w:val="542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2DC7E7F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09.15 – 09.30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FED8428" w14:textId="77777777" w:rsidR="00F925E9" w:rsidRDefault="00000000">
            <w:pPr>
              <w:autoSpaceDE w:val="0"/>
              <w:autoSpaceDN w:val="0"/>
              <w:spacing w:before="110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Istirahat ringan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5F3F14F" w14:textId="77777777" w:rsidR="00F925E9" w:rsidRDefault="00000000">
            <w:pPr>
              <w:autoSpaceDE w:val="0"/>
              <w:autoSpaceDN w:val="0"/>
              <w:spacing w:before="106" w:after="0" w:line="17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Snack sehat</w:t>
            </w:r>
          </w:p>
        </w:tc>
      </w:tr>
      <w:tr w:rsidR="00F925E9" w14:paraId="29C1BE3E" w14:textId="77777777">
        <w:trPr>
          <w:trHeight w:hRule="exact" w:val="1440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039D1291" w14:textId="77777777" w:rsidR="00F925E9" w:rsidRDefault="00000000">
            <w:pPr>
              <w:autoSpaceDE w:val="0"/>
              <w:autoSpaceDN w:val="0"/>
              <w:spacing w:before="556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09.30 – 11.00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BDDE56C" w14:textId="77777777" w:rsidR="00F925E9" w:rsidRDefault="00000000">
            <w:pPr>
              <w:autoSpaceDE w:val="0"/>
              <w:autoSpaceDN w:val="0"/>
              <w:spacing w:before="350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Proyek kelompok dan presentasi</w:t>
            </w:r>
          </w:p>
          <w:p w14:paraId="4AB7222C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singkat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6EA6C5D4" w14:textId="77777777" w:rsidR="00F925E9" w:rsidRDefault="00000000">
            <w:pPr>
              <w:autoSpaceDE w:val="0"/>
              <w:autoSpaceDN w:val="0"/>
              <w:spacing w:before="144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Termasuk pengamatan</w:t>
            </w:r>
          </w:p>
          <w:p w14:paraId="0F0039AC" w14:textId="77777777" w:rsidR="00F925E9" w:rsidRDefault="00000000">
            <w:pPr>
              <w:autoSpaceDE w:val="0"/>
              <w:autoSpaceDN w:val="0"/>
              <w:spacing w:before="190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</w:t>
            </w:r>
          </w:p>
          <w:p w14:paraId="16B14571" w14:textId="77777777" w:rsidR="00F925E9" w:rsidRDefault="00000000">
            <w:pPr>
              <w:autoSpaceDE w:val="0"/>
              <w:autoSpaceDN w:val="0"/>
              <w:spacing w:before="234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kepemimpinan/komunikasi</w:t>
            </w:r>
          </w:p>
        </w:tc>
      </w:tr>
      <w:tr w:rsidR="00F925E9" w14:paraId="0367AC9C" w14:textId="77777777">
        <w:trPr>
          <w:trHeight w:hRule="exact" w:val="954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8AC213A" w14:textId="77777777" w:rsidR="00F925E9" w:rsidRDefault="00000000">
            <w:pPr>
              <w:autoSpaceDE w:val="0"/>
              <w:autoSpaceDN w:val="0"/>
              <w:spacing w:before="312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11.15 – 12.00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E83533C" w14:textId="77777777" w:rsidR="00F925E9" w:rsidRDefault="00000000">
            <w:pPr>
              <w:autoSpaceDE w:val="0"/>
              <w:autoSpaceDN w:val="0"/>
              <w:spacing w:after="0" w:line="370" w:lineRule="exact"/>
              <w:ind w:left="122" w:right="864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 BRUS/literasi digital/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anti-</w:t>
            </w:r>
            <w:r>
              <w:br/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bullying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F1D023C" w14:textId="77777777" w:rsidR="00F925E9" w:rsidRDefault="00000000">
            <w:pPr>
              <w:autoSpaceDE w:val="0"/>
              <w:autoSpaceDN w:val="0"/>
              <w:spacing w:before="102" w:after="0" w:line="21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Interaktif, melibatkan</w:t>
            </w:r>
          </w:p>
          <w:p w14:paraId="36EB7EAE" w14:textId="77777777" w:rsidR="00F925E9" w:rsidRDefault="00000000">
            <w:pPr>
              <w:autoSpaceDE w:val="0"/>
              <w:autoSpaceDN w:val="0"/>
              <w:spacing w:before="206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simulasi</w:t>
            </w:r>
          </w:p>
        </w:tc>
      </w:tr>
      <w:tr w:rsidR="00F925E9" w14:paraId="071F5D95" w14:textId="77777777">
        <w:trPr>
          <w:trHeight w:hRule="exact" w:val="611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B559684" w14:textId="77777777" w:rsidR="00F925E9" w:rsidRDefault="00000000">
            <w:pPr>
              <w:autoSpaceDE w:val="0"/>
              <w:autoSpaceDN w:val="0"/>
              <w:spacing w:before="14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12.00 – 13.00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D7C287B" w14:textId="77777777" w:rsidR="00F925E9" w:rsidRDefault="00000000">
            <w:pPr>
              <w:autoSpaceDE w:val="0"/>
              <w:autoSpaceDN w:val="0"/>
              <w:spacing w:before="140" w:after="0" w:line="20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Istirahat, shalat, dan makan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7F29F16A" w14:textId="77777777" w:rsidR="00F925E9" w:rsidRDefault="00000000">
            <w:pPr>
              <w:autoSpaceDE w:val="0"/>
              <w:autoSpaceDN w:val="0"/>
              <w:spacing w:before="242" w:after="0" w:line="1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–</w:t>
            </w:r>
          </w:p>
        </w:tc>
      </w:tr>
      <w:tr w:rsidR="00F925E9" w14:paraId="69052E49" w14:textId="77777777">
        <w:trPr>
          <w:trHeight w:hRule="exact" w:val="945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955CA29" w14:textId="77777777" w:rsidR="00F925E9" w:rsidRDefault="00000000">
            <w:pPr>
              <w:autoSpaceDE w:val="0"/>
              <w:autoSpaceDN w:val="0"/>
              <w:spacing w:before="31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13.00 – 14.00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B39671A" w14:textId="77777777" w:rsidR="00F925E9" w:rsidRDefault="00000000">
            <w:pPr>
              <w:autoSpaceDE w:val="0"/>
              <w:autoSpaceDN w:val="0"/>
              <w:spacing w:before="10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Menyanyikan lagu Himne Madrasah,</w:t>
            </w:r>
          </w:p>
          <w:p w14:paraId="743532F9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 Yel-yel penutup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7F17531" w14:textId="77777777" w:rsidR="00F925E9" w:rsidRDefault="00000000">
            <w:pPr>
              <w:autoSpaceDE w:val="0"/>
              <w:autoSpaceDN w:val="0"/>
              <w:spacing w:before="104" w:after="0" w:line="22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Apresiasi kelompok terbaik</w:t>
            </w:r>
          </w:p>
          <w:p w14:paraId="4529A0A8" w14:textId="77777777" w:rsidR="00F925E9" w:rsidRDefault="00000000">
            <w:pPr>
              <w:autoSpaceDE w:val="0"/>
              <w:autoSpaceDN w:val="0"/>
              <w:spacing w:before="190" w:after="0" w:line="22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(non-kompetitif)</w:t>
            </w:r>
          </w:p>
        </w:tc>
      </w:tr>
    </w:tbl>
    <w:p w14:paraId="06CD9DE2" w14:textId="77777777" w:rsidR="00F925E9" w:rsidRDefault="00000000">
      <w:pPr>
        <w:autoSpaceDE w:val="0"/>
        <w:autoSpaceDN w:val="0"/>
        <w:spacing w:before="4780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22</w:t>
      </w:r>
    </w:p>
    <w:p w14:paraId="192EA824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2DF53A08" w14:textId="77777777" w:rsidR="00F925E9" w:rsidRDefault="00F925E9">
      <w:pPr>
        <w:autoSpaceDE w:val="0"/>
        <w:autoSpaceDN w:val="0"/>
        <w:spacing w:after="0" w:line="220" w:lineRule="exact"/>
      </w:pPr>
    </w:p>
    <w:p w14:paraId="33C00D4A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69CA9530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BCA5351" w14:textId="77777777" w:rsidR="00F925E9" w:rsidRDefault="00000000">
      <w:pPr>
        <w:autoSpaceDE w:val="0"/>
        <w:autoSpaceDN w:val="0"/>
        <w:spacing w:before="634" w:after="148" w:line="226" w:lineRule="exact"/>
        <w:ind w:left="1974"/>
      </w:pPr>
      <w:r>
        <w:rPr>
          <w:rFonts w:ascii="Arial" w:eastAsia="Arial" w:hAnsi="Arial"/>
          <w:b/>
          <w:color w:val="333333"/>
          <w:spacing w:val="-10"/>
          <w:sz w:val="24"/>
        </w:rPr>
        <w:t>6. Contoh Jadwal Harian Jenjang MA</w:t>
      </w:r>
    </w:p>
    <w:tbl>
      <w:tblPr>
        <w:tblW w:w="0" w:type="auto"/>
        <w:tblInd w:w="1198" w:type="dxa"/>
        <w:tblLayout w:type="fixed"/>
        <w:tblLook w:val="04A0" w:firstRow="1" w:lastRow="0" w:firstColumn="1" w:lastColumn="0" w:noHBand="0" w:noVBand="1"/>
      </w:tblPr>
      <w:tblGrid>
        <w:gridCol w:w="1800"/>
        <w:gridCol w:w="4200"/>
        <w:gridCol w:w="3360"/>
      </w:tblGrid>
      <w:tr w:rsidR="00F925E9" w14:paraId="79E954E8" w14:textId="77777777">
        <w:trPr>
          <w:trHeight w:hRule="exact" w:val="575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BEB0E16" w14:textId="77777777" w:rsidR="00F925E9" w:rsidRDefault="00000000">
            <w:pPr>
              <w:autoSpaceDE w:val="0"/>
              <w:autoSpaceDN w:val="0"/>
              <w:spacing w:before="110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Waktu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3883CA8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Kegiatan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C8BCAA0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Keterangan</w:t>
            </w:r>
          </w:p>
        </w:tc>
      </w:tr>
      <w:tr w:rsidR="00F925E9" w14:paraId="330C8F3D" w14:textId="77777777">
        <w:trPr>
          <w:trHeight w:hRule="exact" w:val="960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76B40FF" w14:textId="77777777" w:rsidR="00F925E9" w:rsidRDefault="00000000">
            <w:pPr>
              <w:autoSpaceDE w:val="0"/>
              <w:autoSpaceDN w:val="0"/>
              <w:spacing w:before="316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07.00 – 07.15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8A91BBA" w14:textId="77777777" w:rsidR="00F925E9" w:rsidRDefault="00000000">
            <w:pPr>
              <w:autoSpaceDE w:val="0"/>
              <w:autoSpaceDN w:val="0"/>
              <w:spacing w:before="314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Tadarus/Shalat dhuha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A99850A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Disesuaikan kebiasaan</w:t>
            </w:r>
          </w:p>
          <w:p w14:paraId="7E919BA2" w14:textId="77777777" w:rsidR="00F925E9" w:rsidRDefault="00000000">
            <w:pPr>
              <w:autoSpaceDE w:val="0"/>
              <w:autoSpaceDN w:val="0"/>
              <w:spacing w:before="238" w:after="0" w:line="176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</w:tr>
      <w:tr w:rsidR="00F925E9" w14:paraId="3EDEC18F" w14:textId="77777777">
        <w:trPr>
          <w:trHeight w:hRule="exact" w:val="1022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03DFD488" w14:textId="77777777" w:rsidR="00F925E9" w:rsidRDefault="00000000">
            <w:pPr>
              <w:autoSpaceDE w:val="0"/>
              <w:autoSpaceDN w:val="0"/>
              <w:spacing w:before="344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07.15 – 07.30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CE90FD1" w14:textId="77777777" w:rsidR="00F925E9" w:rsidRDefault="00000000">
            <w:pPr>
              <w:autoSpaceDE w:val="0"/>
              <w:autoSpaceDN w:val="0"/>
              <w:spacing w:before="138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Menyanyikan lagu Indonesia Raya,</w:t>
            </w:r>
          </w:p>
          <w:p w14:paraId="5410976C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 Mars Madrasah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1B8DE38D" w14:textId="77777777" w:rsidR="00F925E9" w:rsidRDefault="00000000">
            <w:pPr>
              <w:autoSpaceDE w:val="0"/>
              <w:autoSpaceDN w:val="0"/>
              <w:spacing w:before="138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Wajib, dapat diiringi paduan</w:t>
            </w:r>
          </w:p>
          <w:p w14:paraId="2D5F5F7B" w14:textId="77777777" w:rsidR="00F925E9" w:rsidRDefault="00000000">
            <w:pPr>
              <w:autoSpaceDE w:val="0"/>
              <w:autoSpaceDN w:val="0"/>
              <w:spacing w:before="188" w:after="0" w:line="17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suara/ekskul musik</w:t>
            </w:r>
          </w:p>
        </w:tc>
      </w:tr>
      <w:tr w:rsidR="00F925E9" w14:paraId="263BD018" w14:textId="77777777">
        <w:trPr>
          <w:trHeight w:hRule="exact" w:val="954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2B4568E" w14:textId="77777777" w:rsidR="00F925E9" w:rsidRDefault="00000000">
            <w:pPr>
              <w:autoSpaceDE w:val="0"/>
              <w:autoSpaceDN w:val="0"/>
              <w:spacing w:before="312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07.30 – 07.45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B6943A0" w14:textId="77777777" w:rsidR="00F925E9" w:rsidRDefault="00000000">
            <w:pPr>
              <w:autoSpaceDE w:val="0"/>
              <w:autoSpaceDN w:val="0"/>
              <w:spacing w:before="10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Energizer dan pembentukan</w:t>
            </w:r>
          </w:p>
          <w:p w14:paraId="70543A40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A4B9405" w14:textId="77777777" w:rsidR="00F925E9" w:rsidRDefault="00000000">
            <w:pPr>
              <w:autoSpaceDE w:val="0"/>
              <w:autoSpaceDN w:val="0"/>
              <w:spacing w:before="10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Membangun jejaring sosial</w:t>
            </w:r>
          </w:p>
          <w:p w14:paraId="707A7DDF" w14:textId="77777777" w:rsidR="00F925E9" w:rsidRDefault="00000000">
            <w:pPr>
              <w:autoSpaceDE w:val="0"/>
              <w:autoSpaceDN w:val="0"/>
              <w:spacing w:before="190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baru</w:t>
            </w:r>
          </w:p>
        </w:tc>
      </w:tr>
      <w:tr w:rsidR="00F925E9" w14:paraId="3D776826" w14:textId="77777777">
        <w:trPr>
          <w:trHeight w:hRule="exact" w:val="1441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FAAFAC3" w14:textId="77777777" w:rsidR="00F925E9" w:rsidRDefault="00000000">
            <w:pPr>
              <w:autoSpaceDE w:val="0"/>
              <w:autoSpaceDN w:val="0"/>
              <w:spacing w:before="558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07.45 – 09.30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3D630712" w14:textId="77777777" w:rsidR="00F925E9" w:rsidRDefault="00000000">
            <w:pPr>
              <w:autoSpaceDE w:val="0"/>
              <w:autoSpaceDN w:val="0"/>
              <w:spacing w:before="138" w:after="0" w:line="22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Tematik dan studi kasus (Contoh:</w:t>
            </w:r>
          </w:p>
          <w:p w14:paraId="1B131D86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wawasan kebangsaan, moderasi</w:t>
            </w:r>
          </w:p>
          <w:p w14:paraId="47606B4E" w14:textId="77777777" w:rsidR="00F925E9" w:rsidRDefault="00000000">
            <w:pPr>
              <w:autoSpaceDE w:val="0"/>
              <w:autoSpaceDN w:val="0"/>
              <w:spacing w:before="188" w:after="0" w:line="22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beragama)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9017011" w14:textId="77777777" w:rsidR="00F925E9" w:rsidRDefault="00000000">
            <w:pPr>
              <w:autoSpaceDE w:val="0"/>
              <w:autoSpaceDN w:val="0"/>
              <w:spacing w:before="34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Lebih mendalam, gaya</w:t>
            </w:r>
          </w:p>
          <w:p w14:paraId="27352920" w14:textId="77777777" w:rsidR="00F925E9" w:rsidRDefault="00000000">
            <w:pPr>
              <w:autoSpaceDE w:val="0"/>
              <w:autoSpaceDN w:val="0"/>
              <w:spacing w:before="194" w:after="0" w:line="22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forum/seminar ringan</w:t>
            </w:r>
          </w:p>
        </w:tc>
      </w:tr>
      <w:tr w:rsidR="00F925E9" w14:paraId="3E40EBDA" w14:textId="77777777">
        <w:trPr>
          <w:trHeight w:hRule="exact" w:val="543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8E34423" w14:textId="77777777" w:rsidR="00F925E9" w:rsidRDefault="00000000">
            <w:pPr>
              <w:autoSpaceDE w:val="0"/>
              <w:autoSpaceDN w:val="0"/>
              <w:spacing w:before="104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09.30 – 09.45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1B9AD63" w14:textId="77777777" w:rsidR="00F925E9" w:rsidRDefault="00000000">
            <w:pPr>
              <w:autoSpaceDE w:val="0"/>
              <w:autoSpaceDN w:val="0"/>
              <w:spacing w:before="104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Istirahat ringan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B3D6B0F" w14:textId="77777777" w:rsidR="00F925E9" w:rsidRDefault="00000000">
            <w:pPr>
              <w:autoSpaceDE w:val="0"/>
              <w:autoSpaceDN w:val="0"/>
              <w:spacing w:before="102" w:after="0" w:line="17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Snack sehat</w:t>
            </w:r>
          </w:p>
        </w:tc>
      </w:tr>
      <w:tr w:rsidR="00F925E9" w14:paraId="61E25886" w14:textId="77777777">
        <w:trPr>
          <w:trHeight w:hRule="exact" w:val="1436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BA4D605" w14:textId="77777777" w:rsidR="00F925E9" w:rsidRDefault="00000000">
            <w:pPr>
              <w:autoSpaceDE w:val="0"/>
              <w:autoSpaceDN w:val="0"/>
              <w:spacing w:before="55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09.45 – 11.30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DB37720" w14:textId="77777777" w:rsidR="00F925E9" w:rsidRDefault="00000000">
            <w:pPr>
              <w:autoSpaceDE w:val="0"/>
              <w:autoSpaceDN w:val="0"/>
              <w:spacing w:before="136" w:after="0" w:line="22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Proyek kolaboratif dan eksplorasi</w:t>
            </w:r>
          </w:p>
          <w:p w14:paraId="48EDE363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kekhasan madrasah</w:t>
            </w:r>
          </w:p>
          <w:p w14:paraId="693921DB" w14:textId="77777777" w:rsidR="00F925E9" w:rsidRDefault="00000000">
            <w:pPr>
              <w:autoSpaceDE w:val="0"/>
              <w:autoSpaceDN w:val="0"/>
              <w:spacing w:before="236" w:after="0" w:line="22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(peminatan/jurusan)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4FD4C70B" w14:textId="77777777" w:rsidR="00F925E9" w:rsidRDefault="00000000">
            <w:pPr>
              <w:autoSpaceDE w:val="0"/>
              <w:autoSpaceDN w:val="0"/>
              <w:spacing w:before="138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Termasuk pengamatan</w:t>
            </w:r>
          </w:p>
          <w:p w14:paraId="30E4CDD5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 akademik dan</w:t>
            </w:r>
          </w:p>
          <w:p w14:paraId="54B9403D" w14:textId="77777777" w:rsidR="00F925E9" w:rsidRDefault="00000000">
            <w:pPr>
              <w:autoSpaceDE w:val="0"/>
              <w:autoSpaceDN w:val="0"/>
              <w:spacing w:before="238" w:after="0" w:line="220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kepemimpinan</w:t>
            </w:r>
          </w:p>
        </w:tc>
      </w:tr>
      <w:tr w:rsidR="00F925E9" w14:paraId="62C59FA0" w14:textId="77777777">
        <w:trPr>
          <w:trHeight w:hRule="exact" w:val="954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36AE9E4" w14:textId="77777777" w:rsidR="00F925E9" w:rsidRDefault="00000000">
            <w:pPr>
              <w:autoSpaceDE w:val="0"/>
              <w:autoSpaceDN w:val="0"/>
              <w:spacing w:before="31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11.45 – 12.30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79BA82A" w14:textId="77777777" w:rsidR="00F925E9" w:rsidRDefault="00000000">
            <w:pPr>
              <w:autoSpaceDE w:val="0"/>
              <w:autoSpaceDN w:val="0"/>
              <w:spacing w:before="102" w:after="0" w:line="22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 pencegahan ekstremisme,</w:t>
            </w:r>
          </w:p>
          <w:p w14:paraId="298F5962" w14:textId="77777777" w:rsidR="00F925E9" w:rsidRDefault="00000000">
            <w:pPr>
              <w:autoSpaceDE w:val="0"/>
              <w:autoSpaceDN w:val="0"/>
              <w:spacing w:before="192" w:after="0" w:line="20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rokok, dan narkoba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B64BD78" w14:textId="77777777" w:rsidR="00F925E9" w:rsidRDefault="00000000">
            <w:pPr>
              <w:autoSpaceDE w:val="0"/>
              <w:autoSpaceDN w:val="0"/>
              <w:spacing w:before="308" w:after="0" w:line="22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Diskusi ringan/simulasi</w:t>
            </w:r>
          </w:p>
        </w:tc>
      </w:tr>
      <w:tr w:rsidR="00F925E9" w14:paraId="25BC8131" w14:textId="77777777">
        <w:trPr>
          <w:trHeight w:hRule="exact" w:val="610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5289A0DB" w14:textId="77777777" w:rsidR="00F925E9" w:rsidRDefault="00000000">
            <w:pPr>
              <w:autoSpaceDE w:val="0"/>
              <w:autoSpaceDN w:val="0"/>
              <w:spacing w:before="138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12.30 – 13.30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04ECC256" w14:textId="77777777" w:rsidR="00F925E9" w:rsidRDefault="00000000">
            <w:pPr>
              <w:autoSpaceDE w:val="0"/>
              <w:autoSpaceDN w:val="0"/>
              <w:spacing w:before="140" w:after="0" w:line="20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Istirahat, shalat, dan makan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tcMar>
              <w:left w:w="0" w:type="dxa"/>
              <w:right w:w="0" w:type="dxa"/>
            </w:tcMar>
          </w:tcPr>
          <w:p w14:paraId="09E80961" w14:textId="77777777" w:rsidR="00F925E9" w:rsidRDefault="00000000">
            <w:pPr>
              <w:autoSpaceDE w:val="0"/>
              <w:autoSpaceDN w:val="0"/>
              <w:spacing w:before="240" w:after="0" w:line="18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–</w:t>
            </w:r>
          </w:p>
        </w:tc>
      </w:tr>
      <w:tr w:rsidR="00F925E9" w14:paraId="54C04F4C" w14:textId="77777777">
        <w:trPr>
          <w:trHeight w:hRule="exact" w:val="1358"/>
        </w:trPr>
        <w:tc>
          <w:tcPr>
            <w:tcW w:w="18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BB4FC0F" w14:textId="77777777" w:rsidR="00F925E9" w:rsidRDefault="00000000">
            <w:pPr>
              <w:autoSpaceDE w:val="0"/>
              <w:autoSpaceDN w:val="0"/>
              <w:spacing w:before="522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13.30 – 14.30</w:t>
            </w:r>
          </w:p>
        </w:tc>
        <w:tc>
          <w:tcPr>
            <w:tcW w:w="420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9369B52" w14:textId="77777777" w:rsidR="00F925E9" w:rsidRDefault="00000000">
            <w:pPr>
              <w:autoSpaceDE w:val="0"/>
              <w:autoSpaceDN w:val="0"/>
              <w:spacing w:before="106" w:after="0" w:line="20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Diskusi rencana ekstrakurikuler, dan</w:t>
            </w:r>
          </w:p>
          <w:p w14:paraId="3EF18AC1" w14:textId="77777777" w:rsidR="00F925E9" w:rsidRDefault="00000000">
            <w:pPr>
              <w:autoSpaceDE w:val="0"/>
              <w:autoSpaceDN w:val="0"/>
              <w:spacing w:before="212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ditutup dengan menyanyikan Himne</w:t>
            </w:r>
          </w:p>
          <w:p w14:paraId="5364F297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3360" w:type="dxa"/>
            <w:tcBorders>
              <w:left w:val="single" w:sz="0" w:space="0" w:color="BDBDBD"/>
              <w:right w:val="single" w:sz="0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2BB7AF2" w14:textId="77777777" w:rsidR="00F925E9" w:rsidRDefault="00000000">
            <w:pPr>
              <w:autoSpaceDE w:val="0"/>
              <w:autoSpaceDN w:val="0"/>
              <w:spacing w:before="106" w:after="0" w:line="222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Mengarah pada</w:t>
            </w:r>
          </w:p>
          <w:p w14:paraId="4D688BED" w14:textId="77777777" w:rsidR="00F925E9" w:rsidRDefault="00000000">
            <w:pPr>
              <w:autoSpaceDE w:val="0"/>
              <w:autoSpaceDN w:val="0"/>
              <w:spacing w:before="19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pemanfaatan hasil pemetaan</w:t>
            </w:r>
          </w:p>
          <w:p w14:paraId="3ECCE029" w14:textId="77777777" w:rsidR="00F925E9" w:rsidRDefault="00000000">
            <w:pPr>
              <w:autoSpaceDE w:val="0"/>
              <w:autoSpaceDN w:val="0"/>
              <w:spacing w:before="194" w:after="0" w:line="174" w:lineRule="exact"/>
              <w:ind w:left="12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</w:t>
            </w:r>
          </w:p>
        </w:tc>
      </w:tr>
    </w:tbl>
    <w:p w14:paraId="70AEFE9B" w14:textId="77777777" w:rsidR="00F925E9" w:rsidRDefault="00000000">
      <w:pPr>
        <w:autoSpaceDE w:val="0"/>
        <w:autoSpaceDN w:val="0"/>
        <w:spacing w:before="292" w:after="0" w:line="222" w:lineRule="exact"/>
        <w:ind w:left="1974"/>
      </w:pPr>
      <w:r>
        <w:rPr>
          <w:rFonts w:ascii="Arial" w:eastAsia="Arial" w:hAnsi="Arial"/>
          <w:b/>
          <w:color w:val="333333"/>
          <w:spacing w:val="-10"/>
          <w:sz w:val="24"/>
        </w:rPr>
        <w:t>7. Penyesuaian Tambahan per Jenjang</w:t>
      </w:r>
    </w:p>
    <w:p w14:paraId="046A8503" w14:textId="77777777" w:rsidR="00F925E9" w:rsidRDefault="00000000">
      <w:pPr>
        <w:autoSpaceDE w:val="0"/>
        <w:autoSpaceDN w:val="0"/>
        <w:spacing w:before="178" w:after="0" w:line="222" w:lineRule="exact"/>
        <w:ind w:left="2280"/>
      </w:pPr>
      <w:r>
        <w:rPr>
          <w:rFonts w:ascii="ArialMT" w:eastAsia="ArialMT" w:hAnsi="ArialMT"/>
          <w:color w:val="000000"/>
          <w:spacing w:val="-10"/>
          <w:sz w:val="24"/>
        </w:rPr>
        <w:t>a. RA: Durasi sesi lebih singkat, dominan permainan dan pembiasaan</w:t>
      </w:r>
    </w:p>
    <w:p w14:paraId="057D6B95" w14:textId="77777777" w:rsidR="00F925E9" w:rsidRDefault="00000000">
      <w:pPr>
        <w:autoSpaceDE w:val="0"/>
        <w:autoSpaceDN w:val="0"/>
        <w:spacing w:before="186" w:after="0" w:line="226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adab/akhlak baik, lagu, dan gerak; pendampingan Orang Tua/Wali</w:t>
      </w:r>
    </w:p>
    <w:p w14:paraId="3794DC0A" w14:textId="77777777" w:rsidR="00F925E9" w:rsidRDefault="00000000">
      <w:pPr>
        <w:autoSpaceDE w:val="0"/>
        <w:autoSpaceDN w:val="0"/>
        <w:spacing w:before="190" w:after="234" w:line="220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Murid dapat dilibatkan pada hari pertama bila diperlukan;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1940"/>
        <w:gridCol w:w="1380"/>
        <w:gridCol w:w="1380"/>
        <w:gridCol w:w="640"/>
        <w:gridCol w:w="980"/>
        <w:gridCol w:w="1260"/>
        <w:gridCol w:w="800"/>
        <w:gridCol w:w="1300"/>
      </w:tblGrid>
      <w:tr w:rsidR="00F925E9" w14:paraId="5DE4A787" w14:textId="77777777">
        <w:trPr>
          <w:trHeight w:hRule="exact" w:val="340"/>
        </w:trPr>
        <w:tc>
          <w:tcPr>
            <w:tcW w:w="1940" w:type="dxa"/>
            <w:tcMar>
              <w:left w:w="0" w:type="dxa"/>
              <w:right w:w="0" w:type="dxa"/>
            </w:tcMar>
          </w:tcPr>
          <w:p w14:paraId="64CA4C37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0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b. MI:</w:t>
            </w:r>
          </w:p>
        </w:tc>
        <w:tc>
          <w:tcPr>
            <w:tcW w:w="1380" w:type="dxa"/>
            <w:tcMar>
              <w:left w:w="0" w:type="dxa"/>
              <w:right w:w="0" w:type="dxa"/>
            </w:tcMar>
          </w:tcPr>
          <w:p w14:paraId="3FDAB8FD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Kombinasi</w:t>
            </w:r>
          </w:p>
        </w:tc>
        <w:tc>
          <w:tcPr>
            <w:tcW w:w="1380" w:type="dxa"/>
            <w:tcMar>
              <w:left w:w="0" w:type="dxa"/>
              <w:right w:w="0" w:type="dxa"/>
            </w:tcMar>
          </w:tcPr>
          <w:p w14:paraId="44F7A80A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permainan</w:t>
            </w:r>
          </w:p>
        </w:tc>
        <w:tc>
          <w:tcPr>
            <w:tcW w:w="640" w:type="dxa"/>
            <w:tcMar>
              <w:left w:w="0" w:type="dxa"/>
              <w:right w:w="0" w:type="dxa"/>
            </w:tcMar>
          </w:tcPr>
          <w:p w14:paraId="6BF65136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</w:tcPr>
          <w:p w14:paraId="63966CB1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diskusi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1CD4A7AE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25318ED6" w14:textId="77777777" w:rsidR="00F925E9" w:rsidRDefault="00000000">
            <w:pPr>
              <w:autoSpaceDE w:val="0"/>
              <w:autoSpaceDN w:val="0"/>
              <w:spacing w:before="60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kecil,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79416C4C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mulai</w:t>
            </w:r>
          </w:p>
        </w:tc>
      </w:tr>
    </w:tbl>
    <w:p w14:paraId="27FBD311" w14:textId="77777777" w:rsidR="00F925E9" w:rsidRDefault="00000000">
      <w:pPr>
        <w:autoSpaceDE w:val="0"/>
        <w:autoSpaceDN w:val="0"/>
        <w:spacing w:before="134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diperkenalkan tugas kelompok sederhana;</w:t>
      </w:r>
    </w:p>
    <w:p w14:paraId="02DCF1AC" w14:textId="77777777" w:rsidR="00F925E9" w:rsidRDefault="00000000">
      <w:pPr>
        <w:autoSpaceDE w:val="0"/>
        <w:autoSpaceDN w:val="0"/>
        <w:spacing w:before="1288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23</w:t>
      </w:r>
    </w:p>
    <w:p w14:paraId="712FF354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5796BEEC" w14:textId="77777777" w:rsidR="00F925E9" w:rsidRDefault="00F925E9">
      <w:pPr>
        <w:autoSpaceDE w:val="0"/>
        <w:autoSpaceDN w:val="0"/>
        <w:spacing w:after="0" w:line="220" w:lineRule="exact"/>
      </w:pPr>
    </w:p>
    <w:p w14:paraId="4D2759BF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9AAD172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2931F32F" w14:textId="77777777" w:rsidR="00F925E9" w:rsidRDefault="00000000">
      <w:pPr>
        <w:autoSpaceDE w:val="0"/>
        <w:autoSpaceDN w:val="0"/>
        <w:spacing w:before="448" w:after="232" w:line="412" w:lineRule="exact"/>
        <w:ind w:left="2640" w:right="1194" w:hanging="36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c. MTs: Lebih banyak diskusi, simulasi, dan proyek kelompok, dengan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kombinasi permainan dan pelibatan pengurus OSIM/MPK sebagai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pendamping sesuai ketentuan Petunjuk Teknis perihal pelibatan murid;</w:t>
      </w:r>
    </w:p>
    <w:tbl>
      <w:tblPr>
        <w:tblW w:w="0" w:type="auto"/>
        <w:tblInd w:w="1140" w:type="dxa"/>
        <w:tblLayout w:type="fixed"/>
        <w:tblLook w:val="04A0" w:firstRow="1" w:lastRow="0" w:firstColumn="1" w:lastColumn="0" w:noHBand="0" w:noVBand="1"/>
      </w:tblPr>
      <w:tblGrid>
        <w:gridCol w:w="2020"/>
        <w:gridCol w:w="1500"/>
        <w:gridCol w:w="1480"/>
        <w:gridCol w:w="1640"/>
        <w:gridCol w:w="800"/>
        <w:gridCol w:w="960"/>
        <w:gridCol w:w="1280"/>
      </w:tblGrid>
      <w:tr w:rsidR="00F925E9" w14:paraId="4762F4A9" w14:textId="77777777">
        <w:trPr>
          <w:trHeight w:hRule="exact" w:val="346"/>
        </w:trPr>
        <w:tc>
          <w:tcPr>
            <w:tcW w:w="2020" w:type="dxa"/>
            <w:tcMar>
              <w:left w:w="0" w:type="dxa"/>
              <w:right w:w="0" w:type="dxa"/>
            </w:tcMar>
          </w:tcPr>
          <w:p w14:paraId="7C4B13C8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right="94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d. MA:</w:t>
            </w:r>
          </w:p>
        </w:tc>
        <w:tc>
          <w:tcPr>
            <w:tcW w:w="1500" w:type="dxa"/>
            <w:tcMar>
              <w:left w:w="0" w:type="dxa"/>
              <w:right w:w="0" w:type="dxa"/>
            </w:tcMar>
          </w:tcPr>
          <w:p w14:paraId="6742EB52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Pendekatan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0D4A98CF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menyerupai</w:t>
            </w:r>
          </w:p>
        </w:tc>
        <w:tc>
          <w:tcPr>
            <w:tcW w:w="1640" w:type="dxa"/>
            <w:tcMar>
              <w:left w:w="0" w:type="dxa"/>
              <w:right w:w="0" w:type="dxa"/>
            </w:tcMar>
          </w:tcPr>
          <w:p w14:paraId="01D505E2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forum/diskusi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644F69EB" w14:textId="77777777" w:rsidR="00F925E9" w:rsidRDefault="00000000">
            <w:pPr>
              <w:autoSpaceDE w:val="0"/>
              <w:autoSpaceDN w:val="0"/>
              <w:spacing w:before="64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panel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14:paraId="559F4CC4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ringan,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5B50D75D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1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mulai</w:t>
            </w:r>
          </w:p>
        </w:tc>
      </w:tr>
    </w:tbl>
    <w:p w14:paraId="3A50C41F" w14:textId="77777777" w:rsidR="00F925E9" w:rsidRDefault="00000000">
      <w:pPr>
        <w:autoSpaceDE w:val="0"/>
        <w:autoSpaceDN w:val="0"/>
        <w:spacing w:after="0" w:line="384" w:lineRule="exact"/>
        <w:ind w:left="264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mengarah pada eksplorasi peminatan, jurusan, dengan kombinasi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permainan, dan rencana keikutsertaan ekstrakurikuler atau organisasi.</w:t>
      </w:r>
    </w:p>
    <w:p w14:paraId="4780B31A" w14:textId="77777777" w:rsidR="00F925E9" w:rsidRDefault="00000000">
      <w:pPr>
        <w:autoSpaceDE w:val="0"/>
        <w:autoSpaceDN w:val="0"/>
        <w:spacing w:before="490" w:after="0" w:line="178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D. Aktivitas Interaktif</w:t>
      </w:r>
    </w:p>
    <w:p w14:paraId="2F63BE1E" w14:textId="77777777" w:rsidR="00F925E9" w:rsidRDefault="00000000">
      <w:pPr>
        <w:autoSpaceDE w:val="0"/>
        <w:autoSpaceDN w:val="0"/>
        <w:spacing w:before="72" w:after="128" w:line="412" w:lineRule="exact"/>
        <w:ind w:left="1920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Bagian ini memuat contoh kemasan aktivitas interaktif untuk setiap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materi wajib pada Petunjuk Teknis, sebagai alternatif terhadap penyampaian</w:t>
      </w:r>
    </w:p>
    <w:tbl>
      <w:tblPr>
        <w:tblW w:w="0" w:type="auto"/>
        <w:tblInd w:w="960" w:type="dxa"/>
        <w:tblLayout w:type="fixed"/>
        <w:tblLook w:val="04A0" w:firstRow="1" w:lastRow="0" w:firstColumn="1" w:lastColumn="0" w:noHBand="0" w:noVBand="1"/>
      </w:tblPr>
      <w:tblGrid>
        <w:gridCol w:w="1720"/>
        <w:gridCol w:w="940"/>
        <w:gridCol w:w="1140"/>
        <w:gridCol w:w="800"/>
        <w:gridCol w:w="860"/>
        <w:gridCol w:w="1280"/>
        <w:gridCol w:w="820"/>
        <w:gridCol w:w="2300"/>
      </w:tblGrid>
      <w:tr w:rsidR="00F925E9" w14:paraId="47DE6E80" w14:textId="77777777">
        <w:trPr>
          <w:trHeight w:hRule="exact" w:val="346"/>
        </w:trPr>
        <w:tc>
          <w:tcPr>
            <w:tcW w:w="1720" w:type="dxa"/>
            <w:tcMar>
              <w:left w:w="0" w:type="dxa"/>
              <w:right w:w="0" w:type="dxa"/>
            </w:tcMar>
          </w:tcPr>
          <w:p w14:paraId="20815E4A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right="94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materi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14:paraId="1E0B0B1C" w14:textId="77777777" w:rsidR="00F925E9" w:rsidRDefault="00000000">
            <w:pPr>
              <w:autoSpaceDE w:val="0"/>
              <w:autoSpaceDN w:val="0"/>
              <w:spacing w:before="108" w:after="0" w:line="13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secara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14:paraId="28B5FCED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monolog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68B4DC13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(Satu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7D6BA5C8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arah).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25C3E48A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672357C6" w14:textId="77777777" w:rsidR="00F925E9" w:rsidRDefault="00000000">
            <w:pPr>
              <w:autoSpaceDE w:val="0"/>
              <w:autoSpaceDN w:val="0"/>
              <w:spacing w:before="64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dapat</w:t>
            </w:r>
          </w:p>
        </w:tc>
        <w:tc>
          <w:tcPr>
            <w:tcW w:w="2300" w:type="dxa"/>
            <w:tcMar>
              <w:left w:w="0" w:type="dxa"/>
              <w:right w:w="0" w:type="dxa"/>
            </w:tcMar>
          </w:tcPr>
          <w:p w14:paraId="51EB385F" w14:textId="77777777" w:rsidR="00F925E9" w:rsidRDefault="00000000">
            <w:pPr>
              <w:autoSpaceDE w:val="0"/>
              <w:autoSpaceDN w:val="0"/>
              <w:spacing w:before="6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menggunakan,</w:t>
            </w:r>
          </w:p>
        </w:tc>
      </w:tr>
    </w:tbl>
    <w:p w14:paraId="3B42041C" w14:textId="77777777" w:rsidR="00F925E9" w:rsidRDefault="00000000">
      <w:pPr>
        <w:autoSpaceDE w:val="0"/>
        <w:autoSpaceDN w:val="0"/>
        <w:spacing w:after="0" w:line="384" w:lineRule="exact"/>
        <w:ind w:left="192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memodifikasi, atau mengganti contoh ini sesuai kreativitas dan sumber daya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yang tersedia.</w:t>
      </w:r>
    </w:p>
    <w:p w14:paraId="6EA47751" w14:textId="77777777" w:rsidR="00F925E9" w:rsidRDefault="00000000">
      <w:pPr>
        <w:autoSpaceDE w:val="0"/>
        <w:autoSpaceDN w:val="0"/>
        <w:spacing w:before="410" w:after="198" w:line="176" w:lineRule="exact"/>
        <w:ind w:left="1560"/>
      </w:pPr>
      <w:r>
        <w:rPr>
          <w:rFonts w:ascii="Arial" w:eastAsia="Arial" w:hAnsi="Arial"/>
          <w:b/>
          <w:color w:val="333333"/>
          <w:spacing w:val="-10"/>
          <w:sz w:val="24"/>
        </w:rPr>
        <w:t>1. Materi Kemadrasahan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F925E9" w14:paraId="2B507BE1" w14:textId="77777777">
        <w:trPr>
          <w:trHeight w:hRule="exact" w:val="584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68253C4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Aktivitas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0D44B10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Pelaksanaan Singkat</w:t>
            </w:r>
          </w:p>
        </w:tc>
      </w:tr>
      <w:tr w:rsidR="00F925E9" w14:paraId="3E3DE988" w14:textId="77777777">
        <w:trPr>
          <w:trHeight w:hRule="exact" w:val="1375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9AD4320" w14:textId="77777777" w:rsidR="00F925E9" w:rsidRDefault="00000000">
            <w:pPr>
              <w:autoSpaceDE w:val="0"/>
              <w:autoSpaceDN w:val="0"/>
              <w:spacing w:before="526" w:after="0" w:line="222" w:lineRule="exact"/>
              <w:jc w:val="center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Amazing Race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 Madrasah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6F4FB0B" w14:textId="77777777" w:rsidR="00F925E9" w:rsidRDefault="00F925E9">
            <w:pPr>
              <w:autoSpaceDE w:val="0"/>
              <w:autoSpaceDN w:val="0"/>
              <w:spacing w:after="0" w:line="5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360"/>
              <w:gridCol w:w="1040"/>
              <w:gridCol w:w="1540"/>
              <w:gridCol w:w="940"/>
              <w:gridCol w:w="1360"/>
            </w:tblGrid>
            <w:tr w:rsidR="00F925E9" w14:paraId="52291CEE" w14:textId="77777777">
              <w:trPr>
                <w:trHeight w:hRule="exact" w:val="338"/>
              </w:trPr>
              <w:tc>
                <w:tcPr>
                  <w:tcW w:w="1360" w:type="dxa"/>
                  <w:tcMar>
                    <w:left w:w="0" w:type="dxa"/>
                    <w:right w:w="0" w:type="dxa"/>
                  </w:tcMar>
                </w:tcPr>
                <w:p w14:paraId="4F4F955C" w14:textId="77777777" w:rsidR="00F925E9" w:rsidRDefault="00000000">
                  <w:pPr>
                    <w:autoSpaceDE w:val="0"/>
                    <w:autoSpaceDN w:val="0"/>
                    <w:spacing w:before="56" w:after="0" w:line="218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Kelompok</w:t>
                  </w:r>
                </w:p>
              </w:tc>
              <w:tc>
                <w:tcPr>
                  <w:tcW w:w="1040" w:type="dxa"/>
                  <w:tcMar>
                    <w:left w:w="0" w:type="dxa"/>
                    <w:right w:w="0" w:type="dxa"/>
                  </w:tcMar>
                </w:tcPr>
                <w:p w14:paraId="3B21C563" w14:textId="77777777" w:rsidR="00F925E9" w:rsidRDefault="00000000">
                  <w:pPr>
                    <w:autoSpaceDE w:val="0"/>
                    <w:autoSpaceDN w:val="0"/>
                    <w:spacing w:before="56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murid</w:t>
                  </w:r>
                </w:p>
              </w:tc>
              <w:tc>
                <w:tcPr>
                  <w:tcW w:w="1540" w:type="dxa"/>
                  <w:tcMar>
                    <w:left w:w="0" w:type="dxa"/>
                    <w:right w:w="0" w:type="dxa"/>
                  </w:tcMar>
                </w:tcPr>
                <w:p w14:paraId="199E2E13" w14:textId="77777777" w:rsidR="00F925E9" w:rsidRDefault="00000000">
                  <w:pPr>
                    <w:autoSpaceDE w:val="0"/>
                    <w:autoSpaceDN w:val="0"/>
                    <w:spacing w:before="56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berkeliling</w:t>
                  </w:r>
                </w:p>
              </w:tc>
              <w:tc>
                <w:tcPr>
                  <w:tcW w:w="940" w:type="dxa"/>
                  <w:tcMar>
                    <w:left w:w="0" w:type="dxa"/>
                    <w:right w:w="0" w:type="dxa"/>
                  </w:tcMar>
                </w:tcPr>
                <w:p w14:paraId="645A50D6" w14:textId="77777777" w:rsidR="00F925E9" w:rsidRDefault="00000000">
                  <w:pPr>
                    <w:autoSpaceDE w:val="0"/>
                    <w:autoSpaceDN w:val="0"/>
                    <w:spacing w:before="100" w:after="0" w:line="13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area</w:t>
                  </w:r>
                </w:p>
              </w:tc>
              <w:tc>
                <w:tcPr>
                  <w:tcW w:w="1360" w:type="dxa"/>
                  <w:tcMar>
                    <w:left w:w="0" w:type="dxa"/>
                    <w:right w:w="0" w:type="dxa"/>
                  </w:tcMar>
                </w:tcPr>
                <w:p w14:paraId="77DC1BF2" w14:textId="77777777" w:rsidR="00F925E9" w:rsidRDefault="00000000">
                  <w:pPr>
                    <w:autoSpaceDE w:val="0"/>
                    <w:autoSpaceDN w:val="0"/>
                    <w:spacing w:before="56" w:after="0" w:line="174" w:lineRule="exact"/>
                    <w:ind w:left="238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madrasah</w:t>
                  </w:r>
                </w:p>
              </w:tc>
            </w:tr>
          </w:tbl>
          <w:p w14:paraId="0E47C6C8" w14:textId="77777777" w:rsidR="00F925E9" w:rsidRDefault="00000000">
            <w:pPr>
              <w:autoSpaceDE w:val="0"/>
              <w:autoSpaceDN w:val="0"/>
              <w:spacing w:before="128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menyelesaikan tantangan di setiap pos (mengenal ruang,</w:t>
            </w:r>
          </w:p>
          <w:p w14:paraId="72A1A4D8" w14:textId="77777777" w:rsidR="00F925E9" w:rsidRDefault="00000000">
            <w:pPr>
              <w:autoSpaceDE w:val="0"/>
              <w:autoSpaceDN w:val="0"/>
              <w:spacing w:before="188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fasilitas, dan staf), dipandu kartu petunjuk.</w:t>
            </w:r>
          </w:p>
        </w:tc>
      </w:tr>
      <w:tr w:rsidR="00F925E9" w14:paraId="62A58A1C" w14:textId="77777777">
        <w:trPr>
          <w:trHeight w:hRule="exact" w:val="1450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834D202" w14:textId="77777777" w:rsidR="00F925E9" w:rsidRDefault="00000000">
            <w:pPr>
              <w:autoSpaceDE w:val="0"/>
              <w:autoSpaceDN w:val="0"/>
              <w:spacing w:before="56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Stasiun Kenalan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D697B21" w14:textId="77777777" w:rsidR="00F925E9" w:rsidRDefault="00000000">
            <w:pPr>
              <w:autoSpaceDE w:val="0"/>
              <w:autoSpaceDN w:val="0"/>
              <w:spacing w:after="0" w:line="400" w:lineRule="exact"/>
              <w:ind w:left="118" w:right="116"/>
              <w:jc w:val="both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Setiap guru/tenaga kependidikan berjaga di “stasiun”masing-masing; murid berkeliling dan mencatat satu fakta menarik tentang setiap stasiun.</w:t>
            </w:r>
          </w:p>
        </w:tc>
      </w:tr>
      <w:tr w:rsidR="00F925E9" w14:paraId="2A84810D" w14:textId="77777777">
        <w:trPr>
          <w:trHeight w:hRule="exact" w:val="1366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3B04E4F" w14:textId="77777777" w:rsidR="00F925E9" w:rsidRDefault="00000000">
            <w:pPr>
              <w:autoSpaceDE w:val="0"/>
              <w:autoSpaceDN w:val="0"/>
              <w:spacing w:before="522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Kuis Profil Madrasah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DB8E306" w14:textId="77777777" w:rsidR="00F925E9" w:rsidRDefault="00000000">
            <w:pPr>
              <w:autoSpaceDE w:val="0"/>
              <w:autoSpaceDN w:val="0"/>
              <w:spacing w:after="0" w:line="3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Kuis interaktif (dapat menggunakan kertas/papan tulis) tentang visi-misi dan keunggulan madrasah, dijawab</w:t>
            </w:r>
          </w:p>
          <w:p w14:paraId="58EA2B1B" w14:textId="77777777" w:rsidR="00F925E9" w:rsidRDefault="00000000">
            <w:pPr>
              <w:autoSpaceDE w:val="0"/>
              <w:autoSpaceDN w:val="0"/>
              <w:spacing w:before="192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secara kelompok.</w:t>
            </w:r>
          </w:p>
        </w:tc>
      </w:tr>
    </w:tbl>
    <w:p w14:paraId="3857AC2F" w14:textId="77777777" w:rsidR="00F925E9" w:rsidRDefault="00000000">
      <w:pPr>
        <w:autoSpaceDE w:val="0"/>
        <w:autoSpaceDN w:val="0"/>
        <w:spacing w:before="296" w:after="204" w:line="174" w:lineRule="exact"/>
        <w:ind w:left="1560"/>
      </w:pPr>
      <w:r>
        <w:rPr>
          <w:rFonts w:ascii="Arial" w:eastAsia="Arial" w:hAnsi="Arial"/>
          <w:b/>
          <w:color w:val="333333"/>
          <w:spacing w:val="-10"/>
          <w:sz w:val="24"/>
        </w:rPr>
        <w:t>2. Materi Nilai-nilai Kemadrasahan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F925E9" w14:paraId="617B0282" w14:textId="77777777">
        <w:trPr>
          <w:trHeight w:hRule="exact" w:val="578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6756676" w14:textId="77777777" w:rsidR="00F925E9" w:rsidRDefault="00000000">
            <w:pPr>
              <w:autoSpaceDE w:val="0"/>
              <w:autoSpaceDN w:val="0"/>
              <w:spacing w:before="10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Aktivitas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0E8791C" w14:textId="77777777" w:rsidR="00F925E9" w:rsidRDefault="00000000">
            <w:pPr>
              <w:autoSpaceDE w:val="0"/>
              <w:autoSpaceDN w:val="0"/>
              <w:spacing w:before="104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Pelaksanaan Singkat</w:t>
            </w:r>
          </w:p>
        </w:tc>
      </w:tr>
      <w:tr w:rsidR="00F925E9" w14:paraId="238DE345" w14:textId="77777777">
        <w:trPr>
          <w:trHeight w:hRule="exact" w:val="955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71C1F2D" w14:textId="77777777" w:rsidR="00F925E9" w:rsidRDefault="00F925E9">
            <w:pPr>
              <w:autoSpaceDE w:val="0"/>
              <w:autoSpaceDN w:val="0"/>
              <w:spacing w:after="0" w:line="54" w:lineRule="exact"/>
            </w:pPr>
          </w:p>
          <w:tbl>
            <w:tblPr>
              <w:tblW w:w="0" w:type="auto"/>
              <w:tblInd w:w="54" w:type="dxa"/>
              <w:tblLayout w:type="fixed"/>
              <w:tblLook w:val="04A0" w:firstRow="1" w:lastRow="0" w:firstColumn="1" w:lastColumn="0" w:noHBand="0" w:noVBand="1"/>
            </w:tblPr>
            <w:tblGrid>
              <w:gridCol w:w="1120"/>
              <w:gridCol w:w="960"/>
              <w:gridCol w:w="800"/>
            </w:tblGrid>
            <w:tr w:rsidR="00F925E9" w14:paraId="0C0152EA" w14:textId="77777777">
              <w:trPr>
                <w:trHeight w:hRule="exact" w:val="340"/>
              </w:trPr>
              <w:tc>
                <w:tcPr>
                  <w:tcW w:w="1120" w:type="dxa"/>
                  <w:tcMar>
                    <w:left w:w="0" w:type="dxa"/>
                    <w:right w:w="0" w:type="dxa"/>
                  </w:tcMar>
                </w:tcPr>
                <w:p w14:paraId="1CE4D50C" w14:textId="77777777" w:rsidR="00F925E9" w:rsidRDefault="00000000">
                  <w:pPr>
                    <w:autoSpaceDE w:val="0"/>
                    <w:autoSpaceDN w:val="0"/>
                    <w:spacing w:before="58" w:after="0" w:line="176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Bermain</w:t>
                  </w:r>
                </w:p>
              </w:tc>
              <w:tc>
                <w:tcPr>
                  <w:tcW w:w="960" w:type="dxa"/>
                  <w:tcMar>
                    <w:left w:w="0" w:type="dxa"/>
                    <w:right w:w="0" w:type="dxa"/>
                  </w:tcMar>
                </w:tcPr>
                <w:p w14:paraId="11CDDCB8" w14:textId="77777777" w:rsidR="00F925E9" w:rsidRDefault="00000000">
                  <w:pPr>
                    <w:autoSpaceDE w:val="0"/>
                    <w:autoSpaceDN w:val="0"/>
                    <w:spacing w:before="58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Peran</w:t>
                  </w:r>
                </w:p>
              </w:tc>
              <w:tc>
                <w:tcPr>
                  <w:tcW w:w="800" w:type="dxa"/>
                  <w:tcMar>
                    <w:left w:w="0" w:type="dxa"/>
                    <w:right w:w="0" w:type="dxa"/>
                  </w:tcMar>
                </w:tcPr>
                <w:p w14:paraId="21992A87" w14:textId="77777777" w:rsidR="00F925E9" w:rsidRDefault="00000000">
                  <w:pPr>
                    <w:autoSpaceDE w:val="0"/>
                    <w:autoSpaceDN w:val="0"/>
                    <w:spacing w:before="56" w:after="0" w:line="224" w:lineRule="exact"/>
                    <w:ind w:left="172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(</w:t>
                  </w:r>
                  <w:r>
                    <w:rPr>
                      <w:rFonts w:ascii="Arial" w:eastAsia="Arial" w:hAnsi="Arial"/>
                      <w:i/>
                      <w:color w:val="000000"/>
                      <w:spacing w:val="-10"/>
                      <w:sz w:val="24"/>
                    </w:rPr>
                    <w:t>Role</w:t>
                  </w:r>
                </w:p>
              </w:tc>
            </w:tr>
          </w:tbl>
          <w:p w14:paraId="29D694A1" w14:textId="77777777" w:rsidR="00F925E9" w:rsidRDefault="00000000">
            <w:pPr>
              <w:autoSpaceDE w:val="0"/>
              <w:autoSpaceDN w:val="0"/>
              <w:spacing w:before="128" w:after="0" w:line="226" w:lineRule="exact"/>
              <w:ind w:left="118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Play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) Adab/Akhlak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810B21E" w14:textId="77777777" w:rsidR="00F925E9" w:rsidRDefault="00000000">
            <w:pPr>
              <w:autoSpaceDE w:val="0"/>
              <w:autoSpaceDN w:val="0"/>
              <w:spacing w:after="0" w:line="3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 memerankan situasi sehari-hari (bertemu guru, meminjam alat tulis) lalu didiskusikan adab yang tepat.</w:t>
            </w:r>
          </w:p>
        </w:tc>
      </w:tr>
    </w:tbl>
    <w:p w14:paraId="155494A7" w14:textId="77777777" w:rsidR="00F925E9" w:rsidRDefault="00000000">
      <w:pPr>
        <w:autoSpaceDE w:val="0"/>
        <w:autoSpaceDN w:val="0"/>
        <w:spacing w:before="1212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24</w:t>
      </w:r>
    </w:p>
    <w:p w14:paraId="68D78230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2EAA5C22" w14:textId="77777777" w:rsidR="00F925E9" w:rsidRDefault="00F925E9">
      <w:pPr>
        <w:autoSpaceDE w:val="0"/>
        <w:autoSpaceDN w:val="0"/>
        <w:spacing w:after="0" w:line="220" w:lineRule="exact"/>
      </w:pPr>
    </w:p>
    <w:p w14:paraId="589D3F05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3878546" w14:textId="77777777" w:rsidR="00F925E9" w:rsidRDefault="00000000">
      <w:pPr>
        <w:autoSpaceDE w:val="0"/>
        <w:autoSpaceDN w:val="0"/>
        <w:spacing w:after="616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F925E9" w14:paraId="7AF5F232" w14:textId="77777777">
        <w:trPr>
          <w:trHeight w:hRule="exact" w:val="546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1109BD5" w14:textId="77777777" w:rsidR="00F925E9" w:rsidRDefault="00000000">
            <w:pPr>
              <w:autoSpaceDE w:val="0"/>
              <w:autoSpaceDN w:val="0"/>
              <w:spacing w:before="114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Aktivitas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5370636" w14:textId="77777777" w:rsidR="00F925E9" w:rsidRDefault="00000000">
            <w:pPr>
              <w:autoSpaceDE w:val="0"/>
              <w:autoSpaceDN w:val="0"/>
              <w:spacing w:before="110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Pelaksanaan Singkat</w:t>
            </w:r>
          </w:p>
        </w:tc>
      </w:tr>
      <w:tr w:rsidR="00F925E9" w14:paraId="641CC120" w14:textId="77777777">
        <w:trPr>
          <w:trHeight w:hRule="exact" w:val="1039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8596B4A" w14:textId="77777777" w:rsidR="00F925E9" w:rsidRDefault="00000000">
            <w:pPr>
              <w:autoSpaceDE w:val="0"/>
              <w:autoSpaceDN w:val="0"/>
              <w:spacing w:before="356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Drama Pendek Nilai KBC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975CAEE" w14:textId="77777777" w:rsidR="00F925E9" w:rsidRDefault="00000000">
            <w:pPr>
              <w:autoSpaceDE w:val="0"/>
              <w:autoSpaceDN w:val="0"/>
              <w:spacing w:before="148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 kecil menampilkan drama singkat bertema</w:t>
            </w:r>
          </w:p>
          <w:p w14:paraId="26F6C628" w14:textId="77777777" w:rsidR="00F925E9" w:rsidRDefault="00000000">
            <w:pPr>
              <w:autoSpaceDE w:val="0"/>
              <w:autoSpaceDN w:val="0"/>
              <w:spacing w:before="192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salah satu dimensi cinta dalam Kurikulum Berbasis Cinta.</w:t>
            </w:r>
          </w:p>
        </w:tc>
      </w:tr>
      <w:tr w:rsidR="00F925E9" w14:paraId="0307976E" w14:textId="77777777">
        <w:trPr>
          <w:trHeight w:hRule="exact" w:val="951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E29C53D" w14:textId="77777777" w:rsidR="00F925E9" w:rsidRDefault="00000000">
            <w:pPr>
              <w:autoSpaceDE w:val="0"/>
              <w:autoSpaceDN w:val="0"/>
              <w:spacing w:before="31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Simulasi Praktik Ibadah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3807C1E" w14:textId="77777777" w:rsidR="00F925E9" w:rsidRDefault="00000000">
            <w:pPr>
              <w:autoSpaceDE w:val="0"/>
              <w:autoSpaceDN w:val="0"/>
              <w:spacing w:before="10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Praktik singkat tata cara wudhu, shalat dhuha, atau doa</w:t>
            </w:r>
          </w:p>
          <w:p w14:paraId="53266543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harian secara berkelompok dengan pendampingan guru.</w:t>
            </w:r>
          </w:p>
        </w:tc>
      </w:tr>
    </w:tbl>
    <w:p w14:paraId="55491381" w14:textId="77777777" w:rsidR="00F925E9" w:rsidRDefault="00000000">
      <w:pPr>
        <w:autoSpaceDE w:val="0"/>
        <w:autoSpaceDN w:val="0"/>
        <w:spacing w:after="0" w:line="326" w:lineRule="exact"/>
        <w:ind w:left="1200" w:right="1152"/>
      </w:pPr>
      <w:r>
        <w:rPr>
          <w:rFonts w:ascii="Arial" w:eastAsia="Arial" w:hAnsi="Arial"/>
          <w:b/>
          <w:color w:val="1A1A1A"/>
          <w:spacing w:val="-10"/>
          <w:sz w:val="24"/>
        </w:rPr>
        <w:t>Contoh Skenario Bermain Peran (</w:t>
      </w:r>
      <w:r>
        <w:rPr>
          <w:rFonts w:ascii="Arial" w:eastAsia="Arial" w:hAnsi="Arial"/>
          <w:b/>
          <w:i/>
          <w:color w:val="1A1A1A"/>
          <w:spacing w:val="-10"/>
          <w:sz w:val="24"/>
        </w:rPr>
        <w:t>Role Play</w:t>
      </w:r>
      <w:r>
        <w:rPr>
          <w:rFonts w:ascii="Arial" w:eastAsia="Arial" w:hAnsi="Arial"/>
          <w:b/>
          <w:color w:val="1A1A1A"/>
          <w:spacing w:val="-10"/>
          <w:sz w:val="24"/>
        </w:rPr>
        <w:t xml:space="preserve">): Adab kepada Guru </w:t>
      </w:r>
      <w:r>
        <w:br/>
      </w:r>
      <w:r>
        <w:rPr>
          <w:rFonts w:ascii="Arial" w:eastAsia="Arial" w:hAnsi="Arial"/>
          <w:i/>
          <w:color w:val="000000"/>
          <w:spacing w:val="-10"/>
          <w:sz w:val="24"/>
        </w:rPr>
        <w:t>Skenario berikut dapat digunakan sebagai contoh pemandu bermain peran (role play)</w:t>
      </w:r>
    </w:p>
    <w:p w14:paraId="6F7E0CB6" w14:textId="77777777" w:rsidR="00F925E9" w:rsidRDefault="00000000">
      <w:pPr>
        <w:autoSpaceDE w:val="0"/>
        <w:autoSpaceDN w:val="0"/>
        <w:spacing w:before="190" w:after="0" w:line="220" w:lineRule="exact"/>
        <w:ind w:left="1200"/>
      </w:pPr>
      <w:r>
        <w:rPr>
          <w:rFonts w:ascii="Arial" w:eastAsia="Arial" w:hAnsi="Arial"/>
          <w:i/>
          <w:color w:val="000000"/>
          <w:spacing w:val="-10"/>
          <w:sz w:val="24"/>
        </w:rPr>
        <w:t>pada materi Nilai-nilai Madrasah.</w:t>
      </w:r>
    </w:p>
    <w:p w14:paraId="51BA9295" w14:textId="77777777" w:rsidR="00F925E9" w:rsidRDefault="00000000">
      <w:pPr>
        <w:autoSpaceDE w:val="0"/>
        <w:autoSpaceDN w:val="0"/>
        <w:spacing w:before="392" w:after="0" w:line="224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Peran: Murid A (sebagai Murid Baru), Murid B (sebagai guru). Latar: lorong kelas pada</w:t>
      </w:r>
    </w:p>
    <w:p w14:paraId="7D9650B1" w14:textId="77777777" w:rsidR="00F925E9" w:rsidRDefault="00000000">
      <w:pPr>
        <w:autoSpaceDE w:val="0"/>
        <w:autoSpaceDN w:val="0"/>
        <w:spacing w:before="192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pagi hari.</w:t>
      </w:r>
    </w:p>
    <w:p w14:paraId="0AA28C17" w14:textId="77777777" w:rsidR="00F925E9" w:rsidRDefault="00000000">
      <w:pPr>
        <w:autoSpaceDE w:val="0"/>
        <w:autoSpaceDN w:val="0"/>
        <w:spacing w:before="354" w:after="130" w:line="222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Murid A berjalan dan berpapasan dengan Murid B yang berperan sebagai guru.</w:t>
      </w:r>
    </w:p>
    <w:tbl>
      <w:tblPr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1300"/>
        <w:gridCol w:w="400"/>
        <w:gridCol w:w="1920"/>
        <w:gridCol w:w="1100"/>
        <w:gridCol w:w="1120"/>
        <w:gridCol w:w="1740"/>
        <w:gridCol w:w="940"/>
        <w:gridCol w:w="1700"/>
      </w:tblGrid>
      <w:tr w:rsidR="00F925E9" w14:paraId="01D44375" w14:textId="77777777">
        <w:trPr>
          <w:trHeight w:hRule="exact" w:val="342"/>
        </w:trPr>
        <w:tc>
          <w:tcPr>
            <w:tcW w:w="1300" w:type="dxa"/>
            <w:tcMar>
              <w:left w:w="0" w:type="dxa"/>
              <w:right w:w="0" w:type="dxa"/>
            </w:tcMar>
          </w:tcPr>
          <w:p w14:paraId="18E51684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0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400" w:type="dxa"/>
            <w:tcMar>
              <w:left w:w="0" w:type="dxa"/>
              <w:right w:w="0" w:type="dxa"/>
            </w:tcMar>
          </w:tcPr>
          <w:p w14:paraId="279D765C" w14:textId="77777777" w:rsidR="00F925E9" w:rsidRDefault="00000000">
            <w:pPr>
              <w:autoSpaceDE w:val="0"/>
              <w:autoSpaceDN w:val="0"/>
              <w:spacing w:before="60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5ED267EF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mempraktikkan: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14:paraId="48EA24B9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berhenti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598FB26F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sejenak,</w:t>
            </w:r>
          </w:p>
        </w:tc>
        <w:tc>
          <w:tcPr>
            <w:tcW w:w="1740" w:type="dxa"/>
            <w:tcMar>
              <w:left w:w="0" w:type="dxa"/>
              <w:right w:w="0" w:type="dxa"/>
            </w:tcMar>
          </w:tcPr>
          <w:p w14:paraId="78BD355F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mengucapkan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14:paraId="0DB570AE" w14:textId="77777777" w:rsidR="00F925E9" w:rsidRDefault="00000000">
            <w:pPr>
              <w:autoSpaceDE w:val="0"/>
              <w:autoSpaceDN w:val="0"/>
              <w:spacing w:before="60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salam,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14:paraId="04B07DBC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3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mencium</w:t>
            </w:r>
          </w:p>
        </w:tc>
      </w:tr>
    </w:tbl>
    <w:p w14:paraId="472C8EC9" w14:textId="77777777" w:rsidR="00F925E9" w:rsidRDefault="00000000">
      <w:pPr>
        <w:autoSpaceDE w:val="0"/>
        <w:autoSpaceDN w:val="0"/>
        <w:spacing w:before="128" w:after="0" w:line="224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tangan/menundukkan badan sesuai kebiasaan madrasah, dan menyapa dengan</w:t>
      </w:r>
    </w:p>
    <w:p w14:paraId="136E801A" w14:textId="77777777" w:rsidR="00F925E9" w:rsidRDefault="00000000">
      <w:pPr>
        <w:autoSpaceDE w:val="0"/>
        <w:autoSpaceDN w:val="0"/>
        <w:spacing w:before="188" w:after="0" w:line="226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sopan. Setelah simulasi, fasilitator mengajak seluruh murid mendiskusikan: “Apa yang</w:t>
      </w:r>
    </w:p>
    <w:p w14:paraId="11353014" w14:textId="77777777" w:rsidR="00F925E9" w:rsidRDefault="00000000">
      <w:pPr>
        <w:autoSpaceDE w:val="0"/>
        <w:autoSpaceDN w:val="0"/>
        <w:spacing w:before="192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dilakukan Murid A sudah benar? Apa yang bisa ditambahkan?”</w:t>
      </w:r>
    </w:p>
    <w:p w14:paraId="40821F72" w14:textId="77777777" w:rsidR="00F925E9" w:rsidRDefault="00000000">
      <w:pPr>
        <w:autoSpaceDE w:val="0"/>
        <w:autoSpaceDN w:val="0"/>
        <w:spacing w:before="408" w:after="152" w:line="224" w:lineRule="exact"/>
        <w:ind w:left="1560"/>
      </w:pPr>
      <w:r>
        <w:rPr>
          <w:rFonts w:ascii="Arial" w:eastAsia="Arial" w:hAnsi="Arial"/>
          <w:b/>
          <w:color w:val="333333"/>
          <w:spacing w:val="-10"/>
          <w:sz w:val="24"/>
        </w:rPr>
        <w:t>3. Materi Madrasah Sehat, Aman, Nyaman, dan Menyenangkan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F925E9" w14:paraId="3D589064" w14:textId="77777777">
        <w:trPr>
          <w:trHeight w:hRule="exact" w:val="582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AFD2A62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Aktivitas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D4FE6DD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Pelaksanaan Singkat</w:t>
            </w:r>
          </w:p>
        </w:tc>
      </w:tr>
      <w:tr w:rsidR="00F925E9" w14:paraId="0E28BE9E" w14:textId="77777777">
        <w:trPr>
          <w:trHeight w:hRule="exact" w:val="1374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9A81995" w14:textId="77777777" w:rsidR="00F925E9" w:rsidRDefault="00000000">
            <w:pPr>
              <w:autoSpaceDE w:val="0"/>
              <w:autoSpaceDN w:val="0"/>
              <w:spacing w:before="318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Simulasi Kasus</w:t>
            </w:r>
          </w:p>
          <w:p w14:paraId="10EA2706" w14:textId="77777777" w:rsidR="00F925E9" w:rsidRDefault="00000000">
            <w:pPr>
              <w:autoSpaceDE w:val="0"/>
              <w:autoSpaceDN w:val="0"/>
              <w:spacing w:before="23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Perundungan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1E7C602" w14:textId="77777777" w:rsidR="00F925E9" w:rsidRDefault="00F925E9">
            <w:pPr>
              <w:autoSpaceDE w:val="0"/>
              <w:autoSpaceDN w:val="0"/>
              <w:spacing w:after="0" w:line="5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1760"/>
              <w:gridCol w:w="1240"/>
              <w:gridCol w:w="1120"/>
              <w:gridCol w:w="860"/>
            </w:tblGrid>
            <w:tr w:rsidR="00F925E9" w14:paraId="527F6DAE" w14:textId="77777777">
              <w:trPr>
                <w:trHeight w:hRule="exact" w:val="340"/>
              </w:trPr>
              <w:tc>
                <w:tcPr>
                  <w:tcW w:w="1260" w:type="dxa"/>
                  <w:tcMar>
                    <w:left w:w="0" w:type="dxa"/>
                    <w:right w:w="0" w:type="dxa"/>
                  </w:tcMar>
                </w:tcPr>
                <w:p w14:paraId="33A3F060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Fasilitator</w:t>
                  </w:r>
                </w:p>
              </w:tc>
              <w:tc>
                <w:tcPr>
                  <w:tcW w:w="1760" w:type="dxa"/>
                  <w:tcMar>
                    <w:left w:w="0" w:type="dxa"/>
                    <w:right w:w="0" w:type="dxa"/>
                  </w:tcMar>
                </w:tcPr>
                <w:p w14:paraId="33496ED1" w14:textId="77777777" w:rsidR="00F925E9" w:rsidRDefault="00000000">
                  <w:pPr>
                    <w:autoSpaceDE w:val="0"/>
                    <w:autoSpaceDN w:val="0"/>
                    <w:spacing w:before="58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memaparkan</w:t>
                  </w:r>
                </w:p>
              </w:tc>
              <w:tc>
                <w:tcPr>
                  <w:tcW w:w="1240" w:type="dxa"/>
                  <w:tcMar>
                    <w:left w:w="0" w:type="dxa"/>
                    <w:right w:w="0" w:type="dxa"/>
                  </w:tcMar>
                </w:tcPr>
                <w:p w14:paraId="232D0D89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skenario</w:t>
                  </w:r>
                </w:p>
              </w:tc>
              <w:tc>
                <w:tcPr>
                  <w:tcW w:w="1120" w:type="dxa"/>
                  <w:tcMar>
                    <w:left w:w="0" w:type="dxa"/>
                    <w:right w:w="0" w:type="dxa"/>
                  </w:tcMar>
                </w:tcPr>
                <w:p w14:paraId="126D10CC" w14:textId="77777777" w:rsidR="00F925E9" w:rsidRDefault="00000000">
                  <w:pPr>
                    <w:autoSpaceDE w:val="0"/>
                    <w:autoSpaceDN w:val="0"/>
                    <w:spacing w:before="58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singkat</w:t>
                  </w:r>
                </w:p>
              </w:tc>
              <w:tc>
                <w:tcPr>
                  <w:tcW w:w="860" w:type="dxa"/>
                  <w:tcMar>
                    <w:left w:w="0" w:type="dxa"/>
                    <w:right w:w="0" w:type="dxa"/>
                  </w:tcMar>
                </w:tcPr>
                <w:p w14:paraId="7D2A1548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ind w:left="178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kasus</w:t>
                  </w:r>
                </w:p>
              </w:tc>
            </w:tr>
          </w:tbl>
          <w:p w14:paraId="7D9F963B" w14:textId="77777777" w:rsidR="00F925E9" w:rsidRDefault="00000000">
            <w:pPr>
              <w:autoSpaceDE w:val="0"/>
              <w:autoSpaceDN w:val="0"/>
              <w:spacing w:before="13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perundungan; murid berdiskusi cara merespons dan</w:t>
            </w:r>
          </w:p>
          <w:p w14:paraId="6E535675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melapor yang tepat.</w:t>
            </w:r>
          </w:p>
        </w:tc>
      </w:tr>
      <w:tr w:rsidR="00F925E9" w14:paraId="6A8B740B" w14:textId="77777777">
        <w:trPr>
          <w:trHeight w:hRule="exact" w:val="1038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C256D78" w14:textId="77777777" w:rsidR="00F925E9" w:rsidRDefault="00000000">
            <w:pPr>
              <w:autoSpaceDE w:val="0"/>
              <w:autoSpaceDN w:val="0"/>
              <w:spacing w:before="15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Poster/Komik Anti-</w:t>
            </w:r>
          </w:p>
          <w:p w14:paraId="52E565AA" w14:textId="77777777" w:rsidR="00F925E9" w:rsidRDefault="00000000">
            <w:pPr>
              <w:autoSpaceDE w:val="0"/>
              <w:autoSpaceDN w:val="0"/>
              <w:spacing w:before="24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Bullying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57A1921" w14:textId="77777777" w:rsidR="00F925E9" w:rsidRDefault="00000000">
            <w:pPr>
              <w:autoSpaceDE w:val="0"/>
              <w:autoSpaceDN w:val="0"/>
              <w:spacing w:before="152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 murid membuat poster atau komik sederhana</w:t>
            </w:r>
          </w:p>
          <w:p w14:paraId="7822CFD1" w14:textId="77777777" w:rsidR="00F925E9" w:rsidRDefault="00000000">
            <w:pPr>
              <w:autoSpaceDE w:val="0"/>
              <w:autoSpaceDN w:val="0"/>
              <w:spacing w:before="19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bertema anti-perundungan, lalu dipresentasikan.</w:t>
            </w:r>
          </w:p>
        </w:tc>
      </w:tr>
      <w:tr w:rsidR="00F925E9" w14:paraId="62B8298D" w14:textId="77777777">
        <w:trPr>
          <w:trHeight w:hRule="exact" w:val="1371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2EFB23A" w14:textId="77777777" w:rsidR="00F925E9" w:rsidRDefault="00000000">
            <w:pPr>
              <w:autoSpaceDE w:val="0"/>
              <w:autoSpaceDN w:val="0"/>
              <w:spacing w:before="524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Ikrar Bersama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0950195" w14:textId="77777777" w:rsidR="00F925E9" w:rsidRDefault="00000000">
            <w:pPr>
              <w:autoSpaceDE w:val="0"/>
              <w:autoSpaceDN w:val="0"/>
              <w:spacing w:before="108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Seluruh murid mengucapkan ikrar anti-perundungan, anti-</w:t>
            </w:r>
          </w:p>
          <w:p w14:paraId="2F6A98E9" w14:textId="77777777" w:rsidR="00F925E9" w:rsidRDefault="00000000">
            <w:pPr>
              <w:autoSpaceDE w:val="0"/>
              <w:autoSpaceDN w:val="0"/>
              <w:spacing w:before="19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kekerasan, dan anti-narkoba secara serempak, diiringi</w:t>
            </w:r>
          </w:p>
          <w:p w14:paraId="2778DCB7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yel-yel.</w:t>
            </w:r>
          </w:p>
        </w:tc>
      </w:tr>
      <w:tr w:rsidR="00F925E9" w14:paraId="69A23FAA" w14:textId="77777777">
        <w:trPr>
          <w:trHeight w:hRule="exact" w:val="1423"/>
        </w:trPr>
        <w:tc>
          <w:tcPr>
            <w:tcW w:w="300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E1EF497" w14:textId="77777777" w:rsidR="00F925E9" w:rsidRDefault="00000000">
            <w:pPr>
              <w:autoSpaceDE w:val="0"/>
              <w:autoSpaceDN w:val="0"/>
              <w:spacing w:before="562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 BRUS Interaktif</w:t>
            </w:r>
          </w:p>
        </w:tc>
        <w:tc>
          <w:tcPr>
            <w:tcW w:w="636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49A340D" w14:textId="77777777" w:rsidR="00F925E9" w:rsidRDefault="00000000">
            <w:pPr>
              <w:autoSpaceDE w:val="0"/>
              <w:autoSpaceDN w:val="0"/>
              <w:spacing w:before="148" w:after="13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 tanya jawab ringan dan permainan edukatif terkait</w:t>
            </w: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1320"/>
              <w:gridCol w:w="600"/>
              <w:gridCol w:w="1360"/>
              <w:gridCol w:w="640"/>
              <w:gridCol w:w="1060"/>
            </w:tblGrid>
            <w:tr w:rsidR="00F925E9" w14:paraId="04558BED" w14:textId="77777777">
              <w:trPr>
                <w:trHeight w:hRule="exact" w:val="340"/>
              </w:trPr>
              <w:tc>
                <w:tcPr>
                  <w:tcW w:w="1260" w:type="dxa"/>
                  <w:tcMar>
                    <w:left w:w="0" w:type="dxa"/>
                    <w:right w:w="0" w:type="dxa"/>
                  </w:tcMar>
                </w:tcPr>
                <w:p w14:paraId="7ACB9F7A" w14:textId="77777777" w:rsidR="00F925E9" w:rsidRDefault="00000000">
                  <w:pPr>
                    <w:autoSpaceDE w:val="0"/>
                    <w:autoSpaceDN w:val="0"/>
                    <w:spacing w:before="60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kesehatan</w:t>
                  </w:r>
                </w:p>
              </w:tc>
              <w:tc>
                <w:tcPr>
                  <w:tcW w:w="1320" w:type="dxa"/>
                  <w:tcMar>
                    <w:left w:w="0" w:type="dxa"/>
                    <w:right w:w="0" w:type="dxa"/>
                  </w:tcMar>
                </w:tcPr>
                <w:p w14:paraId="70B1F378" w14:textId="77777777" w:rsidR="00F925E9" w:rsidRDefault="00000000">
                  <w:pPr>
                    <w:autoSpaceDE w:val="0"/>
                    <w:autoSpaceDN w:val="0"/>
                    <w:spacing w:before="60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reproduksi</w:t>
                  </w:r>
                </w:p>
              </w:tc>
              <w:tc>
                <w:tcPr>
                  <w:tcW w:w="600" w:type="dxa"/>
                  <w:tcMar>
                    <w:left w:w="0" w:type="dxa"/>
                    <w:right w:w="0" w:type="dxa"/>
                  </w:tcMar>
                </w:tcPr>
                <w:p w14:paraId="75D62F03" w14:textId="77777777" w:rsidR="00F925E9" w:rsidRDefault="00000000">
                  <w:pPr>
                    <w:autoSpaceDE w:val="0"/>
                    <w:autoSpaceDN w:val="0"/>
                    <w:spacing w:before="60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1360" w:type="dxa"/>
                  <w:tcMar>
                    <w:left w:w="0" w:type="dxa"/>
                    <w:right w:w="0" w:type="dxa"/>
                  </w:tcMar>
                </w:tcPr>
                <w:p w14:paraId="34D68000" w14:textId="77777777" w:rsidR="00F925E9" w:rsidRDefault="00000000">
                  <w:pPr>
                    <w:autoSpaceDE w:val="0"/>
                    <w:autoSpaceDN w:val="0"/>
                    <w:spacing w:before="60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psikososial</w:t>
                  </w:r>
                </w:p>
              </w:tc>
              <w:tc>
                <w:tcPr>
                  <w:tcW w:w="640" w:type="dxa"/>
                  <w:tcMar>
                    <w:left w:w="0" w:type="dxa"/>
                    <w:right w:w="0" w:type="dxa"/>
                  </w:tcMar>
                </w:tcPr>
                <w:p w14:paraId="23F947DC" w14:textId="77777777" w:rsidR="00F925E9" w:rsidRDefault="00000000">
                  <w:pPr>
                    <w:autoSpaceDE w:val="0"/>
                    <w:autoSpaceDN w:val="0"/>
                    <w:spacing w:before="60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usia</w:t>
                  </w:r>
                </w:p>
              </w:tc>
              <w:tc>
                <w:tcPr>
                  <w:tcW w:w="1060" w:type="dxa"/>
                  <w:tcMar>
                    <w:left w:w="0" w:type="dxa"/>
                    <w:right w:w="0" w:type="dxa"/>
                  </w:tcMar>
                </w:tcPr>
                <w:p w14:paraId="2D467DD1" w14:textId="77777777" w:rsidR="00F925E9" w:rsidRDefault="00000000">
                  <w:pPr>
                    <w:autoSpaceDE w:val="0"/>
                    <w:autoSpaceDN w:val="0"/>
                    <w:spacing w:before="60" w:after="0" w:line="20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sekolah,</w:t>
                  </w:r>
                </w:p>
              </w:tc>
            </w:tr>
          </w:tbl>
          <w:p w14:paraId="60E5C422" w14:textId="77777777" w:rsidR="00F925E9" w:rsidRDefault="00000000">
            <w:pPr>
              <w:autoSpaceDE w:val="0"/>
              <w:autoSpaceDN w:val="0"/>
              <w:spacing w:before="13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 jenjang.</w:t>
            </w:r>
          </w:p>
        </w:tc>
      </w:tr>
    </w:tbl>
    <w:p w14:paraId="10714B81" w14:textId="77777777" w:rsidR="00F925E9" w:rsidRDefault="00000000">
      <w:pPr>
        <w:autoSpaceDE w:val="0"/>
        <w:autoSpaceDN w:val="0"/>
        <w:spacing w:before="76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25</w:t>
      </w:r>
    </w:p>
    <w:p w14:paraId="656A592C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3BEBC780" w14:textId="77777777" w:rsidR="00F925E9" w:rsidRDefault="00F925E9">
      <w:pPr>
        <w:autoSpaceDE w:val="0"/>
        <w:autoSpaceDN w:val="0"/>
        <w:spacing w:after="0" w:line="220" w:lineRule="exact"/>
      </w:pPr>
    </w:p>
    <w:p w14:paraId="5F513D29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AA4288F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6B4C78D" w14:textId="77777777" w:rsidR="00F925E9" w:rsidRDefault="00000000">
      <w:pPr>
        <w:autoSpaceDE w:val="0"/>
        <w:autoSpaceDN w:val="0"/>
        <w:spacing w:before="634" w:after="0" w:line="226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Contoh Skenario Simulasi Kasus Perundungan</w:t>
      </w:r>
    </w:p>
    <w:p w14:paraId="30581848" w14:textId="77777777" w:rsidR="00F925E9" w:rsidRDefault="00000000">
      <w:pPr>
        <w:autoSpaceDE w:val="0"/>
        <w:autoSpaceDN w:val="0"/>
        <w:spacing w:before="130" w:after="0" w:line="224" w:lineRule="exact"/>
        <w:ind w:left="1200"/>
      </w:pPr>
      <w:r>
        <w:rPr>
          <w:rFonts w:ascii="Arial" w:eastAsia="Arial" w:hAnsi="Arial"/>
          <w:i/>
          <w:color w:val="000000"/>
          <w:spacing w:val="-10"/>
          <w:sz w:val="24"/>
        </w:rPr>
        <w:t>Skenario berikut dapat dibacakan fasilitator sebagai pemicu diskusi.</w:t>
      </w:r>
    </w:p>
    <w:p w14:paraId="3EA85481" w14:textId="77777777" w:rsidR="00F925E9" w:rsidRDefault="00000000">
      <w:pPr>
        <w:autoSpaceDE w:val="0"/>
        <w:autoSpaceDN w:val="0"/>
        <w:spacing w:before="390" w:after="0" w:line="226" w:lineRule="exact"/>
        <w:ind w:left="1920"/>
      </w:pPr>
      <w:r>
        <w:rPr>
          <w:rFonts w:ascii="ArialMT" w:eastAsia="ArialMT" w:hAnsi="ArialMT"/>
          <w:color w:val="000000"/>
          <w:spacing w:val="-10"/>
          <w:sz w:val="24"/>
        </w:rPr>
        <w:t>“Andi melihat temannya, Budi, diejek oleh sekelompok murid lain karena</w:t>
      </w:r>
    </w:p>
    <w:p w14:paraId="5ABEA43D" w14:textId="77777777" w:rsidR="00F925E9" w:rsidRDefault="00000000">
      <w:pPr>
        <w:autoSpaceDE w:val="0"/>
        <w:autoSpaceDN w:val="0"/>
        <w:spacing w:before="190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membawa bekal yang berbeda. Andi merasa tidak nyaman tetapi tidak tahu harus</w:t>
      </w:r>
    </w:p>
    <w:p w14:paraId="5EAFAE05" w14:textId="77777777" w:rsidR="00F925E9" w:rsidRDefault="00000000">
      <w:pPr>
        <w:autoSpaceDE w:val="0"/>
        <w:autoSpaceDN w:val="0"/>
        <w:spacing w:before="192" w:after="0" w:line="226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berbuat apa.” Pertanyaan diskusi: Apa yang sebaiknya dilakukan Andi? Kepada siapa</w:t>
      </w:r>
    </w:p>
    <w:p w14:paraId="14B3EB4F" w14:textId="77777777" w:rsidR="00F925E9" w:rsidRDefault="00000000">
      <w:pPr>
        <w:autoSpaceDE w:val="0"/>
        <w:autoSpaceDN w:val="0"/>
        <w:spacing w:before="188" w:after="0" w:line="224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Budi dapat melapor di madrasah? Bagaimana cara melapor yang baik dan aman?</w:t>
      </w:r>
    </w:p>
    <w:p w14:paraId="5556E1FB" w14:textId="77777777" w:rsidR="00F925E9" w:rsidRDefault="00000000">
      <w:pPr>
        <w:autoSpaceDE w:val="0"/>
        <w:autoSpaceDN w:val="0"/>
        <w:spacing w:before="412" w:after="152" w:line="222" w:lineRule="exact"/>
        <w:ind w:left="1560"/>
      </w:pPr>
      <w:r>
        <w:rPr>
          <w:rFonts w:ascii="Arial" w:eastAsia="Arial" w:hAnsi="Arial"/>
          <w:b/>
          <w:color w:val="333333"/>
          <w:spacing w:val="-10"/>
          <w:sz w:val="24"/>
        </w:rPr>
        <w:t>4. Materi Wawasan Kebangsaan, Bela Negara dan Moderasi Beragama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F925E9" w14:paraId="7683DE03" w14:textId="77777777">
        <w:trPr>
          <w:trHeight w:hRule="exact" w:val="582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1284170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Aktivitas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06324B5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Pelaksanaan Singkat</w:t>
            </w:r>
          </w:p>
        </w:tc>
      </w:tr>
      <w:tr w:rsidR="00F925E9" w14:paraId="31CE3A0F" w14:textId="77777777">
        <w:trPr>
          <w:trHeight w:hRule="exact" w:val="1374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BE90F83" w14:textId="77777777" w:rsidR="00F925E9" w:rsidRDefault="00000000">
            <w:pPr>
              <w:autoSpaceDE w:val="0"/>
              <w:autoSpaceDN w:val="0"/>
              <w:spacing w:before="52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Peraturan Baris-Berbaris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704F0AC" w14:textId="77777777" w:rsidR="00F925E9" w:rsidRDefault="00F925E9">
            <w:pPr>
              <w:autoSpaceDE w:val="0"/>
              <w:autoSpaceDN w:val="0"/>
              <w:spacing w:after="0" w:line="5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200"/>
              <w:gridCol w:w="1260"/>
              <w:gridCol w:w="920"/>
              <w:gridCol w:w="1220"/>
              <w:gridCol w:w="1640"/>
            </w:tblGrid>
            <w:tr w:rsidR="00F925E9" w14:paraId="409C359F" w14:textId="77777777">
              <w:trPr>
                <w:trHeight w:hRule="exact" w:val="338"/>
              </w:trPr>
              <w:tc>
                <w:tcPr>
                  <w:tcW w:w="1200" w:type="dxa"/>
                  <w:tcMar>
                    <w:left w:w="0" w:type="dxa"/>
                    <w:right w:w="0" w:type="dxa"/>
                  </w:tcMar>
                </w:tcPr>
                <w:p w14:paraId="1391FFC2" w14:textId="77777777" w:rsidR="00F925E9" w:rsidRDefault="00000000">
                  <w:pPr>
                    <w:autoSpaceDE w:val="0"/>
                    <w:autoSpaceDN w:val="0"/>
                    <w:spacing w:before="58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Fasilitator</w:t>
                  </w:r>
                </w:p>
              </w:tc>
              <w:tc>
                <w:tcPr>
                  <w:tcW w:w="1260" w:type="dxa"/>
                  <w:tcMar>
                    <w:left w:w="0" w:type="dxa"/>
                    <w:right w:w="0" w:type="dxa"/>
                  </w:tcMar>
                </w:tcPr>
                <w:p w14:paraId="630D5FF6" w14:textId="77777777" w:rsidR="00F925E9" w:rsidRDefault="00000000">
                  <w:pPr>
                    <w:autoSpaceDE w:val="0"/>
                    <w:autoSpaceDN w:val="0"/>
                    <w:spacing w:before="58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memandu</w:t>
                  </w:r>
                </w:p>
              </w:tc>
              <w:tc>
                <w:tcPr>
                  <w:tcW w:w="920" w:type="dxa"/>
                  <w:tcMar>
                    <w:left w:w="0" w:type="dxa"/>
                    <w:right w:w="0" w:type="dxa"/>
                  </w:tcMar>
                </w:tcPr>
                <w:p w14:paraId="132739D6" w14:textId="77777777" w:rsidR="00F925E9" w:rsidRDefault="00000000">
                  <w:pPr>
                    <w:autoSpaceDE w:val="0"/>
                    <w:autoSpaceDN w:val="0"/>
                    <w:spacing w:before="58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latihan</w:t>
                  </w:r>
                </w:p>
              </w:tc>
              <w:tc>
                <w:tcPr>
                  <w:tcW w:w="1220" w:type="dxa"/>
                  <w:tcMar>
                    <w:left w:w="0" w:type="dxa"/>
                    <w:right w:w="0" w:type="dxa"/>
                  </w:tcMar>
                </w:tcPr>
                <w:p w14:paraId="62E27592" w14:textId="77777777" w:rsidR="00F925E9" w:rsidRDefault="00000000">
                  <w:pPr>
                    <w:autoSpaceDE w:val="0"/>
                    <w:autoSpaceDN w:val="0"/>
                    <w:spacing w:before="62" w:after="0" w:line="21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peraturan</w:t>
                  </w:r>
                </w:p>
              </w:tc>
              <w:tc>
                <w:tcPr>
                  <w:tcW w:w="1640" w:type="dxa"/>
                  <w:tcMar>
                    <w:left w:w="0" w:type="dxa"/>
                    <w:right w:w="0" w:type="dxa"/>
                  </w:tcMar>
                </w:tcPr>
                <w:p w14:paraId="24C55009" w14:textId="77777777" w:rsidR="00F925E9" w:rsidRDefault="00000000">
                  <w:pPr>
                    <w:autoSpaceDE w:val="0"/>
                    <w:autoSpaceDN w:val="0"/>
                    <w:spacing w:before="58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baris-berbaris</w:t>
                  </w:r>
                </w:p>
              </w:tc>
            </w:tr>
          </w:tbl>
          <w:p w14:paraId="43C1F21F" w14:textId="77777777" w:rsidR="00F925E9" w:rsidRDefault="00F925E9">
            <w:pPr>
              <w:autoSpaceDE w:val="0"/>
              <w:autoSpaceDN w:val="0"/>
              <w:spacing w:after="0" w:line="72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020"/>
              <w:gridCol w:w="980"/>
              <w:gridCol w:w="1580"/>
              <w:gridCol w:w="1040"/>
              <w:gridCol w:w="1620"/>
            </w:tblGrid>
            <w:tr w:rsidR="00F925E9" w14:paraId="60E2B8FA" w14:textId="77777777">
              <w:trPr>
                <w:trHeight w:hRule="exact" w:val="342"/>
              </w:trPr>
              <w:tc>
                <w:tcPr>
                  <w:tcW w:w="1020" w:type="dxa"/>
                  <w:tcMar>
                    <w:left w:w="0" w:type="dxa"/>
                    <w:right w:w="0" w:type="dxa"/>
                  </w:tcMar>
                </w:tcPr>
                <w:p w14:paraId="0272758B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sebagai</w:t>
                  </w:r>
                </w:p>
              </w:tc>
              <w:tc>
                <w:tcPr>
                  <w:tcW w:w="980" w:type="dxa"/>
                  <w:tcMar>
                    <w:left w:w="0" w:type="dxa"/>
                    <w:right w:w="0" w:type="dxa"/>
                  </w:tcMar>
                </w:tcPr>
                <w:p w14:paraId="7C1406A5" w14:textId="77777777" w:rsidR="00F925E9" w:rsidRDefault="00000000">
                  <w:pPr>
                    <w:autoSpaceDE w:val="0"/>
                    <w:autoSpaceDN w:val="0"/>
                    <w:spacing w:before="104" w:after="0" w:line="13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sarana</w:t>
                  </w:r>
                </w:p>
              </w:tc>
              <w:tc>
                <w:tcPr>
                  <w:tcW w:w="1580" w:type="dxa"/>
                  <w:tcMar>
                    <w:left w:w="0" w:type="dxa"/>
                    <w:right w:w="0" w:type="dxa"/>
                  </w:tcMar>
                </w:tcPr>
                <w:p w14:paraId="274FEE24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membangun</w:t>
                  </w:r>
                </w:p>
              </w:tc>
              <w:tc>
                <w:tcPr>
                  <w:tcW w:w="1040" w:type="dxa"/>
                  <w:tcMar>
                    <w:left w:w="0" w:type="dxa"/>
                    <w:right w:w="0" w:type="dxa"/>
                  </w:tcMar>
                </w:tcPr>
                <w:p w14:paraId="406FB1C5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disiplin,</w:t>
                  </w:r>
                </w:p>
              </w:tc>
              <w:tc>
                <w:tcPr>
                  <w:tcW w:w="1620" w:type="dxa"/>
                  <w:tcMar>
                    <w:left w:w="0" w:type="dxa"/>
                    <w:right w:w="0" w:type="dxa"/>
                  </w:tcMar>
                </w:tcPr>
                <w:p w14:paraId="1803B27A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ind w:left="138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kekompakan,</w:t>
                  </w:r>
                </w:p>
              </w:tc>
            </w:tr>
          </w:tbl>
          <w:p w14:paraId="74DF33AC" w14:textId="77777777" w:rsidR="00F925E9" w:rsidRDefault="00000000">
            <w:pPr>
              <w:autoSpaceDE w:val="0"/>
              <w:autoSpaceDN w:val="0"/>
              <w:spacing w:before="13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kepemimpinan, serta semangat kebangsaan.</w:t>
            </w:r>
          </w:p>
        </w:tc>
      </w:tr>
      <w:tr w:rsidR="00F925E9" w14:paraId="13B370EA" w14:textId="77777777">
        <w:trPr>
          <w:trHeight w:hRule="exact" w:val="1450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F960C91" w14:textId="77777777" w:rsidR="00F925E9" w:rsidRDefault="00000000">
            <w:pPr>
              <w:autoSpaceDE w:val="0"/>
              <w:autoSpaceDN w:val="0"/>
              <w:spacing w:before="564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Diskusi Lintas Pendapat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A6CFC94" w14:textId="77777777" w:rsidR="00F925E9" w:rsidRDefault="00000000">
            <w:pPr>
              <w:autoSpaceDE w:val="0"/>
              <w:autoSpaceDN w:val="0"/>
              <w:spacing w:after="0" w:line="39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Fasilitator memandu diskusi singkat tentang keragaman budaya/agama di lingkungan murid, menekankan sikap</w:t>
            </w:r>
          </w:p>
          <w:p w14:paraId="522294CD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toleran.</w:t>
            </w:r>
          </w:p>
        </w:tc>
      </w:tr>
      <w:tr w:rsidR="00F925E9" w14:paraId="00829E02" w14:textId="77777777">
        <w:trPr>
          <w:trHeight w:hRule="exact" w:val="953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5FF7ED2" w14:textId="77777777" w:rsidR="00F925E9" w:rsidRDefault="00000000">
            <w:pPr>
              <w:autoSpaceDE w:val="0"/>
              <w:autoSpaceDN w:val="0"/>
              <w:spacing w:before="11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Lomba Yel-Yel Cinta</w:t>
            </w:r>
          </w:p>
          <w:p w14:paraId="15B138E0" w14:textId="77777777" w:rsidR="00F925E9" w:rsidRDefault="00000000">
            <w:pPr>
              <w:autoSpaceDE w:val="0"/>
              <w:autoSpaceDN w:val="0"/>
              <w:spacing w:before="23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Tanah Air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ADFA325" w14:textId="77777777" w:rsidR="00F925E9" w:rsidRDefault="00000000">
            <w:pPr>
              <w:autoSpaceDE w:val="0"/>
              <w:autoSpaceDN w:val="0"/>
              <w:spacing w:after="0" w:line="3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Setiap kelompok menyusun dan menampilkan yel-yel bertema cinta tanah air secara non-kompetitif.</w:t>
            </w:r>
          </w:p>
        </w:tc>
      </w:tr>
    </w:tbl>
    <w:p w14:paraId="2DF464DB" w14:textId="77777777" w:rsidR="00F925E9" w:rsidRDefault="00000000">
      <w:pPr>
        <w:autoSpaceDE w:val="0"/>
        <w:autoSpaceDN w:val="0"/>
        <w:spacing w:before="294" w:after="156" w:line="224" w:lineRule="exact"/>
        <w:ind w:left="1560"/>
      </w:pPr>
      <w:r>
        <w:rPr>
          <w:rFonts w:ascii="Arial" w:eastAsia="Arial" w:hAnsi="Arial"/>
          <w:b/>
          <w:color w:val="333333"/>
          <w:spacing w:val="-10"/>
          <w:sz w:val="24"/>
        </w:rPr>
        <w:t>5. Materi Program ASRI dan Ekoteologi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F925E9" w14:paraId="1F03731E" w14:textId="77777777">
        <w:trPr>
          <w:trHeight w:hRule="exact" w:val="578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3CDECE5" w14:textId="77777777" w:rsidR="00F925E9" w:rsidRDefault="00000000">
            <w:pPr>
              <w:autoSpaceDE w:val="0"/>
              <w:autoSpaceDN w:val="0"/>
              <w:spacing w:before="10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Aktivitas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E05C92C" w14:textId="77777777" w:rsidR="00F925E9" w:rsidRDefault="00000000">
            <w:pPr>
              <w:autoSpaceDE w:val="0"/>
              <w:autoSpaceDN w:val="0"/>
              <w:spacing w:before="104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Pelaksanaan Singkat</w:t>
            </w:r>
          </w:p>
        </w:tc>
      </w:tr>
      <w:tr w:rsidR="00F925E9" w14:paraId="72278ECA" w14:textId="77777777">
        <w:trPr>
          <w:trHeight w:hRule="exact" w:val="1374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26404B0" w14:textId="77777777" w:rsidR="00F925E9" w:rsidRDefault="00000000">
            <w:pPr>
              <w:autoSpaceDE w:val="0"/>
              <w:autoSpaceDN w:val="0"/>
              <w:spacing w:before="32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Aksi Menanam dan</w:t>
            </w:r>
          </w:p>
          <w:p w14:paraId="3214B605" w14:textId="77777777" w:rsidR="00F925E9" w:rsidRDefault="00000000">
            <w:pPr>
              <w:autoSpaceDE w:val="0"/>
              <w:autoSpaceDN w:val="0"/>
              <w:spacing w:before="238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Merawat Pohon Bersama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F97AEBD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Setiap kelompok murid menanam dan memberi nama satu</w:t>
            </w:r>
          </w:p>
          <w:p w14:paraId="59176917" w14:textId="77777777" w:rsidR="00F925E9" w:rsidRDefault="00000000">
            <w:pPr>
              <w:autoSpaceDE w:val="0"/>
              <w:autoSpaceDN w:val="0"/>
              <w:spacing w:after="0" w:line="4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pohon/tanaman yang akan dirawat sepanjang tahun pelajaran.</w:t>
            </w:r>
          </w:p>
        </w:tc>
      </w:tr>
      <w:tr w:rsidR="00F925E9" w14:paraId="48C86F08" w14:textId="77777777">
        <w:trPr>
          <w:trHeight w:hRule="exact" w:val="1038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29DC9C0" w14:textId="77777777" w:rsidR="00F925E9" w:rsidRDefault="00000000">
            <w:pPr>
              <w:autoSpaceDE w:val="0"/>
              <w:autoSpaceDN w:val="0"/>
              <w:spacing w:before="15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Lomba Kebersihan</w:t>
            </w:r>
          </w:p>
          <w:p w14:paraId="2A51BA05" w14:textId="77777777" w:rsidR="00F925E9" w:rsidRDefault="00000000">
            <w:pPr>
              <w:autoSpaceDE w:val="0"/>
              <w:autoSpaceDN w:val="0"/>
              <w:spacing w:before="240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Antarkelompok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C5A219E" w14:textId="77777777" w:rsidR="00F925E9" w:rsidRDefault="00000000">
            <w:pPr>
              <w:autoSpaceDE w:val="0"/>
              <w:autoSpaceDN w:val="0"/>
              <w:spacing w:after="0" w:line="39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 ditugaskan membersihkan area tertentu di madrasah, dinilai secara apresiatif tanpa unsur tekanan.</w:t>
            </w:r>
          </w:p>
        </w:tc>
      </w:tr>
      <w:tr w:rsidR="00F925E9" w14:paraId="702E0EF0" w14:textId="77777777">
        <w:trPr>
          <w:trHeight w:hRule="exact" w:val="1371"/>
        </w:trPr>
        <w:tc>
          <w:tcPr>
            <w:tcW w:w="30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C586E6E" w14:textId="77777777" w:rsidR="00F925E9" w:rsidRDefault="00000000">
            <w:pPr>
              <w:autoSpaceDE w:val="0"/>
              <w:autoSpaceDN w:val="0"/>
              <w:spacing w:before="32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Kampanye Lingkungan</w:t>
            </w:r>
          </w:p>
          <w:p w14:paraId="77915AB5" w14:textId="77777777" w:rsidR="00F925E9" w:rsidRDefault="00000000">
            <w:pPr>
              <w:autoSpaceDE w:val="0"/>
              <w:autoSpaceDN w:val="0"/>
              <w:spacing w:before="19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oleh Murid</w:t>
            </w:r>
          </w:p>
        </w:tc>
        <w:tc>
          <w:tcPr>
            <w:tcW w:w="6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E51CF69" w14:textId="77777777" w:rsidR="00F925E9" w:rsidRDefault="00F925E9">
            <w:pPr>
              <w:autoSpaceDE w:val="0"/>
              <w:autoSpaceDN w:val="0"/>
              <w:spacing w:after="0" w:line="5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1300"/>
              <w:gridCol w:w="1000"/>
              <w:gridCol w:w="1420"/>
              <w:gridCol w:w="1260"/>
            </w:tblGrid>
            <w:tr w:rsidR="00F925E9" w14:paraId="5C5556D3" w14:textId="77777777">
              <w:trPr>
                <w:trHeight w:hRule="exact" w:val="338"/>
              </w:trPr>
              <w:tc>
                <w:tcPr>
                  <w:tcW w:w="1260" w:type="dxa"/>
                  <w:tcMar>
                    <w:left w:w="0" w:type="dxa"/>
                    <w:right w:w="0" w:type="dxa"/>
                  </w:tcMar>
                </w:tcPr>
                <w:p w14:paraId="438EBA26" w14:textId="77777777" w:rsidR="00F925E9" w:rsidRDefault="00000000">
                  <w:pPr>
                    <w:autoSpaceDE w:val="0"/>
                    <w:autoSpaceDN w:val="0"/>
                    <w:spacing w:before="56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Kelompok</w:t>
                  </w:r>
                </w:p>
              </w:tc>
              <w:tc>
                <w:tcPr>
                  <w:tcW w:w="1300" w:type="dxa"/>
                  <w:tcMar>
                    <w:left w:w="0" w:type="dxa"/>
                    <w:right w:w="0" w:type="dxa"/>
                  </w:tcMar>
                </w:tcPr>
                <w:p w14:paraId="558816D3" w14:textId="77777777" w:rsidR="00F925E9" w:rsidRDefault="00000000">
                  <w:pPr>
                    <w:autoSpaceDE w:val="0"/>
                    <w:autoSpaceDN w:val="0"/>
                    <w:spacing w:before="56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membuat</w:t>
                  </w:r>
                </w:p>
              </w:tc>
              <w:tc>
                <w:tcPr>
                  <w:tcW w:w="1000" w:type="dxa"/>
                  <w:tcMar>
                    <w:left w:w="0" w:type="dxa"/>
                    <w:right w:w="0" w:type="dxa"/>
                  </w:tcMar>
                </w:tcPr>
                <w:p w14:paraId="60E08061" w14:textId="77777777" w:rsidR="00F925E9" w:rsidRDefault="00000000">
                  <w:pPr>
                    <w:autoSpaceDE w:val="0"/>
                    <w:autoSpaceDN w:val="0"/>
                    <w:spacing w:before="56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slogan</w:t>
                  </w:r>
                </w:p>
              </w:tc>
              <w:tc>
                <w:tcPr>
                  <w:tcW w:w="1420" w:type="dxa"/>
                  <w:tcMar>
                    <w:left w:w="0" w:type="dxa"/>
                    <w:right w:w="0" w:type="dxa"/>
                  </w:tcMar>
                </w:tcPr>
                <w:p w14:paraId="1FAA0060" w14:textId="77777777" w:rsidR="00F925E9" w:rsidRDefault="00000000">
                  <w:pPr>
                    <w:autoSpaceDE w:val="0"/>
                    <w:autoSpaceDN w:val="0"/>
                    <w:spacing w:before="56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sederhana</w:t>
                  </w:r>
                </w:p>
              </w:tc>
              <w:tc>
                <w:tcPr>
                  <w:tcW w:w="1260" w:type="dxa"/>
                  <w:tcMar>
                    <w:left w:w="0" w:type="dxa"/>
                    <w:right w:w="0" w:type="dxa"/>
                  </w:tcMar>
                </w:tcPr>
                <w:p w14:paraId="57DD355F" w14:textId="77777777" w:rsidR="00F925E9" w:rsidRDefault="00000000">
                  <w:pPr>
                    <w:autoSpaceDE w:val="0"/>
                    <w:autoSpaceDN w:val="0"/>
                    <w:spacing w:before="56" w:after="0" w:line="222" w:lineRule="exact"/>
                    <w:ind w:left="150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mengenai</w:t>
                  </w:r>
                </w:p>
              </w:tc>
            </w:tr>
          </w:tbl>
          <w:p w14:paraId="50F0CA46" w14:textId="77777777" w:rsidR="00F925E9" w:rsidRDefault="00000000">
            <w:pPr>
              <w:autoSpaceDE w:val="0"/>
              <w:autoSpaceDN w:val="0"/>
              <w:spacing w:before="13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kebersihan dan pola hidup sehat lalu dipasang di area</w:t>
            </w:r>
          </w:p>
          <w:p w14:paraId="408CAF4E" w14:textId="77777777" w:rsidR="00F925E9" w:rsidRDefault="00000000">
            <w:pPr>
              <w:autoSpaceDE w:val="0"/>
              <w:autoSpaceDN w:val="0"/>
              <w:spacing w:before="19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madrasah.</w:t>
            </w:r>
          </w:p>
        </w:tc>
      </w:tr>
    </w:tbl>
    <w:p w14:paraId="31FFF198" w14:textId="77777777" w:rsidR="00F925E9" w:rsidRDefault="00000000">
      <w:pPr>
        <w:autoSpaceDE w:val="0"/>
        <w:autoSpaceDN w:val="0"/>
        <w:spacing w:before="292" w:after="0" w:line="226" w:lineRule="exact"/>
        <w:ind w:left="1560"/>
      </w:pPr>
      <w:r>
        <w:rPr>
          <w:rFonts w:ascii="Arial" w:eastAsia="Arial" w:hAnsi="Arial"/>
          <w:b/>
          <w:color w:val="333333"/>
          <w:spacing w:val="-10"/>
          <w:sz w:val="24"/>
        </w:rPr>
        <w:t>6. Contoh Naskah Pembawa Acara (MC) Pembukaan Hari Pertama</w:t>
      </w:r>
    </w:p>
    <w:p w14:paraId="42E416FB" w14:textId="77777777" w:rsidR="00F925E9" w:rsidRDefault="00000000">
      <w:pPr>
        <w:autoSpaceDE w:val="0"/>
        <w:autoSpaceDN w:val="0"/>
        <w:spacing w:before="168" w:after="0" w:line="226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Naskah berikut bersifat contoh dan dapat disesuaikan dengan kekhasan madrasah.</w:t>
      </w:r>
    </w:p>
    <w:p w14:paraId="43526EF4" w14:textId="77777777" w:rsidR="00F925E9" w:rsidRDefault="00000000">
      <w:pPr>
        <w:autoSpaceDE w:val="0"/>
        <w:autoSpaceDN w:val="0"/>
        <w:spacing w:before="650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26</w:t>
      </w:r>
    </w:p>
    <w:p w14:paraId="4C776354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1B2A5B72" w14:textId="77777777" w:rsidR="00F925E9" w:rsidRDefault="00F925E9">
      <w:pPr>
        <w:autoSpaceDE w:val="0"/>
        <w:autoSpaceDN w:val="0"/>
        <w:spacing w:after="0" w:line="220" w:lineRule="exact"/>
      </w:pPr>
    </w:p>
    <w:p w14:paraId="4302D44B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5E971DB5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665B8823" w14:textId="77777777" w:rsidR="00F925E9" w:rsidRDefault="00000000">
      <w:pPr>
        <w:autoSpaceDE w:val="0"/>
        <w:autoSpaceDN w:val="0"/>
        <w:spacing w:before="446" w:after="294" w:line="414" w:lineRule="exact"/>
        <w:ind w:left="1200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“Assalamu’alaikum warahmatullahi wabarakatuh. Selamat pagi adik-adik Murid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Baru yang luar biasa! Selamat datang di keluarga besar [nama madrasah]. Pagi ini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adalah hari pertama dari perjalanan seru kita selama lima hari ke depan, di mana kita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akan bermain, belajar, dan saling mengenal satu sama lain. Sebelum kita mulai, mari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kita berdiri dan menyanyikan lagu Indonesia Raya dan Mars Madrasah [nama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madrasah] bersama-sama!”</w:t>
      </w:r>
    </w:p>
    <w:tbl>
      <w:tblPr>
        <w:tblW w:w="0" w:type="auto"/>
        <w:tblInd w:w="960" w:type="dxa"/>
        <w:tblLayout w:type="fixed"/>
        <w:tblLook w:val="04A0" w:firstRow="1" w:lastRow="0" w:firstColumn="1" w:lastColumn="0" w:noHBand="0" w:noVBand="1"/>
      </w:tblPr>
      <w:tblGrid>
        <w:gridCol w:w="1880"/>
        <w:gridCol w:w="660"/>
        <w:gridCol w:w="1260"/>
        <w:gridCol w:w="780"/>
        <w:gridCol w:w="620"/>
        <w:gridCol w:w="740"/>
        <w:gridCol w:w="1280"/>
        <w:gridCol w:w="1560"/>
        <w:gridCol w:w="1080"/>
      </w:tblGrid>
      <w:tr w:rsidR="00F925E9" w14:paraId="3C39DDA3" w14:textId="77777777">
        <w:trPr>
          <w:trHeight w:hRule="exact" w:val="344"/>
        </w:trPr>
        <w:tc>
          <w:tcPr>
            <w:tcW w:w="1880" w:type="dxa"/>
            <w:tcMar>
              <w:left w:w="0" w:type="dxa"/>
              <w:right w:w="0" w:type="dxa"/>
            </w:tcMar>
          </w:tcPr>
          <w:p w14:paraId="60828952" w14:textId="77777777" w:rsidR="00F925E9" w:rsidRDefault="00000000">
            <w:pPr>
              <w:autoSpaceDE w:val="0"/>
              <w:autoSpaceDN w:val="0"/>
              <w:spacing w:before="60" w:after="0" w:line="178" w:lineRule="exact"/>
              <w:ind w:right="10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Setelah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14:paraId="0ADAEA21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lagu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0B54B794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Indonesia</w:t>
            </w:r>
          </w:p>
        </w:tc>
        <w:tc>
          <w:tcPr>
            <w:tcW w:w="780" w:type="dxa"/>
            <w:tcMar>
              <w:left w:w="0" w:type="dxa"/>
              <w:right w:w="0" w:type="dxa"/>
            </w:tcMar>
          </w:tcPr>
          <w:p w14:paraId="4C135619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Raya</w:t>
            </w:r>
          </w:p>
        </w:tc>
        <w:tc>
          <w:tcPr>
            <w:tcW w:w="620" w:type="dxa"/>
            <w:tcMar>
              <w:left w:w="0" w:type="dxa"/>
              <w:right w:w="0" w:type="dxa"/>
            </w:tcMar>
          </w:tcPr>
          <w:p w14:paraId="1CDAD2CD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11D5D486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Mars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5346C82F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</w:tcPr>
          <w:p w14:paraId="5D7A930E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dinyanyikan,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14:paraId="42687413" w14:textId="77777777" w:rsidR="00F925E9" w:rsidRDefault="00000000">
            <w:pPr>
              <w:autoSpaceDE w:val="0"/>
              <w:autoSpaceDN w:val="0"/>
              <w:spacing w:before="60" w:after="0" w:line="178" w:lineRule="exact"/>
              <w:ind w:left="114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MC</w:t>
            </w:r>
          </w:p>
        </w:tc>
      </w:tr>
    </w:tbl>
    <w:p w14:paraId="12F87CCD" w14:textId="77777777" w:rsidR="00F925E9" w:rsidRDefault="00000000">
      <w:pPr>
        <w:autoSpaceDE w:val="0"/>
        <w:autoSpaceDN w:val="0"/>
        <w:spacing w:after="0" w:line="400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melanjutkan: “Terima kasih, semangatnya luar biasa! Sekarang, mari kita sambut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dengan tepuk tangan meriah, Bapak/Ibu Kepala Madrasah [nama], untuk memberikan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sambutan singkat.” (Sambutan dibatasi maksimal 10–15 menit sesuai ketentuan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Panduan ini.)</w:t>
      </w:r>
    </w:p>
    <w:p w14:paraId="61D87BFE" w14:textId="77777777" w:rsidR="00F925E9" w:rsidRDefault="00000000">
      <w:pPr>
        <w:tabs>
          <w:tab w:val="left" w:pos="1560"/>
          <w:tab w:val="left" w:pos="1920"/>
        </w:tabs>
        <w:autoSpaceDE w:val="0"/>
        <w:autoSpaceDN w:val="0"/>
        <w:spacing w:before="224" w:after="330" w:line="408" w:lineRule="exact"/>
        <w:ind w:left="1200" w:right="1152"/>
      </w:pPr>
      <w:r>
        <w:tab/>
      </w:r>
      <w:r>
        <w:rPr>
          <w:rFonts w:ascii="Arial" w:eastAsia="Arial" w:hAnsi="Arial"/>
          <w:b/>
          <w:color w:val="333333"/>
          <w:spacing w:val="-10"/>
          <w:sz w:val="24"/>
        </w:rPr>
        <w:t xml:space="preserve">7. Permainan Tambahan untuk Sesi Penutup Harian </w:t>
      </w:r>
      <w:r>
        <w:br/>
      </w:r>
      <w:r>
        <w:tab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Permainan berikut dapat digunakan pada sesi refleksi/penutup harian agar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murid pulang dengan kesan menyenangkan.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200"/>
        <w:gridCol w:w="4364"/>
        <w:gridCol w:w="2796"/>
      </w:tblGrid>
      <w:tr w:rsidR="00F925E9" w14:paraId="401E6F29" w14:textId="77777777">
        <w:trPr>
          <w:trHeight w:hRule="exact" w:val="584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919AFF7" w14:textId="77777777" w:rsidR="00F925E9" w:rsidRDefault="00000000">
            <w:pPr>
              <w:autoSpaceDE w:val="0"/>
              <w:autoSpaceDN w:val="0"/>
              <w:spacing w:before="110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Nama Aktivitas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98077C2" w14:textId="77777777" w:rsidR="00F925E9" w:rsidRDefault="00000000">
            <w:pPr>
              <w:autoSpaceDE w:val="0"/>
              <w:autoSpaceDN w:val="0"/>
              <w:spacing w:before="106" w:after="0" w:line="17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Pelaksanaan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07F564C" w14:textId="77777777" w:rsidR="00F925E9" w:rsidRDefault="00000000">
            <w:pPr>
              <w:autoSpaceDE w:val="0"/>
              <w:autoSpaceDN w:val="0"/>
              <w:spacing w:before="106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Jenjang Sesuai</w:t>
            </w:r>
          </w:p>
        </w:tc>
      </w:tr>
      <w:tr w:rsidR="00F925E9" w14:paraId="4BBC36C6" w14:textId="77777777">
        <w:trPr>
          <w:trHeight w:hRule="exact" w:val="1376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A9B51A8" w14:textId="77777777" w:rsidR="00F925E9" w:rsidRDefault="00000000">
            <w:pPr>
              <w:autoSpaceDE w:val="0"/>
              <w:autoSpaceDN w:val="0"/>
              <w:spacing w:before="314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Satu Kata</w:t>
            </w:r>
          </w:p>
          <w:p w14:paraId="63988B19" w14:textId="77777777" w:rsidR="00F925E9" w:rsidRDefault="00000000">
            <w:pPr>
              <w:autoSpaceDE w:val="0"/>
              <w:autoSpaceDN w:val="0"/>
              <w:spacing w:before="238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Kebaikan Hari Ini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E1D1B97" w14:textId="77777777" w:rsidR="00F925E9" w:rsidRDefault="00000000">
            <w:pPr>
              <w:autoSpaceDE w:val="0"/>
              <w:autoSpaceDN w:val="0"/>
              <w:spacing w:before="108" w:after="13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Setiap murid menyebutkan satu kata</w:t>
            </w: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00"/>
              <w:gridCol w:w="1560"/>
            </w:tblGrid>
            <w:tr w:rsidR="00F925E9" w14:paraId="01474D37" w14:textId="77777777">
              <w:trPr>
                <w:trHeight w:hRule="exact" w:val="342"/>
              </w:trPr>
              <w:tc>
                <w:tcPr>
                  <w:tcW w:w="680" w:type="dxa"/>
                  <w:tcMar>
                    <w:left w:w="0" w:type="dxa"/>
                    <w:right w:w="0" w:type="dxa"/>
                  </w:tcMar>
                </w:tcPr>
                <w:p w14:paraId="6DB86411" w14:textId="77777777" w:rsidR="00F925E9" w:rsidRDefault="00000000">
                  <w:pPr>
                    <w:autoSpaceDE w:val="0"/>
                    <w:autoSpaceDN w:val="0"/>
                    <w:spacing w:before="104" w:after="0" w:line="17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yang</w:t>
                  </w:r>
                </w:p>
              </w:tc>
              <w:tc>
                <w:tcPr>
                  <w:tcW w:w="2000" w:type="dxa"/>
                  <w:tcMar>
                    <w:left w:w="0" w:type="dxa"/>
                    <w:right w:w="0" w:type="dxa"/>
                  </w:tcMar>
                </w:tcPr>
                <w:p w14:paraId="55E3D5E3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menggambarkan</w:t>
                  </w:r>
                </w:p>
              </w:tc>
              <w:tc>
                <w:tcPr>
                  <w:tcW w:w="1560" w:type="dxa"/>
                  <w:tcMar>
                    <w:left w:w="0" w:type="dxa"/>
                    <w:right w:w="0" w:type="dxa"/>
                  </w:tcMar>
                </w:tcPr>
                <w:p w14:paraId="20914D18" w14:textId="77777777" w:rsidR="00F925E9" w:rsidRDefault="00000000">
                  <w:pPr>
                    <w:autoSpaceDE w:val="0"/>
                    <w:autoSpaceDN w:val="0"/>
                    <w:spacing w:before="104" w:after="0" w:line="17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perasaannya</w:t>
                  </w:r>
                </w:p>
              </w:tc>
            </w:tr>
          </w:tbl>
          <w:p w14:paraId="2769F300" w14:textId="77777777" w:rsidR="00F925E9" w:rsidRDefault="00000000">
            <w:pPr>
              <w:autoSpaceDE w:val="0"/>
              <w:autoSpaceDN w:val="0"/>
              <w:spacing w:before="13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hari itu secara bergiliran.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69C0D70" w14:textId="77777777" w:rsidR="00F925E9" w:rsidRDefault="00000000">
            <w:pPr>
              <w:autoSpaceDE w:val="0"/>
              <w:autoSpaceDN w:val="0"/>
              <w:spacing w:before="522" w:after="0" w:line="224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Semua jenjang</w:t>
            </w:r>
          </w:p>
        </w:tc>
      </w:tr>
      <w:tr w:rsidR="00F925E9" w14:paraId="381B608C" w14:textId="77777777">
        <w:trPr>
          <w:trHeight w:hRule="exact" w:val="2277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E8E2B27" w14:textId="77777777" w:rsidR="00F925E9" w:rsidRDefault="00000000">
            <w:pPr>
              <w:autoSpaceDE w:val="0"/>
              <w:autoSpaceDN w:val="0"/>
              <w:spacing w:before="97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Bintang Hari Ini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F1A3175" w14:textId="77777777" w:rsidR="00F925E9" w:rsidRDefault="00F925E9">
            <w:pPr>
              <w:autoSpaceDE w:val="0"/>
              <w:autoSpaceDN w:val="0"/>
              <w:spacing w:after="0" w:line="84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640"/>
              <w:gridCol w:w="1280"/>
              <w:gridCol w:w="1180"/>
              <w:gridCol w:w="1140"/>
            </w:tblGrid>
            <w:tr w:rsidR="00F925E9" w14:paraId="60B2B472" w14:textId="77777777">
              <w:trPr>
                <w:trHeight w:hRule="exact" w:val="340"/>
              </w:trPr>
              <w:tc>
                <w:tcPr>
                  <w:tcW w:w="640" w:type="dxa"/>
                  <w:tcMar>
                    <w:left w:w="0" w:type="dxa"/>
                    <w:right w:w="0" w:type="dxa"/>
                  </w:tcMar>
                </w:tcPr>
                <w:p w14:paraId="2AE861D9" w14:textId="77777777" w:rsidR="00F925E9" w:rsidRDefault="00000000">
                  <w:pPr>
                    <w:autoSpaceDE w:val="0"/>
                    <w:autoSpaceDN w:val="0"/>
                    <w:spacing w:before="60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Wali</w:t>
                  </w:r>
                </w:p>
              </w:tc>
              <w:tc>
                <w:tcPr>
                  <w:tcW w:w="1280" w:type="dxa"/>
                  <w:tcMar>
                    <w:left w:w="0" w:type="dxa"/>
                    <w:right w:w="0" w:type="dxa"/>
                  </w:tcMar>
                </w:tcPr>
                <w:p w14:paraId="2FFE7D8D" w14:textId="77777777" w:rsidR="00F925E9" w:rsidRDefault="00000000">
                  <w:pPr>
                    <w:autoSpaceDE w:val="0"/>
                    <w:autoSpaceDN w:val="0"/>
                    <w:spacing w:before="60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kelompok</w:t>
                  </w:r>
                </w:p>
              </w:tc>
              <w:tc>
                <w:tcPr>
                  <w:tcW w:w="1180" w:type="dxa"/>
                  <w:tcMar>
                    <w:left w:w="0" w:type="dxa"/>
                    <w:right w:w="0" w:type="dxa"/>
                  </w:tcMar>
                </w:tcPr>
                <w:p w14:paraId="51235B25" w14:textId="77777777" w:rsidR="00F925E9" w:rsidRDefault="00000000">
                  <w:pPr>
                    <w:autoSpaceDE w:val="0"/>
                    <w:autoSpaceDN w:val="0"/>
                    <w:spacing w:before="60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memberi</w:t>
                  </w:r>
                </w:p>
              </w:tc>
              <w:tc>
                <w:tcPr>
                  <w:tcW w:w="1140" w:type="dxa"/>
                  <w:tcMar>
                    <w:left w:w="0" w:type="dxa"/>
                    <w:right w:w="0" w:type="dxa"/>
                  </w:tcMar>
                </w:tcPr>
                <w:p w14:paraId="546C7AE0" w14:textId="77777777" w:rsidR="00F925E9" w:rsidRDefault="00000000">
                  <w:pPr>
                    <w:autoSpaceDE w:val="0"/>
                    <w:autoSpaceDN w:val="0"/>
                    <w:spacing w:before="60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apresiasi</w:t>
                  </w:r>
                </w:p>
              </w:tc>
            </w:tr>
          </w:tbl>
          <w:p w14:paraId="42C167C9" w14:textId="77777777" w:rsidR="00F925E9" w:rsidRDefault="00000000">
            <w:pPr>
              <w:autoSpaceDE w:val="0"/>
              <w:autoSpaceDN w:val="0"/>
              <w:spacing w:before="13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kepada satu/dua murid atas sikap baik</w:t>
            </w:r>
          </w:p>
          <w:p w14:paraId="10B752DA" w14:textId="77777777" w:rsidR="00F925E9" w:rsidRDefault="00000000">
            <w:pPr>
              <w:autoSpaceDE w:val="0"/>
              <w:autoSpaceDN w:val="0"/>
              <w:spacing w:before="19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 ditunjukkan hari itu, dilakukan</w:t>
            </w:r>
          </w:p>
          <w:p w14:paraId="63F23DF3" w14:textId="77777777" w:rsidR="00F925E9" w:rsidRDefault="00000000">
            <w:pPr>
              <w:autoSpaceDE w:val="0"/>
              <w:autoSpaceDN w:val="0"/>
              <w:spacing w:before="19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bergilir agar semua murid mendapat</w:t>
            </w:r>
          </w:p>
          <w:p w14:paraId="5F3F7B6D" w14:textId="77777777" w:rsidR="00F925E9" w:rsidRDefault="00000000">
            <w:pPr>
              <w:autoSpaceDE w:val="0"/>
              <w:autoSpaceDN w:val="0"/>
              <w:spacing w:before="19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giliran selama lima hari.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16EF0DF" w14:textId="77777777" w:rsidR="00F925E9" w:rsidRDefault="00000000">
            <w:pPr>
              <w:autoSpaceDE w:val="0"/>
              <w:autoSpaceDN w:val="0"/>
              <w:spacing w:before="972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RA, MI</w:t>
            </w:r>
          </w:p>
        </w:tc>
      </w:tr>
      <w:tr w:rsidR="00F925E9" w14:paraId="2E86C4F5" w14:textId="77777777">
        <w:trPr>
          <w:trHeight w:hRule="exact" w:val="1375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D53A3EB" w14:textId="77777777" w:rsidR="00F925E9" w:rsidRDefault="00000000">
            <w:pPr>
              <w:autoSpaceDE w:val="0"/>
              <w:autoSpaceDN w:val="0"/>
              <w:spacing w:before="52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Yel-Yel Pulang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CC425AB" w14:textId="77777777" w:rsidR="00F925E9" w:rsidRDefault="00000000">
            <w:pPr>
              <w:autoSpaceDE w:val="0"/>
              <w:autoSpaceDN w:val="0"/>
              <w:spacing w:before="108" w:after="136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 menyanyikan yel-yel ciptaan</w:t>
            </w: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000"/>
              <w:gridCol w:w="1020"/>
              <w:gridCol w:w="1140"/>
              <w:gridCol w:w="1080"/>
            </w:tblGrid>
            <w:tr w:rsidR="00F925E9" w14:paraId="4EAADAFF" w14:textId="77777777">
              <w:trPr>
                <w:trHeight w:hRule="exact" w:val="342"/>
              </w:trPr>
              <w:tc>
                <w:tcPr>
                  <w:tcW w:w="1000" w:type="dxa"/>
                  <w:tcMar>
                    <w:left w:w="0" w:type="dxa"/>
                    <w:right w:w="0" w:type="dxa"/>
                  </w:tcMar>
                </w:tcPr>
                <w:p w14:paraId="6BE5ECE8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mereka</w:t>
                  </w:r>
                </w:p>
              </w:tc>
              <w:tc>
                <w:tcPr>
                  <w:tcW w:w="1020" w:type="dxa"/>
                  <w:tcMar>
                    <w:left w:w="0" w:type="dxa"/>
                    <w:right w:w="0" w:type="dxa"/>
                  </w:tcMar>
                </w:tcPr>
                <w:p w14:paraId="6EBE6DAD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sendiri</w:t>
                  </w:r>
                </w:p>
              </w:tc>
              <w:tc>
                <w:tcPr>
                  <w:tcW w:w="1140" w:type="dxa"/>
                  <w:tcMar>
                    <w:left w:w="0" w:type="dxa"/>
                    <w:right w:w="0" w:type="dxa"/>
                  </w:tcMar>
                </w:tcPr>
                <w:p w14:paraId="1A82672F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sebagai</w:t>
                  </w:r>
                </w:p>
              </w:tc>
              <w:tc>
                <w:tcPr>
                  <w:tcW w:w="1080" w:type="dxa"/>
                  <w:tcMar>
                    <w:left w:w="0" w:type="dxa"/>
                    <w:right w:w="0" w:type="dxa"/>
                  </w:tcMar>
                </w:tcPr>
                <w:p w14:paraId="17BD27C1" w14:textId="77777777" w:rsidR="00F925E9" w:rsidRDefault="00000000">
                  <w:pPr>
                    <w:autoSpaceDE w:val="0"/>
                    <w:autoSpaceDN w:val="0"/>
                    <w:spacing w:before="62" w:after="0" w:line="216" w:lineRule="exact"/>
                    <w:ind w:left="156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penutup</w:t>
                  </w:r>
                </w:p>
              </w:tc>
            </w:tr>
          </w:tbl>
          <w:p w14:paraId="0BA05835" w14:textId="77777777" w:rsidR="00F925E9" w:rsidRDefault="00000000">
            <w:pPr>
              <w:autoSpaceDE w:val="0"/>
              <w:autoSpaceDN w:val="0"/>
              <w:spacing w:before="13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sebelum pulang.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164AE7D" w14:textId="77777777" w:rsidR="00F925E9" w:rsidRDefault="00000000">
            <w:pPr>
              <w:autoSpaceDE w:val="0"/>
              <w:autoSpaceDN w:val="0"/>
              <w:spacing w:before="526" w:after="0" w:line="204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MI, MTs</w:t>
            </w:r>
          </w:p>
        </w:tc>
      </w:tr>
      <w:tr w:rsidR="00F925E9" w14:paraId="53A3DE25" w14:textId="77777777">
        <w:trPr>
          <w:trHeight w:hRule="exact" w:val="1832"/>
        </w:trPr>
        <w:tc>
          <w:tcPr>
            <w:tcW w:w="220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33EB2CA" w14:textId="77777777" w:rsidR="00F925E9" w:rsidRDefault="00000000">
            <w:pPr>
              <w:autoSpaceDE w:val="0"/>
              <w:autoSpaceDN w:val="0"/>
              <w:spacing w:before="764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Refleksi Tiga Jari</w:t>
            </w:r>
          </w:p>
        </w:tc>
        <w:tc>
          <w:tcPr>
            <w:tcW w:w="4364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75DA350" w14:textId="77777777" w:rsidR="00F925E9" w:rsidRDefault="00000000">
            <w:pPr>
              <w:autoSpaceDE w:val="0"/>
              <w:autoSpaceDN w:val="0"/>
              <w:spacing w:before="140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 mengangkat jumlah jari (1–3)</w:t>
            </w:r>
          </w:p>
          <w:p w14:paraId="7E4EE2D1" w14:textId="77777777" w:rsidR="00F925E9" w:rsidRDefault="00000000">
            <w:pPr>
              <w:autoSpaceDE w:val="0"/>
              <w:autoSpaceDN w:val="0"/>
              <w:spacing w:before="19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 menunjukkan tingkat kepuasan</w:t>
            </w:r>
          </w:p>
          <w:p w14:paraId="336069F5" w14:textId="77777777" w:rsidR="00F925E9" w:rsidRDefault="00000000">
            <w:pPr>
              <w:autoSpaceDE w:val="0"/>
              <w:autoSpaceDN w:val="0"/>
              <w:spacing w:before="19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terhadap kegiatan hari itu, dilanjutkan</w:t>
            </w:r>
          </w:p>
          <w:p w14:paraId="14CDA390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diskusi singkat.</w:t>
            </w:r>
          </w:p>
        </w:tc>
        <w:tc>
          <w:tcPr>
            <w:tcW w:w="2796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00890B3" w14:textId="77777777" w:rsidR="00F925E9" w:rsidRDefault="00000000">
            <w:pPr>
              <w:autoSpaceDE w:val="0"/>
              <w:autoSpaceDN w:val="0"/>
              <w:spacing w:before="766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MTs, MA</w:t>
            </w:r>
          </w:p>
        </w:tc>
      </w:tr>
    </w:tbl>
    <w:p w14:paraId="508E1758" w14:textId="77777777" w:rsidR="00F925E9" w:rsidRDefault="00000000">
      <w:pPr>
        <w:autoSpaceDE w:val="0"/>
        <w:autoSpaceDN w:val="0"/>
        <w:spacing w:before="436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27</w:t>
      </w:r>
    </w:p>
    <w:p w14:paraId="76226601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20B028CE" w14:textId="77777777" w:rsidR="00F925E9" w:rsidRDefault="00F925E9">
      <w:pPr>
        <w:autoSpaceDE w:val="0"/>
        <w:autoSpaceDN w:val="0"/>
        <w:spacing w:after="0" w:line="220" w:lineRule="exact"/>
      </w:pPr>
    </w:p>
    <w:p w14:paraId="211A24CE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302AEA2" w14:textId="77777777" w:rsidR="00F925E9" w:rsidRDefault="00000000">
      <w:pPr>
        <w:autoSpaceDE w:val="0"/>
        <w:autoSpaceDN w:val="0"/>
        <w:spacing w:after="618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200"/>
        <w:gridCol w:w="4364"/>
        <w:gridCol w:w="2796"/>
      </w:tblGrid>
      <w:tr w:rsidR="00F925E9" w14:paraId="7B982043" w14:textId="77777777">
        <w:trPr>
          <w:trHeight w:hRule="exact" w:val="585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8F22E62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Nama Aktivitas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DEA1B8E" w14:textId="77777777" w:rsidR="00F925E9" w:rsidRDefault="00000000">
            <w:pPr>
              <w:autoSpaceDE w:val="0"/>
              <w:autoSpaceDN w:val="0"/>
              <w:spacing w:before="108" w:after="0" w:line="17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Cara Pelaksanaan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92FD8AC" w14:textId="77777777" w:rsidR="00F925E9" w:rsidRDefault="00000000">
            <w:pPr>
              <w:autoSpaceDE w:val="0"/>
              <w:autoSpaceDN w:val="0"/>
              <w:spacing w:before="108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Jenjang Sesuai</w:t>
            </w:r>
          </w:p>
        </w:tc>
      </w:tr>
      <w:tr w:rsidR="00F925E9" w14:paraId="0279E5DF" w14:textId="77777777">
        <w:trPr>
          <w:trHeight w:hRule="exact" w:val="1367"/>
        </w:trPr>
        <w:tc>
          <w:tcPr>
            <w:tcW w:w="2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61AAC1E" w14:textId="77777777" w:rsidR="00F925E9" w:rsidRDefault="00000000">
            <w:pPr>
              <w:autoSpaceDE w:val="0"/>
              <w:autoSpaceDN w:val="0"/>
              <w:spacing w:before="318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Pesan untuk Esok</w:t>
            </w:r>
          </w:p>
          <w:p w14:paraId="1849C574" w14:textId="77777777" w:rsidR="00F925E9" w:rsidRDefault="00000000">
            <w:pPr>
              <w:autoSpaceDE w:val="0"/>
              <w:autoSpaceDN w:val="0"/>
              <w:spacing w:before="23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Hari</w:t>
            </w:r>
          </w:p>
        </w:tc>
        <w:tc>
          <w:tcPr>
            <w:tcW w:w="436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128C2B6" w14:textId="77777777" w:rsidR="00F925E9" w:rsidRDefault="00000000">
            <w:pPr>
              <w:autoSpaceDE w:val="0"/>
              <w:autoSpaceDN w:val="0"/>
              <w:spacing w:before="102" w:after="136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 menuliskan/menyampaikan satu</w:t>
            </w: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060"/>
              <w:gridCol w:w="820"/>
              <w:gridCol w:w="1140"/>
              <w:gridCol w:w="1220"/>
            </w:tblGrid>
            <w:tr w:rsidR="00F925E9" w14:paraId="158A3F32" w14:textId="77777777">
              <w:trPr>
                <w:trHeight w:hRule="exact" w:val="342"/>
              </w:trPr>
              <w:tc>
                <w:tcPr>
                  <w:tcW w:w="1060" w:type="dxa"/>
                  <w:tcMar>
                    <w:left w:w="0" w:type="dxa"/>
                    <w:right w:w="0" w:type="dxa"/>
                  </w:tcMar>
                </w:tcPr>
                <w:p w14:paraId="73C2BC92" w14:textId="77777777" w:rsidR="00F925E9" w:rsidRDefault="00000000">
                  <w:pPr>
                    <w:autoSpaceDE w:val="0"/>
                    <w:autoSpaceDN w:val="0"/>
                    <w:spacing w:before="60" w:after="0" w:line="21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harapan</w:t>
                  </w:r>
                </w:p>
              </w:tc>
              <w:tc>
                <w:tcPr>
                  <w:tcW w:w="820" w:type="dxa"/>
                  <w:tcMar>
                    <w:left w:w="0" w:type="dxa"/>
                    <w:right w:w="0" w:type="dxa"/>
                  </w:tcMar>
                </w:tcPr>
                <w:p w14:paraId="10C921EE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untuk</w:t>
                  </w:r>
                </w:p>
              </w:tc>
              <w:tc>
                <w:tcPr>
                  <w:tcW w:w="1140" w:type="dxa"/>
                  <w:tcMar>
                    <w:left w:w="0" w:type="dxa"/>
                    <w:right w:w="0" w:type="dxa"/>
                  </w:tcMar>
                </w:tcPr>
                <w:p w14:paraId="0F2768BA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kegiatan</w:t>
                  </w:r>
                </w:p>
              </w:tc>
              <w:tc>
                <w:tcPr>
                  <w:tcW w:w="1220" w:type="dxa"/>
                  <w:tcMar>
                    <w:left w:w="0" w:type="dxa"/>
                    <w:right w:w="0" w:type="dxa"/>
                  </w:tcMar>
                </w:tcPr>
                <w:p w14:paraId="75E9630F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ind w:left="136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keesokan</w:t>
                  </w:r>
                </w:p>
              </w:tc>
            </w:tr>
          </w:tbl>
          <w:p w14:paraId="73A727AB" w14:textId="77777777" w:rsidR="00F925E9" w:rsidRDefault="00000000">
            <w:pPr>
              <w:autoSpaceDE w:val="0"/>
              <w:autoSpaceDN w:val="0"/>
              <w:spacing w:before="13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harinya di selembar kertas kecil.</w:t>
            </w:r>
          </w:p>
        </w:tc>
        <w:tc>
          <w:tcPr>
            <w:tcW w:w="279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EA9C866" w14:textId="77777777" w:rsidR="00F925E9" w:rsidRDefault="00000000">
            <w:pPr>
              <w:autoSpaceDE w:val="0"/>
              <w:autoSpaceDN w:val="0"/>
              <w:spacing w:before="524" w:after="0" w:line="206" w:lineRule="exact"/>
              <w:ind w:left="11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MI, MTs, MA</w:t>
            </w:r>
          </w:p>
        </w:tc>
      </w:tr>
    </w:tbl>
    <w:p w14:paraId="19745662" w14:textId="77777777" w:rsidR="00F925E9" w:rsidRDefault="00000000">
      <w:pPr>
        <w:autoSpaceDE w:val="0"/>
        <w:autoSpaceDN w:val="0"/>
        <w:spacing w:before="786" w:after="0" w:line="226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E. Organisasi dan Peran Panitia</w:t>
      </w:r>
    </w:p>
    <w:p w14:paraId="1F22B430" w14:textId="77777777" w:rsidR="00F925E9" w:rsidRDefault="00000000">
      <w:pPr>
        <w:autoSpaceDE w:val="0"/>
        <w:autoSpaceDN w:val="0"/>
        <w:spacing w:before="272" w:after="0" w:line="174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1. Pembentukan dan Dasar Hukum Panitia</w:t>
      </w:r>
    </w:p>
    <w:p w14:paraId="116763F7" w14:textId="77777777" w:rsidR="00F925E9" w:rsidRDefault="00000000">
      <w:pPr>
        <w:autoSpaceDE w:val="0"/>
        <w:autoSpaceDN w:val="0"/>
        <w:spacing w:before="216" w:after="0" w:line="226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Sesuai Petunjuk Teknis, panitia Matamuda dibentuk melalui Surat</w:t>
      </w:r>
    </w:p>
    <w:p w14:paraId="4672BBFE" w14:textId="77777777" w:rsidR="00F925E9" w:rsidRDefault="00000000">
      <w:pPr>
        <w:autoSpaceDE w:val="0"/>
        <w:autoSpaceDN w:val="0"/>
        <w:spacing w:before="196" w:after="0" w:line="218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Keputusan Kepala Madrasah dan dapat terdiri atas Kepala Madrasah,</w:t>
      </w:r>
    </w:p>
    <w:p w14:paraId="3AA2E121" w14:textId="77777777" w:rsidR="00F925E9" w:rsidRDefault="00000000">
      <w:pPr>
        <w:autoSpaceDE w:val="0"/>
        <w:autoSpaceDN w:val="0"/>
        <w:spacing w:before="194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guru, dan tenaga kependidikan sesuai dengan kebutuhan pelaksanaan</w:t>
      </w:r>
    </w:p>
    <w:p w14:paraId="15A3915F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kegiatan. Dalam hal keterbatasan sumber daya manusia, madrasah dapat</w:t>
      </w:r>
    </w:p>
    <w:p w14:paraId="3F0CAFF2" w14:textId="77777777" w:rsidR="00F925E9" w:rsidRDefault="00000000">
      <w:pPr>
        <w:autoSpaceDE w:val="0"/>
        <w:autoSpaceDN w:val="0"/>
        <w:spacing w:before="1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melibatkan murid dengan ketentuan sebagaimana diatur dalam Petunjuk</w:t>
      </w:r>
    </w:p>
    <w:p w14:paraId="64C6A6DC" w14:textId="77777777" w:rsidR="00F925E9" w:rsidRDefault="00000000">
      <w:pPr>
        <w:autoSpaceDE w:val="0"/>
        <w:autoSpaceDN w:val="0"/>
        <w:spacing w:before="196" w:after="0" w:line="174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Teknis.</w:t>
      </w:r>
    </w:p>
    <w:p w14:paraId="33FC3EDB" w14:textId="77777777" w:rsidR="00F925E9" w:rsidRDefault="00000000">
      <w:pPr>
        <w:autoSpaceDE w:val="0"/>
        <w:autoSpaceDN w:val="0"/>
        <w:spacing w:before="456" w:after="0" w:line="224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2. Susunan Panitia yang Disarankan</w:t>
      </w:r>
    </w:p>
    <w:p w14:paraId="6F0437D7" w14:textId="77777777" w:rsidR="00F925E9" w:rsidRDefault="00000000">
      <w:pPr>
        <w:autoSpaceDE w:val="0"/>
        <w:autoSpaceDN w:val="0"/>
        <w:spacing w:before="172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Untuk mendukung penekanan pada kegiatan yang menyenangkan</w:t>
      </w:r>
    </w:p>
    <w:p w14:paraId="0FDF1C9C" w14:textId="77777777" w:rsidR="00F925E9" w:rsidRDefault="00000000">
      <w:pPr>
        <w:autoSpaceDE w:val="0"/>
        <w:autoSpaceDN w:val="0"/>
        <w:spacing w:before="192" w:after="136" w:line="218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dan pemetaan talenta, susunan panitia disarankan memuat unsur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2420"/>
        <w:gridCol w:w="980"/>
        <w:gridCol w:w="380"/>
        <w:gridCol w:w="1100"/>
        <w:gridCol w:w="800"/>
        <w:gridCol w:w="500"/>
        <w:gridCol w:w="980"/>
        <w:gridCol w:w="1340"/>
        <w:gridCol w:w="1100"/>
      </w:tblGrid>
      <w:tr w:rsidR="00F925E9" w14:paraId="5D245439" w14:textId="77777777">
        <w:trPr>
          <w:trHeight w:hRule="exact" w:val="344"/>
        </w:trPr>
        <w:tc>
          <w:tcPr>
            <w:tcW w:w="2420" w:type="dxa"/>
            <w:tcMar>
              <w:left w:w="0" w:type="dxa"/>
              <w:right w:w="0" w:type="dxa"/>
            </w:tcMar>
          </w:tcPr>
          <w:p w14:paraId="7D59368E" w14:textId="77777777" w:rsidR="00F925E9" w:rsidRDefault="00000000">
            <w:pPr>
              <w:autoSpaceDE w:val="0"/>
              <w:autoSpaceDN w:val="0"/>
              <w:spacing w:before="62" w:after="0" w:line="176" w:lineRule="exact"/>
              <w:ind w:right="9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tambahan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</w:tcPr>
          <w:p w14:paraId="628ED407" w14:textId="77777777" w:rsidR="00F925E9" w:rsidRDefault="00000000">
            <w:pPr>
              <w:autoSpaceDE w:val="0"/>
              <w:autoSpaceDN w:val="0"/>
              <w:spacing w:before="62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berikut,</w:t>
            </w:r>
          </w:p>
        </w:tc>
        <w:tc>
          <w:tcPr>
            <w:tcW w:w="380" w:type="dxa"/>
            <w:tcMar>
              <w:left w:w="0" w:type="dxa"/>
              <w:right w:w="0" w:type="dxa"/>
            </w:tcMar>
          </w:tcPr>
          <w:p w14:paraId="1C6906DB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14:paraId="0438D222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samping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12E21C46" w14:textId="77777777" w:rsidR="00F925E9" w:rsidRDefault="00000000">
            <w:pPr>
              <w:autoSpaceDE w:val="0"/>
              <w:autoSpaceDN w:val="0"/>
              <w:spacing w:before="108" w:after="0" w:line="13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unsur</w:t>
            </w:r>
          </w:p>
        </w:tc>
        <w:tc>
          <w:tcPr>
            <w:tcW w:w="500" w:type="dxa"/>
            <w:tcMar>
              <w:left w:w="0" w:type="dxa"/>
              <w:right w:w="0" w:type="dxa"/>
            </w:tcMar>
          </w:tcPr>
          <w:p w14:paraId="07636C92" w14:textId="77777777" w:rsidR="00F925E9" w:rsidRDefault="00000000">
            <w:pPr>
              <w:autoSpaceDE w:val="0"/>
              <w:autoSpaceDN w:val="0"/>
              <w:spacing w:before="62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inti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</w:tcPr>
          <w:p w14:paraId="0C48C6ED" w14:textId="77777777" w:rsidR="00F925E9" w:rsidRDefault="00000000">
            <w:pPr>
              <w:autoSpaceDE w:val="0"/>
              <w:autoSpaceDN w:val="0"/>
              <w:spacing w:before="60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(Ketua,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5F043A2D" w14:textId="77777777" w:rsidR="00F925E9" w:rsidRDefault="00000000">
            <w:pPr>
              <w:autoSpaceDE w:val="0"/>
              <w:autoSpaceDN w:val="0"/>
              <w:spacing w:before="60" w:after="0" w:line="20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Sekretaris,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14:paraId="4038C683" w14:textId="77777777" w:rsidR="00F925E9" w:rsidRDefault="00000000">
            <w:pPr>
              <w:autoSpaceDE w:val="0"/>
              <w:autoSpaceDN w:val="0"/>
              <w:spacing w:before="62" w:after="0" w:line="176" w:lineRule="exact"/>
              <w:ind w:left="10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</w:tr>
    </w:tbl>
    <w:p w14:paraId="55BFF73B" w14:textId="77777777" w:rsidR="00F925E9" w:rsidRDefault="00000000">
      <w:pPr>
        <w:autoSpaceDE w:val="0"/>
        <w:autoSpaceDN w:val="0"/>
        <w:spacing w:before="128" w:after="334" w:line="226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Bendahara):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400"/>
        <w:gridCol w:w="6960"/>
      </w:tblGrid>
      <w:tr w:rsidR="00F925E9" w14:paraId="326B8E14" w14:textId="77777777">
        <w:trPr>
          <w:trHeight w:hRule="exact" w:val="577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07C7B2F" w14:textId="77777777" w:rsidR="00F925E9" w:rsidRDefault="00000000">
            <w:pPr>
              <w:autoSpaceDE w:val="0"/>
              <w:autoSpaceDN w:val="0"/>
              <w:spacing w:before="106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Peran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28E915F" w14:textId="77777777" w:rsidR="00F925E9" w:rsidRDefault="00000000">
            <w:pPr>
              <w:autoSpaceDE w:val="0"/>
              <w:autoSpaceDN w:val="0"/>
              <w:spacing w:before="106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Uraian Tugas</w:t>
            </w:r>
          </w:p>
        </w:tc>
      </w:tr>
      <w:tr w:rsidR="00F925E9" w14:paraId="07EA1A0F" w14:textId="77777777">
        <w:trPr>
          <w:trHeight w:hRule="exact" w:val="1375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3366152" w14:textId="77777777" w:rsidR="00F925E9" w:rsidRDefault="00000000">
            <w:pPr>
              <w:autoSpaceDE w:val="0"/>
              <w:autoSpaceDN w:val="0"/>
              <w:spacing w:before="52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Ketua Panitia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8405F48" w14:textId="77777777" w:rsidR="00F925E9" w:rsidRDefault="00F925E9">
            <w:pPr>
              <w:autoSpaceDE w:val="0"/>
              <w:autoSpaceDN w:val="0"/>
              <w:spacing w:after="0" w:line="5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2160"/>
              <w:gridCol w:w="1060"/>
              <w:gridCol w:w="1320"/>
              <w:gridCol w:w="1260"/>
              <w:gridCol w:w="1040"/>
            </w:tblGrid>
            <w:tr w:rsidR="00F925E9" w14:paraId="50CEC530" w14:textId="77777777">
              <w:trPr>
                <w:trHeight w:hRule="exact" w:val="340"/>
              </w:trPr>
              <w:tc>
                <w:tcPr>
                  <w:tcW w:w="2160" w:type="dxa"/>
                  <w:tcMar>
                    <w:left w:w="0" w:type="dxa"/>
                    <w:right w:w="0" w:type="dxa"/>
                  </w:tcMar>
                </w:tcPr>
                <w:p w14:paraId="1894147E" w14:textId="77777777" w:rsidR="00F925E9" w:rsidRDefault="00000000">
                  <w:pPr>
                    <w:autoSpaceDE w:val="0"/>
                    <w:autoSpaceDN w:val="0"/>
                    <w:spacing w:before="58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Mengoordinasikan</w:t>
                  </w:r>
                </w:p>
              </w:tc>
              <w:tc>
                <w:tcPr>
                  <w:tcW w:w="1060" w:type="dxa"/>
                  <w:tcMar>
                    <w:left w:w="0" w:type="dxa"/>
                    <w:right w:w="0" w:type="dxa"/>
                  </w:tcMar>
                </w:tcPr>
                <w:p w14:paraId="03E2D642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seluruh</w:t>
                  </w:r>
                </w:p>
              </w:tc>
              <w:tc>
                <w:tcPr>
                  <w:tcW w:w="1320" w:type="dxa"/>
                  <w:tcMar>
                    <w:left w:w="0" w:type="dxa"/>
                    <w:right w:w="0" w:type="dxa"/>
                  </w:tcMar>
                </w:tcPr>
                <w:p w14:paraId="30424319" w14:textId="77777777" w:rsidR="00F925E9" w:rsidRDefault="00000000">
                  <w:pPr>
                    <w:autoSpaceDE w:val="0"/>
                    <w:autoSpaceDN w:val="0"/>
                    <w:spacing w:before="58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rangkaian</w:t>
                  </w:r>
                </w:p>
              </w:tc>
              <w:tc>
                <w:tcPr>
                  <w:tcW w:w="1260" w:type="dxa"/>
                  <w:tcMar>
                    <w:left w:w="0" w:type="dxa"/>
                    <w:right w:w="0" w:type="dxa"/>
                  </w:tcMar>
                </w:tcPr>
                <w:p w14:paraId="7914D47F" w14:textId="77777777" w:rsidR="00F925E9" w:rsidRDefault="00000000">
                  <w:pPr>
                    <w:autoSpaceDE w:val="0"/>
                    <w:autoSpaceDN w:val="0"/>
                    <w:spacing w:before="58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kegiatan,</w:t>
                  </w:r>
                </w:p>
              </w:tc>
              <w:tc>
                <w:tcPr>
                  <w:tcW w:w="1040" w:type="dxa"/>
                  <w:tcMar>
                    <w:left w:w="0" w:type="dxa"/>
                    <w:right w:w="0" w:type="dxa"/>
                  </w:tcMar>
                </w:tcPr>
                <w:p w14:paraId="2F28F1BE" w14:textId="77777777" w:rsidR="00F925E9" w:rsidRDefault="00000000">
                  <w:pPr>
                    <w:autoSpaceDE w:val="0"/>
                    <w:autoSpaceDN w:val="0"/>
                    <w:spacing w:before="58" w:after="0" w:line="222" w:lineRule="exact"/>
                    <w:ind w:left="14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menjadi</w:t>
                  </w:r>
                </w:p>
              </w:tc>
            </w:tr>
          </w:tbl>
          <w:p w14:paraId="276FA100" w14:textId="77777777" w:rsidR="00F925E9" w:rsidRDefault="00F925E9">
            <w:pPr>
              <w:autoSpaceDE w:val="0"/>
              <w:autoSpaceDN w:val="0"/>
              <w:spacing w:after="0" w:line="70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500"/>
              <w:gridCol w:w="1000"/>
              <w:gridCol w:w="940"/>
              <w:gridCol w:w="1340"/>
              <w:gridCol w:w="600"/>
              <w:gridCol w:w="1460"/>
            </w:tblGrid>
            <w:tr w:rsidR="00F925E9" w14:paraId="7B496568" w14:textId="77777777">
              <w:trPr>
                <w:trHeight w:hRule="exact" w:val="342"/>
              </w:trPr>
              <w:tc>
                <w:tcPr>
                  <w:tcW w:w="1500" w:type="dxa"/>
                  <w:tcMar>
                    <w:left w:w="0" w:type="dxa"/>
                    <w:right w:w="0" w:type="dxa"/>
                  </w:tcMar>
                </w:tcPr>
                <w:p w14:paraId="00803952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penghubung</w:t>
                  </w:r>
                </w:p>
              </w:tc>
              <w:tc>
                <w:tcPr>
                  <w:tcW w:w="1000" w:type="dxa"/>
                  <w:tcMar>
                    <w:left w:w="0" w:type="dxa"/>
                    <w:right w:w="0" w:type="dxa"/>
                  </w:tcMar>
                </w:tcPr>
                <w:p w14:paraId="5223BABB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dengan</w:t>
                  </w:r>
                </w:p>
              </w:tc>
              <w:tc>
                <w:tcPr>
                  <w:tcW w:w="940" w:type="dxa"/>
                  <w:tcMar>
                    <w:left w:w="0" w:type="dxa"/>
                    <w:right w:w="0" w:type="dxa"/>
                  </w:tcMar>
                </w:tcPr>
                <w:p w14:paraId="3FBF7DC3" w14:textId="77777777" w:rsidR="00F925E9" w:rsidRDefault="00000000">
                  <w:pPr>
                    <w:autoSpaceDE w:val="0"/>
                    <w:autoSpaceDN w:val="0"/>
                    <w:spacing w:before="60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Kepala</w:t>
                  </w:r>
                </w:p>
              </w:tc>
              <w:tc>
                <w:tcPr>
                  <w:tcW w:w="1340" w:type="dxa"/>
                  <w:tcMar>
                    <w:left w:w="0" w:type="dxa"/>
                    <w:right w:w="0" w:type="dxa"/>
                  </w:tcMar>
                </w:tcPr>
                <w:p w14:paraId="30488160" w14:textId="77777777" w:rsidR="00F925E9" w:rsidRDefault="00000000">
                  <w:pPr>
                    <w:autoSpaceDE w:val="0"/>
                    <w:autoSpaceDN w:val="0"/>
                    <w:spacing w:before="60" w:after="0" w:line="20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Madrasah,</w:t>
                  </w:r>
                </w:p>
              </w:tc>
              <w:tc>
                <w:tcPr>
                  <w:tcW w:w="600" w:type="dxa"/>
                  <w:tcMar>
                    <w:left w:w="0" w:type="dxa"/>
                    <w:right w:w="0" w:type="dxa"/>
                  </w:tcMar>
                </w:tcPr>
                <w:p w14:paraId="68980A0D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1460" w:type="dxa"/>
                  <w:tcMar>
                    <w:left w:w="0" w:type="dxa"/>
                    <w:right w:w="0" w:type="dxa"/>
                  </w:tcMar>
                </w:tcPr>
                <w:p w14:paraId="2BC68E2F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memastikan</w:t>
                  </w:r>
                </w:p>
              </w:tc>
            </w:tr>
          </w:tbl>
          <w:p w14:paraId="49C439CC" w14:textId="77777777" w:rsidR="00F925E9" w:rsidRDefault="00000000">
            <w:pPr>
              <w:autoSpaceDE w:val="0"/>
              <w:autoSpaceDN w:val="0"/>
              <w:spacing w:before="13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kesesuaian pelaksanaan dengan Petunjuk Teknis.</w:t>
            </w:r>
          </w:p>
        </w:tc>
      </w:tr>
      <w:tr w:rsidR="00F925E9" w14:paraId="47CD9423" w14:textId="77777777">
        <w:trPr>
          <w:trHeight w:hRule="exact" w:val="1037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AF667D9" w14:textId="77777777" w:rsidR="00F925E9" w:rsidRDefault="00000000">
            <w:pPr>
              <w:autoSpaceDE w:val="0"/>
              <w:autoSpaceDN w:val="0"/>
              <w:spacing w:before="354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Sekretaris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9FAC4BA" w14:textId="77777777" w:rsidR="00F925E9" w:rsidRDefault="00000000">
            <w:pPr>
              <w:autoSpaceDE w:val="0"/>
              <w:autoSpaceDN w:val="0"/>
              <w:spacing w:before="148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Mengelola administrasi, surat-menyurat, daftar hadir, serta</w:t>
            </w:r>
          </w:p>
          <w:p w14:paraId="4459E5B1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menyusun laporan akhir kegiatan.</w:t>
            </w:r>
          </w:p>
        </w:tc>
      </w:tr>
      <w:tr w:rsidR="00F925E9" w14:paraId="142EEFDA" w14:textId="77777777">
        <w:trPr>
          <w:trHeight w:hRule="exact" w:val="958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4B8DE94" w14:textId="77777777" w:rsidR="00F925E9" w:rsidRDefault="00000000">
            <w:pPr>
              <w:autoSpaceDE w:val="0"/>
              <w:autoSpaceDN w:val="0"/>
              <w:spacing w:before="32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Bendahara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33FA1C4" w14:textId="77777777" w:rsidR="00F925E9" w:rsidRDefault="00000000">
            <w:pPr>
              <w:autoSpaceDE w:val="0"/>
              <w:autoSpaceDN w:val="0"/>
              <w:spacing w:before="11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Mengelola anggaran kegiatan sesuai sumber dana yang sah,</w:t>
            </w:r>
          </w:p>
          <w:p w14:paraId="2B2DB96A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serta menyusun pertanggungjawaban keuangan.</w:t>
            </w:r>
          </w:p>
        </w:tc>
      </w:tr>
      <w:tr w:rsidR="00F925E9" w14:paraId="3E0A3649" w14:textId="77777777">
        <w:trPr>
          <w:trHeight w:hRule="exact" w:val="1009"/>
        </w:trPr>
        <w:tc>
          <w:tcPr>
            <w:tcW w:w="240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7B43797" w14:textId="77777777" w:rsidR="00F925E9" w:rsidRDefault="00000000">
            <w:pPr>
              <w:autoSpaceDE w:val="0"/>
              <w:autoSpaceDN w:val="0"/>
              <w:spacing w:before="36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Materi</w:t>
            </w:r>
          </w:p>
        </w:tc>
        <w:tc>
          <w:tcPr>
            <w:tcW w:w="696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7C57AF1" w14:textId="77777777" w:rsidR="00F925E9" w:rsidRDefault="00000000">
            <w:pPr>
              <w:autoSpaceDE w:val="0"/>
              <w:autoSpaceDN w:val="0"/>
              <w:spacing w:after="0" w:line="39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Menyusun dan memastikan kesesuaian materi dengan Petunjuk Teknis, mengembangkan rancangan aktivitas interaktif.</w:t>
            </w:r>
          </w:p>
        </w:tc>
      </w:tr>
    </w:tbl>
    <w:p w14:paraId="28D153FB" w14:textId="77777777" w:rsidR="00F925E9" w:rsidRDefault="00000000">
      <w:pPr>
        <w:autoSpaceDE w:val="0"/>
        <w:autoSpaceDN w:val="0"/>
        <w:spacing w:before="71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28</w:t>
      </w:r>
    </w:p>
    <w:p w14:paraId="018F8646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7A1EE6D8" w14:textId="77777777" w:rsidR="00F925E9" w:rsidRDefault="00F925E9">
      <w:pPr>
        <w:autoSpaceDE w:val="0"/>
        <w:autoSpaceDN w:val="0"/>
        <w:spacing w:after="0" w:line="220" w:lineRule="exact"/>
      </w:pPr>
    </w:p>
    <w:p w14:paraId="0E8AEE40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2E2BCFC" w14:textId="77777777" w:rsidR="00F925E9" w:rsidRDefault="00000000">
      <w:pPr>
        <w:autoSpaceDE w:val="0"/>
        <w:autoSpaceDN w:val="0"/>
        <w:spacing w:after="616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400"/>
        <w:gridCol w:w="6960"/>
      </w:tblGrid>
      <w:tr w:rsidR="00F925E9" w14:paraId="7792BC18" w14:textId="77777777">
        <w:trPr>
          <w:trHeight w:hRule="exact" w:val="583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F78B7B5" w14:textId="77777777" w:rsidR="00F925E9" w:rsidRDefault="00000000">
            <w:pPr>
              <w:autoSpaceDE w:val="0"/>
              <w:autoSpaceDN w:val="0"/>
              <w:spacing w:before="114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Peran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52C8261" w14:textId="77777777" w:rsidR="00F925E9" w:rsidRDefault="00000000">
            <w:pPr>
              <w:autoSpaceDE w:val="0"/>
              <w:autoSpaceDN w:val="0"/>
              <w:spacing w:before="114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Uraian Tugas</w:t>
            </w:r>
          </w:p>
        </w:tc>
      </w:tr>
      <w:tr w:rsidR="00F925E9" w14:paraId="00D5E2CB" w14:textId="77777777">
        <w:trPr>
          <w:trHeight w:hRule="exact" w:val="961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346E465" w14:textId="77777777" w:rsidR="00F925E9" w:rsidRDefault="00000000">
            <w:pPr>
              <w:autoSpaceDE w:val="0"/>
              <w:autoSpaceDN w:val="0"/>
              <w:spacing w:before="322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Talenta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1B4E44F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Mengoordinasikan instrumen, pengamatan, dan rekapitulasi</w:t>
            </w:r>
          </w:p>
          <w:p w14:paraId="73A7A0EF" w14:textId="77777777" w:rsidR="00F925E9" w:rsidRDefault="00000000">
            <w:pPr>
              <w:autoSpaceDE w:val="0"/>
              <w:autoSpaceDN w:val="0"/>
              <w:spacing w:before="196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Peta Talenta Murid Baru bersama wali kelompok.</w:t>
            </w:r>
          </w:p>
        </w:tc>
      </w:tr>
      <w:tr w:rsidR="00F925E9" w14:paraId="4422E9E2" w14:textId="77777777">
        <w:trPr>
          <w:trHeight w:hRule="exact" w:val="1451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86A43DD" w14:textId="77777777" w:rsidR="00F925E9" w:rsidRDefault="00000000">
            <w:pPr>
              <w:autoSpaceDE w:val="0"/>
              <w:autoSpaceDN w:val="0"/>
              <w:spacing w:before="354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</w:t>
            </w:r>
          </w:p>
          <w:p w14:paraId="0FBA3F05" w14:textId="77777777" w:rsidR="00F925E9" w:rsidRDefault="00000000">
            <w:pPr>
              <w:autoSpaceDE w:val="0"/>
              <w:autoSpaceDN w:val="0"/>
              <w:spacing w:before="240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Acara/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Energizer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710579A" w14:textId="77777777" w:rsidR="00F925E9" w:rsidRDefault="00000000">
            <w:pPr>
              <w:autoSpaceDE w:val="0"/>
              <w:autoSpaceDN w:val="0"/>
              <w:spacing w:before="148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Memastikan suasana tetap menyenangkan, memimpin ice</w:t>
            </w:r>
          </w:p>
          <w:p w14:paraId="48FD9AA8" w14:textId="77777777" w:rsidR="00F925E9" w:rsidRDefault="00000000">
            <w:pPr>
              <w:autoSpaceDE w:val="0"/>
              <w:autoSpaceDN w:val="0"/>
              <w:spacing w:before="6" w:after="0" w:line="41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breaking dan permainan, mengatur jalannya Mars/Himne setiap pagi.</w:t>
            </w:r>
          </w:p>
        </w:tc>
      </w:tr>
      <w:tr w:rsidR="00F925E9" w14:paraId="572DDA3D" w14:textId="77777777">
        <w:trPr>
          <w:trHeight w:hRule="exact" w:val="959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A736E8D" w14:textId="77777777" w:rsidR="00F925E9" w:rsidRDefault="00000000">
            <w:pPr>
              <w:autoSpaceDE w:val="0"/>
              <w:autoSpaceDN w:val="0"/>
              <w:spacing w:before="10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</w:t>
            </w:r>
          </w:p>
          <w:p w14:paraId="0964DCD6" w14:textId="77777777" w:rsidR="00F925E9" w:rsidRDefault="00000000">
            <w:pPr>
              <w:autoSpaceDE w:val="0"/>
              <w:autoSpaceDN w:val="0"/>
              <w:spacing w:before="244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Kesehatan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D78A766" w14:textId="77777777" w:rsidR="00F925E9" w:rsidRDefault="00000000">
            <w:pPr>
              <w:autoSpaceDE w:val="0"/>
              <w:autoSpaceDN w:val="0"/>
              <w:spacing w:before="104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Mengoordinasikan pelaksanaan Cek Kesehatan Gratis (CKG)</w:t>
            </w:r>
          </w:p>
          <w:p w14:paraId="18BAF3F6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 Petunjuk Teknis, berkoordinasi dengan Puskesmas.</w:t>
            </w:r>
          </w:p>
        </w:tc>
      </w:tr>
      <w:tr w:rsidR="00F925E9" w14:paraId="6284B7B8" w14:textId="77777777">
        <w:trPr>
          <w:trHeight w:hRule="exact" w:val="1039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51A4701" w14:textId="77777777" w:rsidR="00F925E9" w:rsidRDefault="00000000">
            <w:pPr>
              <w:autoSpaceDE w:val="0"/>
              <w:autoSpaceDN w:val="0"/>
              <w:spacing w:before="14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</w:t>
            </w:r>
          </w:p>
          <w:p w14:paraId="2C22B9F8" w14:textId="77777777" w:rsidR="00F925E9" w:rsidRDefault="00000000">
            <w:pPr>
              <w:autoSpaceDE w:val="0"/>
              <w:autoSpaceDN w:val="0"/>
              <w:spacing w:before="244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Dokumentasi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B45394F" w14:textId="77777777" w:rsidR="00F925E9" w:rsidRDefault="00F925E9">
            <w:pPr>
              <w:autoSpaceDE w:val="0"/>
              <w:autoSpaceDN w:val="0"/>
              <w:spacing w:after="0" w:line="8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2380"/>
              <w:gridCol w:w="1020"/>
              <w:gridCol w:w="1280"/>
              <w:gridCol w:w="1140"/>
              <w:gridCol w:w="1020"/>
            </w:tblGrid>
            <w:tr w:rsidR="00F925E9" w14:paraId="336A885C" w14:textId="77777777">
              <w:trPr>
                <w:trHeight w:hRule="exact" w:val="342"/>
              </w:trPr>
              <w:tc>
                <w:tcPr>
                  <w:tcW w:w="2380" w:type="dxa"/>
                  <w:tcMar>
                    <w:left w:w="0" w:type="dxa"/>
                    <w:right w:w="0" w:type="dxa"/>
                  </w:tcMar>
                </w:tcPr>
                <w:p w14:paraId="39B459DA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Mendokumentasikan</w:t>
                  </w:r>
                </w:p>
              </w:tc>
              <w:tc>
                <w:tcPr>
                  <w:tcW w:w="1020" w:type="dxa"/>
                  <w:tcMar>
                    <w:left w:w="0" w:type="dxa"/>
                    <w:right w:w="0" w:type="dxa"/>
                  </w:tcMar>
                </w:tcPr>
                <w:p w14:paraId="56E7C4FA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seluruh</w:t>
                  </w:r>
                </w:p>
              </w:tc>
              <w:tc>
                <w:tcPr>
                  <w:tcW w:w="1280" w:type="dxa"/>
                  <w:tcMar>
                    <w:left w:w="0" w:type="dxa"/>
                    <w:right w:w="0" w:type="dxa"/>
                  </w:tcMar>
                </w:tcPr>
                <w:p w14:paraId="147CA149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rangkaian</w:t>
                  </w:r>
                </w:p>
              </w:tc>
              <w:tc>
                <w:tcPr>
                  <w:tcW w:w="1140" w:type="dxa"/>
                  <w:tcMar>
                    <w:left w:w="0" w:type="dxa"/>
                    <w:right w:w="0" w:type="dxa"/>
                  </w:tcMar>
                </w:tcPr>
                <w:p w14:paraId="0C4427AB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kegiatan</w:t>
                  </w:r>
                </w:p>
              </w:tc>
              <w:tc>
                <w:tcPr>
                  <w:tcW w:w="1020" w:type="dxa"/>
                  <w:tcMar>
                    <w:left w:w="0" w:type="dxa"/>
                    <w:right w:w="0" w:type="dxa"/>
                  </w:tcMar>
                </w:tcPr>
                <w:p w14:paraId="2DB27CCD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sebagai</w:t>
                  </w:r>
                </w:p>
              </w:tc>
            </w:tr>
          </w:tbl>
          <w:p w14:paraId="18FDFAA1" w14:textId="77777777" w:rsidR="00F925E9" w:rsidRDefault="00000000">
            <w:pPr>
              <w:autoSpaceDE w:val="0"/>
              <w:autoSpaceDN w:val="0"/>
              <w:spacing w:before="136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bahan evaluasi dan pelaporan.</w:t>
            </w:r>
          </w:p>
        </w:tc>
      </w:tr>
      <w:tr w:rsidR="00F925E9" w14:paraId="352D1097" w14:textId="77777777">
        <w:trPr>
          <w:trHeight w:hRule="exact" w:val="954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88907C1" w14:textId="77777777" w:rsidR="00F925E9" w:rsidRDefault="00000000">
            <w:pPr>
              <w:autoSpaceDE w:val="0"/>
              <w:autoSpaceDN w:val="0"/>
              <w:spacing w:before="10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</w:t>
            </w:r>
          </w:p>
          <w:p w14:paraId="5BFB3EE5" w14:textId="77777777" w:rsidR="00F925E9" w:rsidRDefault="00000000">
            <w:pPr>
              <w:autoSpaceDE w:val="0"/>
              <w:autoSpaceDN w:val="0"/>
              <w:spacing w:before="24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Perlengkapan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0A8B17B" w14:textId="77777777" w:rsidR="00F925E9" w:rsidRDefault="00F925E9">
            <w:pPr>
              <w:autoSpaceDE w:val="0"/>
              <w:autoSpaceDN w:val="0"/>
              <w:spacing w:after="0" w:line="52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460"/>
              <w:gridCol w:w="940"/>
              <w:gridCol w:w="600"/>
              <w:gridCol w:w="1300"/>
              <w:gridCol w:w="1400"/>
              <w:gridCol w:w="1140"/>
            </w:tblGrid>
            <w:tr w:rsidR="00F925E9" w14:paraId="1B670FF9" w14:textId="77777777">
              <w:trPr>
                <w:trHeight w:hRule="exact" w:val="334"/>
              </w:trPr>
              <w:tc>
                <w:tcPr>
                  <w:tcW w:w="1460" w:type="dxa"/>
                  <w:tcMar>
                    <w:left w:w="0" w:type="dxa"/>
                    <w:right w:w="0" w:type="dxa"/>
                  </w:tcMar>
                </w:tcPr>
                <w:p w14:paraId="72AD90CD" w14:textId="77777777" w:rsidR="00F925E9" w:rsidRDefault="00000000">
                  <w:pPr>
                    <w:autoSpaceDE w:val="0"/>
                    <w:autoSpaceDN w:val="0"/>
                    <w:spacing w:before="52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Menyiapkan</w:t>
                  </w:r>
                </w:p>
              </w:tc>
              <w:tc>
                <w:tcPr>
                  <w:tcW w:w="940" w:type="dxa"/>
                  <w:tcMar>
                    <w:left w:w="0" w:type="dxa"/>
                    <w:right w:w="0" w:type="dxa"/>
                  </w:tcMar>
                </w:tcPr>
                <w:p w14:paraId="0798EF81" w14:textId="77777777" w:rsidR="00F925E9" w:rsidRDefault="00000000">
                  <w:pPr>
                    <w:autoSpaceDE w:val="0"/>
                    <w:autoSpaceDN w:val="0"/>
                    <w:spacing w:before="96" w:after="0" w:line="13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sarana</w:t>
                  </w:r>
                </w:p>
              </w:tc>
              <w:tc>
                <w:tcPr>
                  <w:tcW w:w="600" w:type="dxa"/>
                  <w:tcMar>
                    <w:left w:w="0" w:type="dxa"/>
                    <w:right w:w="0" w:type="dxa"/>
                  </w:tcMar>
                </w:tcPr>
                <w:p w14:paraId="1128D20D" w14:textId="77777777" w:rsidR="00F925E9" w:rsidRDefault="00000000">
                  <w:pPr>
                    <w:autoSpaceDE w:val="0"/>
                    <w:autoSpaceDN w:val="0"/>
                    <w:spacing w:before="52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1300" w:type="dxa"/>
                  <w:tcMar>
                    <w:left w:w="0" w:type="dxa"/>
                    <w:right w:w="0" w:type="dxa"/>
                  </w:tcMar>
                </w:tcPr>
                <w:p w14:paraId="660EFA50" w14:textId="77777777" w:rsidR="00F925E9" w:rsidRDefault="00000000">
                  <w:pPr>
                    <w:autoSpaceDE w:val="0"/>
                    <w:autoSpaceDN w:val="0"/>
                    <w:spacing w:before="96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prasarana</w:t>
                  </w:r>
                </w:p>
              </w:tc>
              <w:tc>
                <w:tcPr>
                  <w:tcW w:w="1400" w:type="dxa"/>
                  <w:tcMar>
                    <w:left w:w="0" w:type="dxa"/>
                    <w:right w:w="0" w:type="dxa"/>
                  </w:tcMar>
                </w:tcPr>
                <w:p w14:paraId="67A5B4BD" w14:textId="77777777" w:rsidR="00F925E9" w:rsidRDefault="00000000">
                  <w:pPr>
                    <w:autoSpaceDE w:val="0"/>
                    <w:autoSpaceDN w:val="0"/>
                    <w:spacing w:before="52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pendukung</w:t>
                  </w:r>
                </w:p>
              </w:tc>
              <w:tc>
                <w:tcPr>
                  <w:tcW w:w="1140" w:type="dxa"/>
                  <w:tcMar>
                    <w:left w:w="0" w:type="dxa"/>
                    <w:right w:w="0" w:type="dxa"/>
                  </w:tcMar>
                </w:tcPr>
                <w:p w14:paraId="5B13A328" w14:textId="77777777" w:rsidR="00F925E9" w:rsidRDefault="00000000">
                  <w:pPr>
                    <w:autoSpaceDE w:val="0"/>
                    <w:autoSpaceDN w:val="0"/>
                    <w:spacing w:before="52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kegiatan,</w:t>
                  </w:r>
                </w:p>
              </w:tc>
            </w:tr>
          </w:tbl>
          <w:p w14:paraId="5BDC8026" w14:textId="77777777" w:rsidR="00F925E9" w:rsidRDefault="00000000">
            <w:pPr>
              <w:autoSpaceDE w:val="0"/>
              <w:autoSpaceDN w:val="0"/>
              <w:spacing w:before="13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termasuk sound system dan alat peraga permainan.</w:t>
            </w:r>
          </w:p>
        </w:tc>
      </w:tr>
      <w:tr w:rsidR="00F925E9" w14:paraId="665FA2EA" w14:textId="77777777">
        <w:trPr>
          <w:trHeight w:hRule="exact" w:val="1008"/>
        </w:trPr>
        <w:tc>
          <w:tcPr>
            <w:tcW w:w="240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CE24215" w14:textId="77777777" w:rsidR="00F925E9" w:rsidRDefault="00000000">
            <w:pPr>
              <w:autoSpaceDE w:val="0"/>
              <w:autoSpaceDN w:val="0"/>
              <w:spacing w:before="15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</w:t>
            </w:r>
          </w:p>
          <w:p w14:paraId="2F0DCF36" w14:textId="77777777" w:rsidR="00F925E9" w:rsidRDefault="00000000">
            <w:pPr>
              <w:autoSpaceDE w:val="0"/>
              <w:autoSpaceDN w:val="0"/>
              <w:spacing w:before="23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Konsumsi</w:t>
            </w:r>
          </w:p>
        </w:tc>
        <w:tc>
          <w:tcPr>
            <w:tcW w:w="696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FD30B35" w14:textId="77777777" w:rsidR="00F925E9" w:rsidRDefault="00F925E9">
            <w:pPr>
              <w:autoSpaceDE w:val="0"/>
              <w:autoSpaceDN w:val="0"/>
              <w:spacing w:after="0" w:line="8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  <w:gridCol w:w="1520"/>
              <w:gridCol w:w="2080"/>
              <w:gridCol w:w="1040"/>
            </w:tblGrid>
            <w:tr w:rsidR="00F925E9" w14:paraId="30828DDA" w14:textId="77777777">
              <w:trPr>
                <w:trHeight w:hRule="exact" w:val="344"/>
              </w:trPr>
              <w:tc>
                <w:tcPr>
                  <w:tcW w:w="2200" w:type="dxa"/>
                  <w:tcMar>
                    <w:left w:w="0" w:type="dxa"/>
                    <w:right w:w="0" w:type="dxa"/>
                  </w:tcMar>
                </w:tcPr>
                <w:p w14:paraId="1E61B9C3" w14:textId="77777777" w:rsidR="00F925E9" w:rsidRDefault="00000000">
                  <w:pPr>
                    <w:autoSpaceDE w:val="0"/>
                    <w:autoSpaceDN w:val="0"/>
                    <w:spacing w:before="62" w:after="0" w:line="222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Mengoordinasikan</w:t>
                  </w:r>
                </w:p>
              </w:tc>
              <w:tc>
                <w:tcPr>
                  <w:tcW w:w="1520" w:type="dxa"/>
                  <w:tcMar>
                    <w:left w:w="0" w:type="dxa"/>
                    <w:right w:w="0" w:type="dxa"/>
                  </w:tcMar>
                </w:tcPr>
                <w:p w14:paraId="26202896" w14:textId="77777777" w:rsidR="00F925E9" w:rsidRDefault="00000000">
                  <w:pPr>
                    <w:autoSpaceDE w:val="0"/>
                    <w:autoSpaceDN w:val="0"/>
                    <w:spacing w:before="62" w:after="0" w:line="17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kebutuhan</w:t>
                  </w:r>
                </w:p>
              </w:tc>
              <w:tc>
                <w:tcPr>
                  <w:tcW w:w="2080" w:type="dxa"/>
                  <w:tcMar>
                    <w:left w:w="0" w:type="dxa"/>
                    <w:right w:w="0" w:type="dxa"/>
                  </w:tcMar>
                </w:tcPr>
                <w:p w14:paraId="3AC1C58E" w14:textId="77777777" w:rsidR="00F925E9" w:rsidRDefault="00000000">
                  <w:pPr>
                    <w:autoSpaceDE w:val="0"/>
                    <w:autoSpaceDN w:val="0"/>
                    <w:spacing w:before="60" w:after="0" w:line="17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konsumsi/snack</w:t>
                  </w:r>
                </w:p>
              </w:tc>
              <w:tc>
                <w:tcPr>
                  <w:tcW w:w="1040" w:type="dxa"/>
                  <w:tcMar>
                    <w:left w:w="0" w:type="dxa"/>
                    <w:right w:w="0" w:type="dxa"/>
                  </w:tcMar>
                </w:tcPr>
                <w:p w14:paraId="36C4A1DE" w14:textId="77777777" w:rsidR="00F925E9" w:rsidRDefault="00000000">
                  <w:pPr>
                    <w:autoSpaceDE w:val="0"/>
                    <w:autoSpaceDN w:val="0"/>
                    <w:spacing w:before="62" w:after="0" w:line="176" w:lineRule="exact"/>
                    <w:ind w:left="212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selama</w:t>
                  </w:r>
                </w:p>
              </w:tc>
            </w:tr>
          </w:tbl>
          <w:p w14:paraId="1B88B39F" w14:textId="77777777" w:rsidR="00F925E9" w:rsidRDefault="00000000">
            <w:pPr>
              <w:autoSpaceDE w:val="0"/>
              <w:autoSpaceDN w:val="0"/>
              <w:spacing w:before="13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 kegiatan.</w:t>
            </w:r>
          </w:p>
        </w:tc>
      </w:tr>
    </w:tbl>
    <w:p w14:paraId="7DF9E822" w14:textId="77777777" w:rsidR="00F925E9" w:rsidRDefault="00000000">
      <w:pPr>
        <w:tabs>
          <w:tab w:val="left" w:pos="2476"/>
          <w:tab w:val="left" w:pos="3196"/>
        </w:tabs>
        <w:autoSpaceDE w:val="0"/>
        <w:autoSpaceDN w:val="0"/>
        <w:spacing w:before="92" w:after="0" w:line="410" w:lineRule="exact"/>
        <w:ind w:left="2116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3. Wali Kelompok/Fasilitator Pendamping </w:t>
      </w:r>
      <w:r>
        <w:br/>
      </w:r>
      <w:r>
        <w:tab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Setiap kelompok kecil Murid Baru (disarankan 8–15 murid per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kelompok, disesuaikan kapasitas madrasah) didampingi oleh satu wali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kelompok yang bertugas membimbing aktivitas kelompok, menjaga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keselamatan dan kenyamanan murid, serta mengisi Lembar Pengamatan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Talenta setiap hari.</w:t>
      </w:r>
    </w:p>
    <w:p w14:paraId="774B6D97" w14:textId="77777777" w:rsidR="00F925E9" w:rsidRDefault="00000000">
      <w:pPr>
        <w:autoSpaceDE w:val="0"/>
        <w:autoSpaceDN w:val="0"/>
        <w:spacing w:before="414" w:after="108" w:line="222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4. Pelibatan Murid sebagai Pendamping</w:t>
      </w:r>
    </w:p>
    <w:tbl>
      <w:tblPr>
        <w:tblW w:w="0" w:type="auto"/>
        <w:tblInd w:w="1580" w:type="dxa"/>
        <w:tblLayout w:type="fixed"/>
        <w:tblLook w:val="04A0" w:firstRow="1" w:lastRow="0" w:firstColumn="1" w:lastColumn="0" w:noHBand="0" w:noVBand="1"/>
      </w:tblPr>
      <w:tblGrid>
        <w:gridCol w:w="2460"/>
        <w:gridCol w:w="640"/>
        <w:gridCol w:w="1700"/>
        <w:gridCol w:w="1040"/>
        <w:gridCol w:w="800"/>
        <w:gridCol w:w="1260"/>
        <w:gridCol w:w="1340"/>
      </w:tblGrid>
      <w:tr w:rsidR="00F925E9" w14:paraId="1823A5BA" w14:textId="77777777">
        <w:trPr>
          <w:trHeight w:hRule="exact" w:val="346"/>
        </w:trPr>
        <w:tc>
          <w:tcPr>
            <w:tcW w:w="2460" w:type="dxa"/>
            <w:tcMar>
              <w:left w:w="0" w:type="dxa"/>
              <w:right w:w="0" w:type="dxa"/>
            </w:tcMar>
          </w:tcPr>
          <w:p w14:paraId="23B822D5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right="15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Dalam</w:t>
            </w:r>
          </w:p>
        </w:tc>
        <w:tc>
          <w:tcPr>
            <w:tcW w:w="640" w:type="dxa"/>
            <w:tcMar>
              <w:left w:w="0" w:type="dxa"/>
              <w:right w:w="0" w:type="dxa"/>
            </w:tcMar>
          </w:tcPr>
          <w:p w14:paraId="6A1D0B49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hal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14:paraId="7746DB6A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keterbatasan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14:paraId="745C60EC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jumlah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16FF41D6" w14:textId="77777777" w:rsidR="00F925E9" w:rsidRDefault="00000000">
            <w:pPr>
              <w:autoSpaceDE w:val="0"/>
              <w:autoSpaceDN w:val="0"/>
              <w:spacing w:before="108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guru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598D6B35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dan/atau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2156C080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6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</w:tr>
    </w:tbl>
    <w:p w14:paraId="2A997F07" w14:textId="77777777" w:rsidR="00F925E9" w:rsidRDefault="00000000">
      <w:pPr>
        <w:autoSpaceDE w:val="0"/>
        <w:autoSpaceDN w:val="0"/>
        <w:spacing w:after="0" w:line="394" w:lineRule="exact"/>
        <w:ind w:left="2476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mengefektifkan dan mengefisienkan pelaksanaan Matamuda, madrasah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dapat dibantu oleh murid dengan syarat sebagai berikut, sebagaimana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diatur dalam Petunjuk Teknis:</w:t>
      </w:r>
    </w:p>
    <w:p w14:paraId="5DAAFAB2" w14:textId="77777777" w:rsidR="00F925E9" w:rsidRDefault="00000000">
      <w:pPr>
        <w:autoSpaceDE w:val="0"/>
        <w:autoSpaceDN w:val="0"/>
        <w:spacing w:before="166" w:after="0" w:line="412" w:lineRule="exact"/>
        <w:ind w:left="2836" w:right="1194" w:hanging="36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a. Murid merupakan pengurus Organisasi Siswa Intra Madrasah (OSIM),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pengurus Majelis Perwakilan Kelas (MPK), pengurus ekstrakurikuler,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dan/atau murid berprestasi akademik atau nonakademik;</w:t>
      </w:r>
    </w:p>
    <w:p w14:paraId="03605FA0" w14:textId="77777777" w:rsidR="00F925E9" w:rsidRDefault="00000000">
      <w:pPr>
        <w:autoSpaceDE w:val="0"/>
        <w:autoSpaceDN w:val="0"/>
        <w:spacing w:before="1018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29</w:t>
      </w:r>
    </w:p>
    <w:p w14:paraId="23413240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173192C6" w14:textId="77777777" w:rsidR="00F925E9" w:rsidRDefault="00F925E9">
      <w:pPr>
        <w:autoSpaceDE w:val="0"/>
        <w:autoSpaceDN w:val="0"/>
        <w:spacing w:after="0" w:line="220" w:lineRule="exact"/>
      </w:pPr>
    </w:p>
    <w:p w14:paraId="63D88161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3E86313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052D748C" w14:textId="77777777" w:rsidR="00F925E9" w:rsidRDefault="00000000">
      <w:pPr>
        <w:tabs>
          <w:tab w:val="left" w:pos="2836"/>
        </w:tabs>
        <w:autoSpaceDE w:val="0"/>
        <w:autoSpaceDN w:val="0"/>
        <w:spacing w:before="450" w:after="0" w:line="410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b. Murid tidak memiliki riwayat sifat-sifat buruk dan/atau sebagai pelaku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tindak kekerasan, pelecehan, dan terlibat narkoba.</w:t>
      </w:r>
    </w:p>
    <w:p w14:paraId="3BDCCB84" w14:textId="77777777" w:rsidR="00F925E9" w:rsidRDefault="00000000">
      <w:pPr>
        <w:autoSpaceDE w:val="0"/>
        <w:autoSpaceDN w:val="0"/>
        <w:spacing w:before="294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Murid yang dilibatkan sebagai pendamping wajib mendapatkan</w:t>
      </w:r>
    </w:p>
    <w:p w14:paraId="20786AAF" w14:textId="77777777" w:rsidR="00F925E9" w:rsidRDefault="00000000">
      <w:pPr>
        <w:autoSpaceDE w:val="0"/>
        <w:autoSpaceDN w:val="0"/>
        <w:spacing w:before="196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pengarahan dan pembekalan singkat dari panitia mengenai batasan</w:t>
      </w:r>
    </w:p>
    <w:p w14:paraId="46A18C59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peran, etika, dan larangan-larangan yang berlaku sebagaimana diatur</w:t>
      </w:r>
    </w:p>
    <w:p w14:paraId="3E9204D4" w14:textId="77777777" w:rsidR="00F925E9" w:rsidRDefault="00000000">
      <w:pPr>
        <w:autoSpaceDE w:val="0"/>
        <w:autoSpaceDN w:val="0"/>
        <w:spacing w:before="1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dalam Petunjuk Teknis, sebelum hari pelaksanaan Matamuda.</w:t>
      </w:r>
    </w:p>
    <w:p w14:paraId="02D01256" w14:textId="77777777" w:rsidR="00F925E9" w:rsidRDefault="00000000">
      <w:pPr>
        <w:autoSpaceDE w:val="0"/>
        <w:autoSpaceDN w:val="0"/>
        <w:spacing w:before="416" w:after="0" w:line="218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5. Rapat Koordinasi Panitia</w:t>
      </w:r>
    </w:p>
    <w:p w14:paraId="035C0E24" w14:textId="77777777" w:rsidR="00F925E9" w:rsidRDefault="00000000">
      <w:pPr>
        <w:autoSpaceDE w:val="0"/>
        <w:autoSpaceDN w:val="0"/>
        <w:spacing w:before="176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a. Rapat pembentukan dan pembagian tugas, dilaksanakan paling</w:t>
      </w:r>
    </w:p>
    <w:p w14:paraId="7D972496" w14:textId="77777777" w:rsidR="00F925E9" w:rsidRDefault="00000000">
      <w:pPr>
        <w:autoSpaceDE w:val="0"/>
        <w:autoSpaceDN w:val="0"/>
        <w:spacing w:before="190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lambat tujuh hari sebelum pelaksanaan;</w:t>
      </w:r>
    </w:p>
    <w:p w14:paraId="2A639774" w14:textId="77777777" w:rsidR="00F925E9" w:rsidRDefault="00000000">
      <w:pPr>
        <w:autoSpaceDE w:val="0"/>
        <w:autoSpaceDN w:val="0"/>
        <w:spacing w:before="2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b. Rapat penyusunan program dan jadwal rinci, termasuk anggaran</w:t>
      </w:r>
    </w:p>
    <w:p w14:paraId="49B60958" w14:textId="77777777" w:rsidR="00F925E9" w:rsidRDefault="00000000">
      <w:pPr>
        <w:autoSpaceDE w:val="0"/>
        <w:autoSpaceDN w:val="0"/>
        <w:spacing w:before="190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kegiatan;</w:t>
      </w:r>
    </w:p>
    <w:p w14:paraId="67914464" w14:textId="77777777" w:rsidR="00F925E9" w:rsidRDefault="00000000">
      <w:pPr>
        <w:autoSpaceDE w:val="0"/>
        <w:autoSpaceDN w:val="0"/>
        <w:spacing w:before="100" w:after="0" w:line="414" w:lineRule="exact"/>
        <w:ind w:left="2836" w:right="1152" w:hanging="360"/>
      </w:pPr>
      <w:r>
        <w:rPr>
          <w:rFonts w:ascii="ArialMT" w:eastAsia="ArialMT" w:hAnsi="ArialMT"/>
          <w:color w:val="000000"/>
          <w:spacing w:val="-10"/>
          <w:sz w:val="24"/>
        </w:rPr>
        <w:t xml:space="preserve">c. Rapat teknis dan simulasi (gladi bersih), terutama untuk memastikan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kesiapan lagu Indonesia Raya, Mars dan Himne Madrasah serta</w:t>
      </w:r>
    </w:p>
    <w:p w14:paraId="4AF99ED9" w14:textId="77777777" w:rsidR="00F925E9" w:rsidRDefault="00000000">
      <w:pPr>
        <w:autoSpaceDE w:val="0"/>
        <w:autoSpaceDN w:val="0"/>
        <w:spacing w:before="192" w:after="0" w:line="208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aktivitas interaktif utama;</w:t>
      </w:r>
    </w:p>
    <w:p w14:paraId="654FC199" w14:textId="77777777" w:rsidR="00F925E9" w:rsidRDefault="00000000">
      <w:pPr>
        <w:autoSpaceDE w:val="0"/>
        <w:autoSpaceDN w:val="0"/>
        <w:spacing w:before="308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d. Rapat evaluasi harian selama pelaksanaan, untuk menyesuaikan</w:t>
      </w:r>
    </w:p>
    <w:p w14:paraId="3FC2F175" w14:textId="77777777" w:rsidR="00F925E9" w:rsidRDefault="00000000">
      <w:pPr>
        <w:autoSpaceDE w:val="0"/>
        <w:autoSpaceDN w:val="0"/>
        <w:spacing w:before="192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rencana hari berikutnya bila diperlukan;</w:t>
      </w:r>
    </w:p>
    <w:p w14:paraId="34B5FE68" w14:textId="77777777" w:rsidR="00F925E9" w:rsidRDefault="00000000">
      <w:pPr>
        <w:autoSpaceDE w:val="0"/>
        <w:autoSpaceDN w:val="0"/>
        <w:spacing w:before="2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e. Rapat evaluasi akhir dan penyusunan laporan, dilaksanakan setelah</w:t>
      </w:r>
    </w:p>
    <w:p w14:paraId="44ED9AA5" w14:textId="77777777" w:rsidR="00F925E9" w:rsidRDefault="00000000">
      <w:pPr>
        <w:autoSpaceDE w:val="0"/>
        <w:autoSpaceDN w:val="0"/>
        <w:spacing w:before="192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seluruh kegiatan berakhir.</w:t>
      </w:r>
    </w:p>
    <w:p w14:paraId="6A5294FD" w14:textId="77777777" w:rsidR="00F925E9" w:rsidRDefault="00000000">
      <w:pPr>
        <w:autoSpaceDE w:val="0"/>
        <w:autoSpaceDN w:val="0"/>
        <w:spacing w:before="410" w:after="116" w:line="224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6. Anggaran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2780"/>
        <w:gridCol w:w="1480"/>
        <w:gridCol w:w="1020"/>
        <w:gridCol w:w="1600"/>
        <w:gridCol w:w="860"/>
        <w:gridCol w:w="1860"/>
      </w:tblGrid>
      <w:tr w:rsidR="00F925E9" w14:paraId="7B6BFE33" w14:textId="77777777">
        <w:trPr>
          <w:trHeight w:hRule="exact" w:val="342"/>
        </w:trPr>
        <w:tc>
          <w:tcPr>
            <w:tcW w:w="2780" w:type="dxa"/>
            <w:tcMar>
              <w:left w:w="0" w:type="dxa"/>
              <w:right w:w="0" w:type="dxa"/>
            </w:tcMar>
          </w:tcPr>
          <w:p w14:paraId="7D2AA112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124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a. Anggaran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677236B5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merupakan</w:t>
            </w:r>
          </w:p>
        </w:tc>
        <w:tc>
          <w:tcPr>
            <w:tcW w:w="1020" w:type="dxa"/>
            <w:tcMar>
              <w:left w:w="0" w:type="dxa"/>
              <w:right w:w="0" w:type="dxa"/>
            </w:tcMar>
          </w:tcPr>
          <w:p w14:paraId="23A9B1AC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alokasi</w:t>
            </w:r>
          </w:p>
        </w:tc>
        <w:tc>
          <w:tcPr>
            <w:tcW w:w="1600" w:type="dxa"/>
            <w:tcMar>
              <w:left w:w="0" w:type="dxa"/>
              <w:right w:w="0" w:type="dxa"/>
            </w:tcMar>
          </w:tcPr>
          <w:p w14:paraId="4011C6E3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pembiayaan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0507BD2C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  <w:tc>
          <w:tcPr>
            <w:tcW w:w="1860" w:type="dxa"/>
            <w:tcMar>
              <w:left w:w="0" w:type="dxa"/>
              <w:right w:w="0" w:type="dxa"/>
            </w:tcMar>
          </w:tcPr>
          <w:p w14:paraId="14F0F822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4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memenuhi</w:t>
            </w:r>
          </w:p>
        </w:tc>
      </w:tr>
    </w:tbl>
    <w:p w14:paraId="7903E029" w14:textId="77777777" w:rsidR="00F925E9" w:rsidRDefault="00000000">
      <w:pPr>
        <w:autoSpaceDE w:val="0"/>
        <w:autoSpaceDN w:val="0"/>
        <w:spacing w:before="130" w:after="0" w:line="220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pelaksanaan Matamuda;</w:t>
      </w:r>
    </w:p>
    <w:p w14:paraId="24BB8BFE" w14:textId="77777777" w:rsidR="00F925E9" w:rsidRDefault="00000000">
      <w:pPr>
        <w:autoSpaceDE w:val="0"/>
        <w:autoSpaceDN w:val="0"/>
        <w:spacing w:before="294" w:after="0" w:line="174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b. Pelaksanaan Matamuda di madrasah bersumber dari dana bantuan</w:t>
      </w:r>
    </w:p>
    <w:p w14:paraId="49F655EE" w14:textId="77777777" w:rsidR="00F925E9" w:rsidRDefault="00000000">
      <w:pPr>
        <w:autoSpaceDE w:val="0"/>
        <w:autoSpaceDN w:val="0"/>
        <w:spacing w:before="54" w:after="0" w:line="412" w:lineRule="exact"/>
        <w:ind w:left="283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operasional sekolah dan/atau sumber lain yang sah serta tidak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mengikat sesuai dengan ketentuan peraturan perundang-undangan.</w:t>
      </w:r>
    </w:p>
    <w:p w14:paraId="0A4B7051" w14:textId="77777777" w:rsidR="00F925E9" w:rsidRDefault="00000000">
      <w:pPr>
        <w:autoSpaceDE w:val="0"/>
        <w:autoSpaceDN w:val="0"/>
        <w:spacing w:before="408" w:after="152" w:line="226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7. Contoh Komponen Anggaran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925E9" w14:paraId="70136BE8" w14:textId="77777777">
        <w:trPr>
          <w:trHeight w:hRule="exact" w:val="582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B2099A3" w14:textId="77777777" w:rsidR="00F925E9" w:rsidRDefault="00000000">
            <w:pPr>
              <w:autoSpaceDE w:val="0"/>
              <w:autoSpaceDN w:val="0"/>
              <w:spacing w:before="110" w:after="0" w:line="220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Komponen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CB2BD41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Keterangan</w:t>
            </w:r>
          </w:p>
        </w:tc>
      </w:tr>
      <w:tr w:rsidR="00F925E9" w14:paraId="07B31D3C" w14:textId="77777777">
        <w:trPr>
          <w:trHeight w:hRule="exact" w:val="548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41FA8E1" w14:textId="77777777" w:rsidR="00F925E9" w:rsidRDefault="00000000">
            <w:pPr>
              <w:autoSpaceDE w:val="0"/>
              <w:autoSpaceDN w:val="0"/>
              <w:spacing w:before="11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Konsumsi/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snack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 peserta dan panitia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D9E947C" w14:textId="77777777" w:rsidR="00F925E9" w:rsidRDefault="00000000">
            <w:pPr>
              <w:autoSpaceDE w:val="0"/>
              <w:autoSpaceDN w:val="0"/>
              <w:spacing w:before="11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Disesuaikan jumlah hari dan peserta</w:t>
            </w:r>
          </w:p>
        </w:tc>
      </w:tr>
      <w:tr w:rsidR="00F925E9" w14:paraId="1D670D62" w14:textId="77777777">
        <w:trPr>
          <w:trHeight w:hRule="exact" w:val="1009"/>
        </w:trPr>
        <w:tc>
          <w:tcPr>
            <w:tcW w:w="4680" w:type="dxa"/>
            <w:tcBorders>
              <w:left w:val="single" w:sz="2" w:space="0" w:color="BDBDBD"/>
              <w:bottom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D754582" w14:textId="77777777" w:rsidR="00F925E9" w:rsidRDefault="00000000">
            <w:pPr>
              <w:autoSpaceDE w:val="0"/>
              <w:autoSpaceDN w:val="0"/>
              <w:spacing w:before="356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ATK dan bahan permainan/</w:t>
            </w: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ice breaking</w:t>
            </w:r>
          </w:p>
        </w:tc>
        <w:tc>
          <w:tcPr>
            <w:tcW w:w="4680" w:type="dxa"/>
            <w:tcBorders>
              <w:left w:val="single" w:sz="2" w:space="0" w:color="BDBDBD"/>
              <w:bottom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6F88DB5" w14:textId="77777777" w:rsidR="00F925E9" w:rsidRDefault="00000000">
            <w:pPr>
              <w:autoSpaceDE w:val="0"/>
              <w:autoSpaceDN w:val="0"/>
              <w:spacing w:before="148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Bola, kartu petunjuk, alat tulis kelompok,</w:t>
            </w:r>
          </w:p>
          <w:p w14:paraId="5861076F" w14:textId="77777777" w:rsidR="00F925E9" w:rsidRDefault="00000000">
            <w:pPr>
              <w:autoSpaceDE w:val="0"/>
              <w:autoSpaceDN w:val="0"/>
              <w:spacing w:before="194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dsb.</w:t>
            </w:r>
          </w:p>
        </w:tc>
      </w:tr>
    </w:tbl>
    <w:p w14:paraId="15793D33" w14:textId="77777777" w:rsidR="00F925E9" w:rsidRDefault="00000000">
      <w:pPr>
        <w:autoSpaceDE w:val="0"/>
        <w:autoSpaceDN w:val="0"/>
        <w:spacing w:before="504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30</w:t>
      </w:r>
    </w:p>
    <w:p w14:paraId="672D83C6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58253040" w14:textId="77777777" w:rsidR="00F925E9" w:rsidRDefault="00F925E9">
      <w:pPr>
        <w:autoSpaceDE w:val="0"/>
        <w:autoSpaceDN w:val="0"/>
        <w:spacing w:after="0" w:line="220" w:lineRule="exact"/>
      </w:pPr>
    </w:p>
    <w:p w14:paraId="25B8E19E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0B4201F" w14:textId="77777777" w:rsidR="00F925E9" w:rsidRDefault="00000000">
      <w:pPr>
        <w:autoSpaceDE w:val="0"/>
        <w:autoSpaceDN w:val="0"/>
        <w:spacing w:after="616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925E9" w14:paraId="539A370F" w14:textId="77777777">
        <w:trPr>
          <w:trHeight w:hRule="exact" w:val="583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941282A" w14:textId="77777777" w:rsidR="00F925E9" w:rsidRDefault="00000000">
            <w:pPr>
              <w:autoSpaceDE w:val="0"/>
              <w:autoSpaceDN w:val="0"/>
              <w:spacing w:before="114" w:after="0" w:line="21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Komponen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3AECA78" w14:textId="77777777" w:rsidR="00F925E9" w:rsidRDefault="00000000">
            <w:pPr>
              <w:autoSpaceDE w:val="0"/>
              <w:autoSpaceDN w:val="0"/>
              <w:spacing w:before="114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Keterangan</w:t>
            </w:r>
          </w:p>
        </w:tc>
      </w:tr>
      <w:tr w:rsidR="00F925E9" w14:paraId="5D93CC51" w14:textId="77777777">
        <w:trPr>
          <w:trHeight w:hRule="exact" w:val="961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E3F0FA4" w14:textId="77777777" w:rsidR="00F925E9" w:rsidRDefault="00000000">
            <w:pPr>
              <w:autoSpaceDE w:val="0"/>
              <w:autoSpaceDN w:val="0"/>
              <w:spacing w:before="318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Sound system dan dokumentasi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447F493" w14:textId="77777777" w:rsidR="00F925E9" w:rsidRDefault="00F925E9">
            <w:pPr>
              <w:autoSpaceDE w:val="0"/>
              <w:autoSpaceDN w:val="0"/>
              <w:spacing w:after="0" w:line="52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2180"/>
              <w:gridCol w:w="1440"/>
              <w:gridCol w:w="940"/>
            </w:tblGrid>
            <w:tr w:rsidR="00F925E9" w14:paraId="7C2FE14F" w14:textId="77777777">
              <w:trPr>
                <w:trHeight w:hRule="exact" w:val="340"/>
              </w:trPr>
              <w:tc>
                <w:tcPr>
                  <w:tcW w:w="2180" w:type="dxa"/>
                  <w:tcMar>
                    <w:left w:w="0" w:type="dxa"/>
                    <w:right w:w="0" w:type="dxa"/>
                  </w:tcMar>
                </w:tcPr>
                <w:p w14:paraId="477E77C1" w14:textId="77777777" w:rsidR="00F925E9" w:rsidRDefault="00000000">
                  <w:pPr>
                    <w:autoSpaceDE w:val="0"/>
                    <w:autoSpaceDN w:val="0"/>
                    <w:spacing w:before="54" w:after="0" w:line="224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Sewa/operasional</w:t>
                  </w:r>
                </w:p>
              </w:tc>
              <w:tc>
                <w:tcPr>
                  <w:tcW w:w="1440" w:type="dxa"/>
                  <w:tcMar>
                    <w:left w:w="0" w:type="dxa"/>
                    <w:right w:w="0" w:type="dxa"/>
                  </w:tcMar>
                </w:tcPr>
                <w:p w14:paraId="59C50479" w14:textId="77777777" w:rsidR="00F925E9" w:rsidRDefault="00000000">
                  <w:pPr>
                    <w:autoSpaceDE w:val="0"/>
                    <w:autoSpaceDN w:val="0"/>
                    <w:spacing w:before="102" w:after="0" w:line="17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pengeras</w:t>
                  </w:r>
                </w:p>
              </w:tc>
              <w:tc>
                <w:tcPr>
                  <w:tcW w:w="940" w:type="dxa"/>
                  <w:tcMar>
                    <w:left w:w="0" w:type="dxa"/>
                    <w:right w:w="0" w:type="dxa"/>
                  </w:tcMar>
                </w:tcPr>
                <w:p w14:paraId="76497C3B" w14:textId="77777777" w:rsidR="00F925E9" w:rsidRDefault="00000000">
                  <w:pPr>
                    <w:autoSpaceDE w:val="0"/>
                    <w:autoSpaceDN w:val="0"/>
                    <w:spacing w:before="102" w:after="0" w:line="162" w:lineRule="exact"/>
                    <w:ind w:left="218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suara,</w:t>
                  </w:r>
                </w:p>
              </w:tc>
            </w:tr>
          </w:tbl>
          <w:p w14:paraId="53E399E5" w14:textId="77777777" w:rsidR="00F925E9" w:rsidRDefault="00000000">
            <w:pPr>
              <w:autoSpaceDE w:val="0"/>
              <w:autoSpaceDN w:val="0"/>
              <w:spacing w:before="13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kamera</w:t>
            </w:r>
          </w:p>
        </w:tc>
      </w:tr>
      <w:tr w:rsidR="00F925E9" w14:paraId="5B919D02" w14:textId="77777777">
        <w:trPr>
          <w:trHeight w:hRule="exact" w:val="621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A122F5F" w14:textId="77777777" w:rsidR="00F925E9" w:rsidRDefault="00000000">
            <w:pPr>
              <w:autoSpaceDE w:val="0"/>
              <w:autoSpaceDN w:val="0"/>
              <w:spacing w:before="146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Bibit tanaman untuk Program ASRI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6B01139" w14:textId="77777777" w:rsidR="00F925E9" w:rsidRDefault="00000000">
            <w:pPr>
              <w:autoSpaceDE w:val="0"/>
              <w:autoSpaceDN w:val="0"/>
              <w:spacing w:before="146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 jumlah kelompok yang menanam</w:t>
            </w:r>
          </w:p>
        </w:tc>
      </w:tr>
      <w:tr w:rsidR="00F925E9" w14:paraId="58BA6282" w14:textId="77777777">
        <w:trPr>
          <w:trHeight w:hRule="exact" w:val="546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C4145BE" w14:textId="77777777" w:rsidR="00F925E9" w:rsidRDefault="00000000">
            <w:pPr>
              <w:autoSpaceDE w:val="0"/>
              <w:autoSpaceDN w:val="0"/>
              <w:spacing w:before="11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P3K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F1D7911" w14:textId="77777777" w:rsidR="00F925E9" w:rsidRDefault="00000000">
            <w:pPr>
              <w:autoSpaceDE w:val="0"/>
              <w:autoSpaceDN w:val="0"/>
              <w:spacing w:before="108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 kebutuhan</w:t>
            </w:r>
          </w:p>
        </w:tc>
      </w:tr>
      <w:tr w:rsidR="00F925E9" w14:paraId="7C833134" w14:textId="77777777">
        <w:trPr>
          <w:trHeight w:hRule="exact" w:val="1008"/>
        </w:trPr>
        <w:tc>
          <w:tcPr>
            <w:tcW w:w="468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161ED45" w14:textId="77777777" w:rsidR="00F925E9" w:rsidRDefault="00000000">
            <w:pPr>
              <w:autoSpaceDE w:val="0"/>
              <w:autoSpaceDN w:val="0"/>
              <w:spacing w:before="354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Honor narasumber tamu (jika ada)</w:t>
            </w:r>
          </w:p>
        </w:tc>
        <w:tc>
          <w:tcPr>
            <w:tcW w:w="468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4D833F4" w14:textId="77777777" w:rsidR="00F925E9" w:rsidRDefault="00F925E9">
            <w:pPr>
              <w:autoSpaceDE w:val="0"/>
              <w:autoSpaceDN w:val="0"/>
              <w:spacing w:after="0" w:line="88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960"/>
              <w:gridCol w:w="1320"/>
              <w:gridCol w:w="740"/>
              <w:gridCol w:w="1540"/>
            </w:tblGrid>
            <w:tr w:rsidR="00F925E9" w14:paraId="50C7B442" w14:textId="77777777">
              <w:trPr>
                <w:trHeight w:hRule="exact" w:val="346"/>
              </w:trPr>
              <w:tc>
                <w:tcPr>
                  <w:tcW w:w="960" w:type="dxa"/>
                  <w:tcMar>
                    <w:left w:w="0" w:type="dxa"/>
                    <w:right w:w="0" w:type="dxa"/>
                  </w:tcMar>
                </w:tcPr>
                <w:p w14:paraId="154DE0DA" w14:textId="77777777" w:rsidR="00F925E9" w:rsidRDefault="00000000">
                  <w:pPr>
                    <w:autoSpaceDE w:val="0"/>
                    <w:autoSpaceDN w:val="0"/>
                    <w:spacing w:before="60" w:after="0" w:line="178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Sesuai</w:t>
                  </w:r>
                </w:p>
              </w:tc>
              <w:tc>
                <w:tcPr>
                  <w:tcW w:w="1320" w:type="dxa"/>
                  <w:tcMar>
                    <w:left w:w="0" w:type="dxa"/>
                    <w:right w:w="0" w:type="dxa"/>
                  </w:tcMar>
                </w:tcPr>
                <w:p w14:paraId="67B7B591" w14:textId="77777777" w:rsidR="00F925E9" w:rsidRDefault="00000000">
                  <w:pPr>
                    <w:autoSpaceDE w:val="0"/>
                    <w:autoSpaceDN w:val="0"/>
                    <w:spacing w:before="6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kebijakan</w:t>
                  </w:r>
                </w:p>
              </w:tc>
              <w:tc>
                <w:tcPr>
                  <w:tcW w:w="740" w:type="dxa"/>
                  <w:tcMar>
                    <w:left w:w="0" w:type="dxa"/>
                    <w:right w:w="0" w:type="dxa"/>
                  </w:tcMar>
                </w:tcPr>
                <w:p w14:paraId="0DBD5DDF" w14:textId="77777777" w:rsidR="00F925E9" w:rsidRDefault="00000000">
                  <w:pPr>
                    <w:autoSpaceDE w:val="0"/>
                    <w:autoSpaceDN w:val="0"/>
                    <w:spacing w:before="6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1540" w:type="dxa"/>
                  <w:tcMar>
                    <w:left w:w="0" w:type="dxa"/>
                    <w:right w:w="0" w:type="dxa"/>
                  </w:tcMar>
                </w:tcPr>
                <w:p w14:paraId="34C6FC3E" w14:textId="77777777" w:rsidR="00F925E9" w:rsidRDefault="00000000">
                  <w:pPr>
                    <w:autoSpaceDE w:val="0"/>
                    <w:autoSpaceDN w:val="0"/>
                    <w:spacing w:before="64" w:after="0" w:line="218" w:lineRule="exact"/>
                    <w:ind w:left="1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kemampuan</w:t>
                  </w:r>
                </w:p>
              </w:tc>
            </w:tr>
          </w:tbl>
          <w:p w14:paraId="185B2ABC" w14:textId="77777777" w:rsidR="00F925E9" w:rsidRDefault="00000000">
            <w:pPr>
              <w:autoSpaceDE w:val="0"/>
              <w:autoSpaceDN w:val="0"/>
              <w:spacing w:before="13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</w:tr>
    </w:tbl>
    <w:p w14:paraId="50039FF6" w14:textId="77777777" w:rsidR="00F925E9" w:rsidRDefault="00000000">
      <w:pPr>
        <w:autoSpaceDE w:val="0"/>
        <w:autoSpaceDN w:val="0"/>
        <w:spacing w:before="280" w:after="108" w:line="224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8. Pembekalan Murid Pendamping</w:t>
      </w:r>
    </w:p>
    <w:tbl>
      <w:tblPr>
        <w:tblW w:w="0" w:type="auto"/>
        <w:tblInd w:w="1580" w:type="dxa"/>
        <w:tblLayout w:type="fixed"/>
        <w:tblLook w:val="04A0" w:firstRow="1" w:lastRow="0" w:firstColumn="1" w:lastColumn="0" w:noHBand="0" w:noVBand="1"/>
      </w:tblPr>
      <w:tblGrid>
        <w:gridCol w:w="2800"/>
        <w:gridCol w:w="1580"/>
        <w:gridCol w:w="1100"/>
        <w:gridCol w:w="1820"/>
        <w:gridCol w:w="1940"/>
      </w:tblGrid>
      <w:tr w:rsidR="00F925E9" w14:paraId="76019CB2" w14:textId="77777777">
        <w:trPr>
          <w:trHeight w:hRule="exact" w:val="344"/>
        </w:trPr>
        <w:tc>
          <w:tcPr>
            <w:tcW w:w="2800" w:type="dxa"/>
            <w:tcMar>
              <w:left w:w="0" w:type="dxa"/>
              <w:right w:w="0" w:type="dxa"/>
            </w:tcMar>
          </w:tcPr>
          <w:p w14:paraId="361C74D0" w14:textId="77777777" w:rsidR="00F925E9" w:rsidRDefault="00000000">
            <w:pPr>
              <w:autoSpaceDE w:val="0"/>
              <w:autoSpaceDN w:val="0"/>
              <w:spacing w:before="60" w:after="0" w:line="178" w:lineRule="exact"/>
              <w:ind w:right="23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Sebelum</w:t>
            </w:r>
          </w:p>
        </w:tc>
        <w:tc>
          <w:tcPr>
            <w:tcW w:w="1580" w:type="dxa"/>
            <w:tcMar>
              <w:left w:w="0" w:type="dxa"/>
              <w:right w:w="0" w:type="dxa"/>
            </w:tcMar>
          </w:tcPr>
          <w:p w14:paraId="7CBA1E3C" w14:textId="77777777" w:rsidR="00F925E9" w:rsidRDefault="00000000">
            <w:pPr>
              <w:autoSpaceDE w:val="0"/>
              <w:autoSpaceDN w:val="0"/>
              <w:spacing w:before="62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dilibatkan,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14:paraId="0B26D95D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820" w:type="dxa"/>
            <w:tcMar>
              <w:left w:w="0" w:type="dxa"/>
              <w:right w:w="0" w:type="dxa"/>
            </w:tcMar>
          </w:tcPr>
          <w:p w14:paraId="6C6D781C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pendamping</w:t>
            </w:r>
          </w:p>
        </w:tc>
        <w:tc>
          <w:tcPr>
            <w:tcW w:w="1940" w:type="dxa"/>
            <w:tcMar>
              <w:left w:w="0" w:type="dxa"/>
              <w:right w:w="0" w:type="dxa"/>
            </w:tcMar>
          </w:tcPr>
          <w:p w14:paraId="3EA5B445" w14:textId="77777777" w:rsidR="00F925E9" w:rsidRDefault="00000000">
            <w:pPr>
              <w:autoSpaceDE w:val="0"/>
              <w:autoSpaceDN w:val="0"/>
              <w:spacing w:before="60" w:after="0" w:line="224" w:lineRule="exact"/>
              <w:ind w:left="26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(pengurus</w:t>
            </w:r>
          </w:p>
        </w:tc>
      </w:tr>
    </w:tbl>
    <w:p w14:paraId="36E54C81" w14:textId="77777777" w:rsidR="00F925E9" w:rsidRDefault="00000000">
      <w:pPr>
        <w:autoSpaceDE w:val="0"/>
        <w:autoSpaceDN w:val="0"/>
        <w:spacing w:before="128" w:after="0" w:line="226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OSIM/MPK/ekstrakurikuler/berprestasi) wajib mengikuti sesi pembekalan</w:t>
      </w:r>
    </w:p>
    <w:p w14:paraId="15B4C3D0" w14:textId="77777777" w:rsidR="00F925E9" w:rsidRDefault="00000000">
      <w:pPr>
        <w:autoSpaceDE w:val="0"/>
        <w:autoSpaceDN w:val="0"/>
        <w:spacing w:before="196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singkat yang mencakup:</w:t>
      </w:r>
    </w:p>
    <w:p w14:paraId="52C8B8F6" w14:textId="77777777" w:rsidR="00F925E9" w:rsidRDefault="00000000">
      <w:pPr>
        <w:autoSpaceDE w:val="0"/>
        <w:autoSpaceDN w:val="0"/>
        <w:spacing w:before="346" w:after="0" w:line="224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a. Penjelasan tujuan dan filosofi Matamuda yang menyenangkan dan</w:t>
      </w:r>
    </w:p>
    <w:p w14:paraId="796C8A42" w14:textId="77777777" w:rsidR="00F925E9" w:rsidRDefault="00000000">
      <w:pPr>
        <w:autoSpaceDE w:val="0"/>
        <w:autoSpaceDN w:val="0"/>
        <w:spacing w:before="192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bebas perundungan;</w:t>
      </w:r>
    </w:p>
    <w:p w14:paraId="5400FE76" w14:textId="77777777" w:rsidR="00F925E9" w:rsidRDefault="00000000">
      <w:pPr>
        <w:autoSpaceDE w:val="0"/>
        <w:autoSpaceDN w:val="0"/>
        <w:spacing w:before="296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b. Batasan peran murid pendamping, yaitu sebatas membantu teknis</w:t>
      </w:r>
    </w:p>
    <w:p w14:paraId="452ED1B4" w14:textId="77777777" w:rsidR="00F925E9" w:rsidRDefault="00000000">
      <w:pPr>
        <w:autoSpaceDE w:val="0"/>
        <w:autoSpaceDN w:val="0"/>
        <w:spacing w:before="188" w:after="0" w:line="224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kegiatan dan bukan menjadi figur otoritas yang dapat memberi</w:t>
      </w:r>
    </w:p>
    <w:p w14:paraId="302FC241" w14:textId="77777777" w:rsidR="00F925E9" w:rsidRDefault="00000000">
      <w:pPr>
        <w:autoSpaceDE w:val="0"/>
        <w:autoSpaceDN w:val="0"/>
        <w:spacing w:before="188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hukuman/sanksi kepada Murid Baru;</w:t>
      </w:r>
    </w:p>
    <w:p w14:paraId="333C059D" w14:textId="77777777" w:rsidR="00F925E9" w:rsidRDefault="00000000">
      <w:pPr>
        <w:autoSpaceDE w:val="0"/>
        <w:autoSpaceDN w:val="0"/>
        <w:spacing w:before="294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c. Etika komunikasi dan interaksi yang sopan, ramah, serta menjaga</w:t>
      </w:r>
    </w:p>
    <w:p w14:paraId="20B03540" w14:textId="77777777" w:rsidR="00F925E9" w:rsidRDefault="00000000">
      <w:pPr>
        <w:autoSpaceDE w:val="0"/>
        <w:autoSpaceDN w:val="0"/>
        <w:spacing w:before="192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kepatutan, khususnya antara murid pendamping dan Murid Baru</w:t>
      </w:r>
    </w:p>
    <w:p w14:paraId="22F78A3B" w14:textId="77777777" w:rsidR="00F925E9" w:rsidRDefault="00000000">
      <w:pPr>
        <w:autoSpaceDE w:val="0"/>
        <w:autoSpaceDN w:val="0"/>
        <w:spacing w:before="196" w:after="23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berlawanan jenis;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2940"/>
        <w:gridCol w:w="1280"/>
        <w:gridCol w:w="1000"/>
        <w:gridCol w:w="820"/>
        <w:gridCol w:w="1520"/>
        <w:gridCol w:w="2040"/>
      </w:tblGrid>
      <w:tr w:rsidR="00F925E9" w14:paraId="66238733" w14:textId="77777777">
        <w:trPr>
          <w:trHeight w:hRule="exact" w:val="342"/>
        </w:trPr>
        <w:tc>
          <w:tcPr>
            <w:tcW w:w="2940" w:type="dxa"/>
            <w:tcMar>
              <w:left w:w="0" w:type="dxa"/>
              <w:right w:w="0" w:type="dxa"/>
            </w:tcMar>
          </w:tcPr>
          <w:p w14:paraId="0D7EB2D5" w14:textId="77777777" w:rsidR="00F925E9" w:rsidRDefault="00000000">
            <w:pPr>
              <w:autoSpaceDE w:val="0"/>
              <w:autoSpaceDN w:val="0"/>
              <w:spacing w:before="60" w:after="0" w:line="176" w:lineRule="exact"/>
              <w:ind w:right="9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d. Mekanisme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509F4E19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pelaporan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0A84022E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apabila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0554642C" w14:textId="77777777" w:rsidR="00F925E9" w:rsidRDefault="00000000">
            <w:pPr>
              <w:autoSpaceDE w:val="0"/>
              <w:autoSpaceDN w:val="0"/>
              <w:spacing w:before="60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14:paraId="1193AE13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pendamping</w:t>
            </w:r>
          </w:p>
        </w:tc>
        <w:tc>
          <w:tcPr>
            <w:tcW w:w="2040" w:type="dxa"/>
            <w:tcMar>
              <w:left w:w="0" w:type="dxa"/>
              <w:right w:w="0" w:type="dxa"/>
            </w:tcMar>
          </w:tcPr>
          <w:p w14:paraId="6989CA51" w14:textId="77777777" w:rsidR="00F925E9" w:rsidRDefault="00000000">
            <w:pPr>
              <w:autoSpaceDE w:val="0"/>
              <w:autoSpaceDN w:val="0"/>
              <w:spacing w:before="60" w:after="0" w:line="176" w:lineRule="exact"/>
              <w:ind w:left="12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menemukan</w:t>
            </w:r>
          </w:p>
        </w:tc>
      </w:tr>
    </w:tbl>
    <w:p w14:paraId="7C06A071" w14:textId="77777777" w:rsidR="00F925E9" w:rsidRDefault="00000000">
      <w:pPr>
        <w:autoSpaceDE w:val="0"/>
        <w:autoSpaceDN w:val="0"/>
        <w:spacing w:before="128" w:after="0" w:line="226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indikasi pelanggaran (perundungan, pelecehan, dan sebagainya)</w:t>
      </w:r>
    </w:p>
    <w:p w14:paraId="254604FD" w14:textId="77777777" w:rsidR="00F925E9" w:rsidRDefault="00000000">
      <w:pPr>
        <w:autoSpaceDE w:val="0"/>
        <w:autoSpaceDN w:val="0"/>
        <w:spacing w:before="190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selama kegiatan berlangsung.</w:t>
      </w:r>
    </w:p>
    <w:p w14:paraId="0A3A3428" w14:textId="77777777" w:rsidR="00F925E9" w:rsidRDefault="00000000">
      <w:pPr>
        <w:autoSpaceDE w:val="0"/>
        <w:autoSpaceDN w:val="0"/>
        <w:spacing w:before="408" w:after="156" w:line="226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9. Jadwal Rapat Koordinasi Panitia (Contoh)</w:t>
      </w:r>
    </w:p>
    <w:tbl>
      <w:tblPr>
        <w:tblW w:w="0" w:type="auto"/>
        <w:tblInd w:w="2512" w:type="dxa"/>
        <w:tblLayout w:type="fixed"/>
        <w:tblLook w:val="04A0" w:firstRow="1" w:lastRow="0" w:firstColumn="1" w:lastColumn="0" w:noHBand="0" w:noVBand="1"/>
      </w:tblPr>
      <w:tblGrid>
        <w:gridCol w:w="1092"/>
        <w:gridCol w:w="3480"/>
        <w:gridCol w:w="3480"/>
      </w:tblGrid>
      <w:tr w:rsidR="00F925E9" w14:paraId="0024909C" w14:textId="77777777">
        <w:trPr>
          <w:trHeight w:hRule="exact" w:val="580"/>
        </w:trPr>
        <w:tc>
          <w:tcPr>
            <w:tcW w:w="109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5EF98A0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Waktu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3BF37E0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Agenda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9CF48B1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Peserta</w:t>
            </w:r>
          </w:p>
        </w:tc>
      </w:tr>
      <w:tr w:rsidR="00F925E9" w14:paraId="0E027F44" w14:textId="77777777">
        <w:trPr>
          <w:trHeight w:hRule="exact" w:val="964"/>
        </w:trPr>
        <w:tc>
          <w:tcPr>
            <w:tcW w:w="109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5CC7024" w14:textId="77777777" w:rsidR="00F925E9" w:rsidRDefault="00000000">
            <w:pPr>
              <w:autoSpaceDE w:val="0"/>
              <w:autoSpaceDN w:val="0"/>
              <w:spacing w:before="318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H-7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EF6C2C9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Pembentukan dan pembagian</w:t>
            </w:r>
          </w:p>
          <w:p w14:paraId="3B9B7995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tugas panitia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6943001" w14:textId="77777777" w:rsidR="00F925E9" w:rsidRDefault="00000000">
            <w:pPr>
              <w:autoSpaceDE w:val="0"/>
              <w:autoSpaceDN w:val="0"/>
              <w:spacing w:before="31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Seluruh panitia</w:t>
            </w:r>
          </w:p>
        </w:tc>
      </w:tr>
      <w:tr w:rsidR="00F925E9" w14:paraId="51CF8642" w14:textId="77777777">
        <w:trPr>
          <w:trHeight w:hRule="exact" w:val="1006"/>
        </w:trPr>
        <w:tc>
          <w:tcPr>
            <w:tcW w:w="1092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0D91292" w14:textId="77777777" w:rsidR="00F925E9" w:rsidRDefault="00000000">
            <w:pPr>
              <w:autoSpaceDE w:val="0"/>
              <w:autoSpaceDN w:val="0"/>
              <w:spacing w:before="35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H-6</w:t>
            </w:r>
          </w:p>
        </w:tc>
        <w:tc>
          <w:tcPr>
            <w:tcW w:w="348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2AA2DB9" w14:textId="77777777" w:rsidR="00F925E9" w:rsidRDefault="00000000">
            <w:pPr>
              <w:autoSpaceDE w:val="0"/>
              <w:autoSpaceDN w:val="0"/>
              <w:spacing w:before="14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Penyusunan program, jadwal,</w:t>
            </w:r>
          </w:p>
          <w:p w14:paraId="05A90560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 anggaran</w:t>
            </w:r>
          </w:p>
        </w:tc>
        <w:tc>
          <w:tcPr>
            <w:tcW w:w="348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03FEE65" w14:textId="77777777" w:rsidR="00F925E9" w:rsidRDefault="00000000">
            <w:pPr>
              <w:autoSpaceDE w:val="0"/>
              <w:autoSpaceDN w:val="0"/>
              <w:spacing w:before="144" w:after="0" w:line="20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Ketua, Sekretaris, Bendahara,</w:t>
            </w:r>
          </w:p>
          <w:p w14:paraId="6FA96D35" w14:textId="77777777" w:rsidR="00F925E9" w:rsidRDefault="00000000">
            <w:pPr>
              <w:autoSpaceDE w:val="0"/>
              <w:autoSpaceDN w:val="0"/>
              <w:spacing w:before="20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</w:t>
            </w:r>
          </w:p>
        </w:tc>
      </w:tr>
    </w:tbl>
    <w:p w14:paraId="215E837F" w14:textId="77777777" w:rsidR="00F925E9" w:rsidRDefault="00000000">
      <w:pPr>
        <w:autoSpaceDE w:val="0"/>
        <w:autoSpaceDN w:val="0"/>
        <w:spacing w:before="40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31</w:t>
      </w:r>
    </w:p>
    <w:p w14:paraId="41E759BB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636A366B" w14:textId="77777777" w:rsidR="00F925E9" w:rsidRDefault="00F925E9">
      <w:pPr>
        <w:autoSpaceDE w:val="0"/>
        <w:autoSpaceDN w:val="0"/>
        <w:spacing w:after="0" w:line="220" w:lineRule="exact"/>
      </w:pPr>
    </w:p>
    <w:p w14:paraId="7CB69EC1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4F543EF" w14:textId="77777777" w:rsidR="00F925E9" w:rsidRDefault="00000000">
      <w:pPr>
        <w:autoSpaceDE w:val="0"/>
        <w:autoSpaceDN w:val="0"/>
        <w:spacing w:after="618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2512" w:type="dxa"/>
        <w:tblLayout w:type="fixed"/>
        <w:tblLook w:val="04A0" w:firstRow="1" w:lastRow="0" w:firstColumn="1" w:lastColumn="0" w:noHBand="0" w:noVBand="1"/>
      </w:tblPr>
      <w:tblGrid>
        <w:gridCol w:w="1092"/>
        <w:gridCol w:w="3480"/>
        <w:gridCol w:w="3480"/>
      </w:tblGrid>
      <w:tr w:rsidR="00F925E9" w14:paraId="7605E32E" w14:textId="77777777">
        <w:trPr>
          <w:trHeight w:hRule="exact" w:val="585"/>
        </w:trPr>
        <w:tc>
          <w:tcPr>
            <w:tcW w:w="109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03BD801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Waktu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2DA7056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Agenda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1146225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Peserta</w:t>
            </w:r>
          </w:p>
        </w:tc>
      </w:tr>
      <w:tr w:rsidR="00F925E9" w14:paraId="4D76D3B9" w14:textId="77777777">
        <w:trPr>
          <w:trHeight w:hRule="exact" w:val="963"/>
        </w:trPr>
        <w:tc>
          <w:tcPr>
            <w:tcW w:w="109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AE94F53" w14:textId="77777777" w:rsidR="00F925E9" w:rsidRDefault="00000000">
            <w:pPr>
              <w:autoSpaceDE w:val="0"/>
              <w:autoSpaceDN w:val="0"/>
              <w:spacing w:before="318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H-5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395077B" w14:textId="77777777" w:rsidR="00F925E9" w:rsidRDefault="00000000">
            <w:pPr>
              <w:autoSpaceDE w:val="0"/>
              <w:autoSpaceDN w:val="0"/>
              <w:spacing w:before="10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Pembekalan murid</w:t>
            </w:r>
          </w:p>
          <w:p w14:paraId="474CDBD7" w14:textId="77777777" w:rsidR="00F925E9" w:rsidRDefault="00000000">
            <w:pPr>
              <w:autoSpaceDE w:val="0"/>
              <w:autoSpaceDN w:val="0"/>
              <w:spacing w:before="24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pendamping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A9A9EFE" w14:textId="77777777" w:rsidR="00F925E9" w:rsidRDefault="00000000">
            <w:pPr>
              <w:autoSpaceDE w:val="0"/>
              <w:autoSpaceDN w:val="0"/>
              <w:spacing w:before="106" w:after="0" w:line="20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Acara, murid</w:t>
            </w:r>
          </w:p>
          <w:p w14:paraId="48D278F3" w14:textId="77777777" w:rsidR="00F925E9" w:rsidRDefault="00000000">
            <w:pPr>
              <w:autoSpaceDE w:val="0"/>
              <w:autoSpaceDN w:val="0"/>
              <w:spacing w:before="21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pendamping</w:t>
            </w:r>
          </w:p>
        </w:tc>
      </w:tr>
      <w:tr w:rsidR="00F925E9" w14:paraId="6BB27F41" w14:textId="77777777">
        <w:trPr>
          <w:trHeight w:hRule="exact" w:val="1031"/>
        </w:trPr>
        <w:tc>
          <w:tcPr>
            <w:tcW w:w="109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2A54B0E" w14:textId="77777777" w:rsidR="00F925E9" w:rsidRDefault="00000000">
            <w:pPr>
              <w:autoSpaceDE w:val="0"/>
              <w:autoSpaceDN w:val="0"/>
              <w:spacing w:before="348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H-1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A3D32AC" w14:textId="77777777" w:rsidR="00F925E9" w:rsidRDefault="00000000">
            <w:pPr>
              <w:autoSpaceDE w:val="0"/>
              <w:autoSpaceDN w:val="0"/>
              <w:spacing w:before="140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Gladi bersih dan uji coba</w:t>
            </w:r>
          </w:p>
          <w:p w14:paraId="18CDE17B" w14:textId="77777777" w:rsidR="00F925E9" w:rsidRDefault="00000000">
            <w:pPr>
              <w:autoSpaceDE w:val="0"/>
              <w:autoSpaceDN w:val="0"/>
              <w:spacing w:before="240" w:after="0" w:line="13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sarana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D4FDBDD" w14:textId="77777777" w:rsidR="00F925E9" w:rsidRDefault="00000000">
            <w:pPr>
              <w:autoSpaceDE w:val="0"/>
              <w:autoSpaceDN w:val="0"/>
              <w:spacing w:before="34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Seluruh panitia</w:t>
            </w:r>
          </w:p>
        </w:tc>
      </w:tr>
      <w:tr w:rsidR="00F925E9" w14:paraId="03FEA955" w14:textId="77777777">
        <w:trPr>
          <w:trHeight w:hRule="exact" w:val="2205"/>
        </w:trPr>
        <w:tc>
          <w:tcPr>
            <w:tcW w:w="109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9C8D5E0" w14:textId="77777777" w:rsidR="00F925E9" w:rsidRDefault="00000000">
            <w:pPr>
              <w:autoSpaceDE w:val="0"/>
              <w:autoSpaceDN w:val="0"/>
              <w:spacing w:before="108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Setiap</w:t>
            </w:r>
          </w:p>
          <w:p w14:paraId="68C1D68D" w14:textId="77777777" w:rsidR="00F925E9" w:rsidRDefault="00000000">
            <w:pPr>
              <w:autoSpaceDE w:val="0"/>
              <w:autoSpaceDN w:val="0"/>
              <w:spacing w:before="19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akhir</w:t>
            </w:r>
          </w:p>
          <w:p w14:paraId="6F50D9CE" w14:textId="77777777" w:rsidR="00F925E9" w:rsidRDefault="00000000">
            <w:pPr>
              <w:autoSpaceDE w:val="0"/>
              <w:autoSpaceDN w:val="0"/>
              <w:spacing w:before="24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hari</w:t>
            </w:r>
          </w:p>
          <w:p w14:paraId="0BC093F9" w14:textId="77777777" w:rsidR="00F925E9" w:rsidRDefault="00000000">
            <w:pPr>
              <w:autoSpaceDE w:val="0"/>
              <w:autoSpaceDN w:val="0"/>
              <w:spacing w:before="234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(H1–</w:t>
            </w:r>
          </w:p>
          <w:p w14:paraId="75F96CBA" w14:textId="77777777" w:rsidR="00F925E9" w:rsidRDefault="00000000">
            <w:pPr>
              <w:autoSpaceDE w:val="0"/>
              <w:autoSpaceDN w:val="0"/>
              <w:spacing w:before="188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H5)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CCD2164" w14:textId="77777777" w:rsidR="00F925E9" w:rsidRDefault="00000000">
            <w:pPr>
              <w:autoSpaceDE w:val="0"/>
              <w:autoSpaceDN w:val="0"/>
              <w:spacing w:before="734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Evaluasi harian dan</w:t>
            </w:r>
          </w:p>
          <w:p w14:paraId="6486E30D" w14:textId="77777777" w:rsidR="00F925E9" w:rsidRDefault="00000000">
            <w:pPr>
              <w:autoSpaceDE w:val="0"/>
              <w:autoSpaceDN w:val="0"/>
              <w:spacing w:before="23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penyesuaian rencana</w:t>
            </w:r>
          </w:p>
        </w:tc>
        <w:tc>
          <w:tcPr>
            <w:tcW w:w="34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5C14EF4" w14:textId="77777777" w:rsidR="00F925E9" w:rsidRDefault="00000000">
            <w:pPr>
              <w:autoSpaceDE w:val="0"/>
              <w:autoSpaceDN w:val="0"/>
              <w:spacing w:before="93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Seluruh panitia</w:t>
            </w:r>
          </w:p>
        </w:tc>
      </w:tr>
      <w:tr w:rsidR="00F925E9" w14:paraId="6E393E6B" w14:textId="77777777">
        <w:trPr>
          <w:trHeight w:hRule="exact" w:val="1004"/>
        </w:trPr>
        <w:tc>
          <w:tcPr>
            <w:tcW w:w="1092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BB2C851" w14:textId="77777777" w:rsidR="00F925E9" w:rsidRDefault="00000000">
            <w:pPr>
              <w:autoSpaceDE w:val="0"/>
              <w:autoSpaceDN w:val="0"/>
              <w:spacing w:before="35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H+3</w:t>
            </w:r>
          </w:p>
        </w:tc>
        <w:tc>
          <w:tcPr>
            <w:tcW w:w="348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4BBAC3B" w14:textId="77777777" w:rsidR="00F925E9" w:rsidRDefault="00000000">
            <w:pPr>
              <w:autoSpaceDE w:val="0"/>
              <w:autoSpaceDN w:val="0"/>
              <w:spacing w:before="14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Evaluasi akhir dan</w:t>
            </w:r>
          </w:p>
          <w:p w14:paraId="5ECB4759" w14:textId="77777777" w:rsidR="00F925E9" w:rsidRDefault="00000000">
            <w:pPr>
              <w:autoSpaceDE w:val="0"/>
              <w:autoSpaceDN w:val="0"/>
              <w:spacing w:before="24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penyusunan laporan</w:t>
            </w:r>
          </w:p>
        </w:tc>
        <w:tc>
          <w:tcPr>
            <w:tcW w:w="348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77CFB2C" w14:textId="77777777" w:rsidR="00F925E9" w:rsidRDefault="00000000">
            <w:pPr>
              <w:autoSpaceDE w:val="0"/>
              <w:autoSpaceDN w:val="0"/>
              <w:spacing w:before="144" w:after="0" w:line="20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Ketua, Sekretaris, Koordinator</w:t>
            </w:r>
          </w:p>
          <w:p w14:paraId="50BC98A8" w14:textId="77777777" w:rsidR="00F925E9" w:rsidRDefault="00000000">
            <w:pPr>
              <w:autoSpaceDE w:val="0"/>
              <w:autoSpaceDN w:val="0"/>
              <w:spacing w:before="20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</w:t>
            </w:r>
          </w:p>
        </w:tc>
      </w:tr>
    </w:tbl>
    <w:p w14:paraId="251C8376" w14:textId="77777777" w:rsidR="00F925E9" w:rsidRDefault="00000000">
      <w:pPr>
        <w:autoSpaceDE w:val="0"/>
        <w:autoSpaceDN w:val="0"/>
        <w:spacing w:before="772" w:after="0" w:line="224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F. Keterlibatan Orang Tua/Wali Murid</w:t>
      </w:r>
    </w:p>
    <w:p w14:paraId="51EC119E" w14:textId="77777777" w:rsidR="00F925E9" w:rsidRDefault="00000000">
      <w:pPr>
        <w:autoSpaceDE w:val="0"/>
        <w:autoSpaceDN w:val="0"/>
        <w:spacing w:before="274" w:after="112" w:line="226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1. Pentingnya Pelibatan Orang Tua/Wali Murid</w:t>
      </w:r>
    </w:p>
    <w:tbl>
      <w:tblPr>
        <w:tblW w:w="0" w:type="auto"/>
        <w:tblInd w:w="1580" w:type="dxa"/>
        <w:tblLayout w:type="fixed"/>
        <w:tblLook w:val="04A0" w:firstRow="1" w:lastRow="0" w:firstColumn="1" w:lastColumn="0" w:noHBand="0" w:noVBand="1"/>
      </w:tblPr>
      <w:tblGrid>
        <w:gridCol w:w="3160"/>
        <w:gridCol w:w="1460"/>
        <w:gridCol w:w="820"/>
        <w:gridCol w:w="980"/>
        <w:gridCol w:w="1520"/>
        <w:gridCol w:w="1300"/>
      </w:tblGrid>
      <w:tr w:rsidR="00F925E9" w14:paraId="281A6487" w14:textId="77777777">
        <w:trPr>
          <w:trHeight w:hRule="exact" w:val="342"/>
        </w:trPr>
        <w:tc>
          <w:tcPr>
            <w:tcW w:w="3160" w:type="dxa"/>
            <w:tcMar>
              <w:left w:w="0" w:type="dxa"/>
              <w:right w:w="0" w:type="dxa"/>
            </w:tcMar>
          </w:tcPr>
          <w:p w14:paraId="686CCCBD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42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Keberhasilan</w:t>
            </w:r>
          </w:p>
        </w:tc>
        <w:tc>
          <w:tcPr>
            <w:tcW w:w="1460" w:type="dxa"/>
            <w:tcMar>
              <w:left w:w="0" w:type="dxa"/>
              <w:right w:w="0" w:type="dxa"/>
            </w:tcMar>
          </w:tcPr>
          <w:p w14:paraId="30F74F8B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Matamuda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1AB35C05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tidak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</w:tcPr>
          <w:p w14:paraId="6DDDDB18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hanya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14:paraId="732B1928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bergantung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57711408" w14:textId="77777777" w:rsidR="00F925E9" w:rsidRDefault="00000000">
            <w:pPr>
              <w:autoSpaceDE w:val="0"/>
              <w:autoSpaceDN w:val="0"/>
              <w:spacing w:before="60" w:after="0" w:line="218" w:lineRule="exact"/>
              <w:ind w:left="17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pada</w:t>
            </w:r>
          </w:p>
        </w:tc>
      </w:tr>
    </w:tbl>
    <w:p w14:paraId="178F5EEB" w14:textId="77777777" w:rsidR="00F925E9" w:rsidRDefault="00000000">
      <w:pPr>
        <w:autoSpaceDE w:val="0"/>
        <w:autoSpaceDN w:val="0"/>
        <w:spacing w:after="0" w:line="382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pelaksanaan di lingkungan madrasah, tetapi juga pada dukungan Orang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Tua/Wali Murid di rumah. Sosialisasi yang baik kepada Orang Tua/ Wali</w:t>
      </w:r>
    </w:p>
    <w:p w14:paraId="723928F9" w14:textId="77777777" w:rsidR="00F925E9" w:rsidRDefault="00000000">
      <w:pPr>
        <w:autoSpaceDE w:val="0"/>
        <w:autoSpaceDN w:val="0"/>
        <w:spacing w:before="1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Murid akan membantu menumbuhkan rasa tenang pada Murid Baru,</w:t>
      </w:r>
    </w:p>
    <w:p w14:paraId="15E5BCDD" w14:textId="77777777" w:rsidR="00F925E9" w:rsidRDefault="00000000">
      <w:pPr>
        <w:autoSpaceDE w:val="0"/>
        <w:autoSpaceDN w:val="0"/>
        <w:spacing w:before="196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sekaligus membangun komunikasi dan kemitraan yang sehat antara</w:t>
      </w:r>
    </w:p>
    <w:p w14:paraId="298B2D0C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madrasah dan keluarga sejak awal tahun pelajaran.</w:t>
      </w:r>
    </w:p>
    <w:p w14:paraId="5B4BF921" w14:textId="77777777" w:rsidR="00F925E9" w:rsidRDefault="00000000">
      <w:pPr>
        <w:tabs>
          <w:tab w:val="left" w:pos="2476"/>
          <w:tab w:val="left" w:pos="3196"/>
        </w:tabs>
        <w:autoSpaceDE w:val="0"/>
        <w:autoSpaceDN w:val="0"/>
        <w:spacing w:before="230" w:after="0" w:line="404" w:lineRule="exact"/>
        <w:ind w:left="2116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2. Pelibatan Orang Tua pada Hari Pelaksanaan </w:t>
      </w:r>
      <w:r>
        <w:br/>
      </w:r>
      <w:r>
        <w:tab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 xml:space="preserve">Pada jenjang RA dan MI, Orang Tua/ Wali Murid dapat dilibatkan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secara terbatas pada hari pertama, misalnya untuk mengantar dan</w:t>
      </w:r>
    </w:p>
    <w:p w14:paraId="0CA143AE" w14:textId="77777777" w:rsidR="00F925E9" w:rsidRDefault="00000000">
      <w:pPr>
        <w:autoSpaceDE w:val="0"/>
        <w:autoSpaceDN w:val="0"/>
        <w:spacing w:before="1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mendampingi murid beradaptasi pada sesi awal, sebelum secara</w:t>
      </w:r>
    </w:p>
    <w:p w14:paraId="21AE11C6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bertahap murid dilepas untuk mengikuti kegiatan secara mandiri bersama</w:t>
      </w:r>
    </w:p>
    <w:p w14:paraId="2DECAF2C" w14:textId="77777777" w:rsidR="00F925E9" w:rsidRDefault="00000000">
      <w:pPr>
        <w:autoSpaceDE w:val="0"/>
        <w:autoSpaceDN w:val="0"/>
        <w:spacing w:before="192" w:after="0" w:line="218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wali kelompok.</w:t>
      </w:r>
    </w:p>
    <w:p w14:paraId="6C090772" w14:textId="77777777" w:rsidR="00F925E9" w:rsidRDefault="00000000">
      <w:pPr>
        <w:autoSpaceDE w:val="0"/>
        <w:autoSpaceDN w:val="0"/>
        <w:spacing w:before="168" w:after="0" w:line="412" w:lineRule="exact"/>
        <w:ind w:left="2476" w:right="1152" w:firstLine="720"/>
      </w:pPr>
      <w:r>
        <w:rPr>
          <w:rFonts w:ascii="ArialMT" w:eastAsia="ArialMT" w:hAnsi="ArialMT"/>
          <w:color w:val="000000"/>
          <w:spacing w:val="-10"/>
          <w:sz w:val="24"/>
        </w:rPr>
        <w:t xml:space="preserve">Pada jenjang MTs dan MA, pelibatan Orang Tua/ Wali Murid lebih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difokuskan pada sosialisasi sebelum kegiatan dan komunikasi hasil</w:t>
      </w:r>
    </w:p>
    <w:p w14:paraId="316F7FCD" w14:textId="77777777" w:rsidR="00F925E9" w:rsidRDefault="00000000">
      <w:pPr>
        <w:autoSpaceDE w:val="0"/>
        <w:autoSpaceDN w:val="0"/>
        <w:spacing w:before="780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32</w:t>
      </w:r>
    </w:p>
    <w:p w14:paraId="1D8697CB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4F7A02B0" w14:textId="77777777" w:rsidR="00F925E9" w:rsidRDefault="00F925E9">
      <w:pPr>
        <w:autoSpaceDE w:val="0"/>
        <w:autoSpaceDN w:val="0"/>
        <w:spacing w:after="0" w:line="220" w:lineRule="exact"/>
      </w:pPr>
    </w:p>
    <w:p w14:paraId="16C5FFC5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4F1D646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0CB60DA1" w14:textId="77777777" w:rsidR="00F925E9" w:rsidRDefault="00000000">
      <w:pPr>
        <w:autoSpaceDE w:val="0"/>
        <w:autoSpaceDN w:val="0"/>
        <w:spacing w:before="638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pemetaan talenta setelah kegiatan, bukan pendampingan langsung</w:t>
      </w:r>
    </w:p>
    <w:p w14:paraId="3F3596EE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selama kegiatan berlangsung.</w:t>
      </w:r>
    </w:p>
    <w:p w14:paraId="05EC0035" w14:textId="77777777" w:rsidR="00F925E9" w:rsidRDefault="00000000">
      <w:pPr>
        <w:autoSpaceDE w:val="0"/>
        <w:autoSpaceDN w:val="0"/>
        <w:spacing w:before="414" w:after="108" w:line="226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3. Komunikasi Hasil Matamuda kepada Orang Tua/Wali Murid</w:t>
      </w:r>
    </w:p>
    <w:tbl>
      <w:tblPr>
        <w:tblW w:w="0" w:type="auto"/>
        <w:tblInd w:w="1580" w:type="dxa"/>
        <w:tblLayout w:type="fixed"/>
        <w:tblLook w:val="04A0" w:firstRow="1" w:lastRow="0" w:firstColumn="1" w:lastColumn="0" w:noHBand="0" w:noVBand="1"/>
      </w:tblPr>
      <w:tblGrid>
        <w:gridCol w:w="2600"/>
        <w:gridCol w:w="1720"/>
        <w:gridCol w:w="1540"/>
        <w:gridCol w:w="1420"/>
        <w:gridCol w:w="1960"/>
      </w:tblGrid>
      <w:tr w:rsidR="00F925E9" w14:paraId="197CAD50" w14:textId="77777777">
        <w:trPr>
          <w:trHeight w:hRule="exact" w:val="342"/>
        </w:trPr>
        <w:tc>
          <w:tcPr>
            <w:tcW w:w="2600" w:type="dxa"/>
            <w:tcMar>
              <w:left w:w="0" w:type="dxa"/>
              <w:right w:w="0" w:type="dxa"/>
            </w:tcMar>
          </w:tcPr>
          <w:p w14:paraId="49D09944" w14:textId="77777777" w:rsidR="00F925E9" w:rsidRDefault="00000000">
            <w:pPr>
              <w:autoSpaceDE w:val="0"/>
              <w:autoSpaceDN w:val="0"/>
              <w:spacing w:before="60" w:after="0" w:line="178" w:lineRule="exact"/>
              <w:ind w:right="17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Setelah</w:t>
            </w:r>
          </w:p>
        </w:tc>
        <w:tc>
          <w:tcPr>
            <w:tcW w:w="1720" w:type="dxa"/>
            <w:tcMar>
              <w:left w:w="0" w:type="dxa"/>
              <w:right w:w="0" w:type="dxa"/>
            </w:tcMar>
          </w:tcPr>
          <w:p w14:paraId="62949F64" w14:textId="77777777" w:rsidR="00F925E9" w:rsidRDefault="00000000">
            <w:pPr>
              <w:autoSpaceDE w:val="0"/>
              <w:autoSpaceDN w:val="0"/>
              <w:spacing w:before="62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14:paraId="7AB3A96C" w14:textId="77777777" w:rsidR="00F925E9" w:rsidRDefault="00000000">
            <w:pPr>
              <w:autoSpaceDE w:val="0"/>
              <w:autoSpaceDN w:val="0"/>
              <w:spacing w:before="62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Matamuda,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59779C3A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1960" w:type="dxa"/>
            <w:tcMar>
              <w:left w:w="0" w:type="dxa"/>
              <w:right w:w="0" w:type="dxa"/>
            </w:tcMar>
          </w:tcPr>
          <w:p w14:paraId="5CB150FC" w14:textId="77777777" w:rsidR="00F925E9" w:rsidRDefault="00000000">
            <w:pPr>
              <w:autoSpaceDE w:val="0"/>
              <w:autoSpaceDN w:val="0"/>
              <w:spacing w:before="62" w:after="0" w:line="176" w:lineRule="exact"/>
              <w:ind w:left="19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disarankan</w:t>
            </w:r>
          </w:p>
        </w:tc>
      </w:tr>
    </w:tbl>
    <w:p w14:paraId="5F11A0C4" w14:textId="77777777" w:rsidR="00F925E9" w:rsidRDefault="00000000">
      <w:pPr>
        <w:autoSpaceDE w:val="0"/>
        <w:autoSpaceDN w:val="0"/>
        <w:spacing w:after="0" w:line="384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menyampaikan ringkasan hasil kegiatan kepada Orang Tua/ Wali Murid,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termasuk informasi umum mengenai potensi/minat anak yang teramati</w:t>
      </w:r>
    </w:p>
    <w:p w14:paraId="42515CB7" w14:textId="77777777" w:rsidR="00F925E9" w:rsidRDefault="00000000">
      <w:pPr>
        <w:autoSpaceDE w:val="0"/>
        <w:autoSpaceDN w:val="0"/>
        <w:spacing w:before="6" w:after="0" w:line="412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(disampaikan secara apresiatif, bukan label atau peringkat), status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pendaftaran Cek Kesehatan Gratis (CKG), serta rencana kegiatan</w:t>
      </w:r>
    </w:p>
    <w:p w14:paraId="465EA655" w14:textId="77777777" w:rsidR="00F925E9" w:rsidRDefault="00000000">
      <w:pPr>
        <w:autoSpaceDE w:val="0"/>
        <w:autoSpaceDN w:val="0"/>
        <w:spacing w:before="1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pembelajaran dan kesiswaan pada semester berjalan.</w:t>
      </w:r>
    </w:p>
    <w:p w14:paraId="381FDA27" w14:textId="77777777" w:rsidR="00F925E9" w:rsidRDefault="00000000">
      <w:pPr>
        <w:autoSpaceDE w:val="0"/>
        <w:autoSpaceDN w:val="0"/>
        <w:spacing w:before="416" w:after="0" w:line="222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4. Mekanisme Pengaduan</w:t>
      </w:r>
    </w:p>
    <w:p w14:paraId="3900EAC0" w14:textId="77777777" w:rsidR="00F925E9" w:rsidRDefault="00000000">
      <w:pPr>
        <w:autoSpaceDE w:val="0"/>
        <w:autoSpaceDN w:val="0"/>
        <w:spacing w:before="172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Madrasah wajib menyediakan kanal pengaduan yang jelas dan</w:t>
      </w:r>
    </w:p>
    <w:p w14:paraId="733AA6C2" w14:textId="77777777" w:rsidR="00F925E9" w:rsidRDefault="00000000">
      <w:pPr>
        <w:autoSpaceDE w:val="0"/>
        <w:autoSpaceDN w:val="0"/>
        <w:spacing w:before="188" w:after="0" w:line="224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mudah diakses oleh Orang Tua/ Wali Murid apabila terjadi dugaan</w:t>
      </w:r>
    </w:p>
    <w:p w14:paraId="2C1C469B" w14:textId="77777777" w:rsidR="00F925E9" w:rsidRDefault="00000000">
      <w:pPr>
        <w:autoSpaceDE w:val="0"/>
        <w:autoSpaceDN w:val="0"/>
        <w:spacing w:before="1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pelanggaran selama pelaksanaan Matamuda, misalnya melalui nomor</w:t>
      </w:r>
    </w:p>
    <w:p w14:paraId="53CD71F6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kontak panitia, kotak saran, atau layanan pengaduan resmi madrasah,</w:t>
      </w:r>
    </w:p>
    <w:p w14:paraId="0B99D96A" w14:textId="77777777" w:rsidR="00F925E9" w:rsidRDefault="00000000">
      <w:pPr>
        <w:autoSpaceDE w:val="0"/>
        <w:autoSpaceDN w:val="0"/>
        <w:spacing w:before="8" w:after="0" w:line="410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sebelum diteruskan kepada Kantor Kementerian Agama Kabupaten/Kota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apabila diperlukan.</w:t>
      </w:r>
    </w:p>
    <w:p w14:paraId="28367254" w14:textId="77777777" w:rsidR="00F925E9" w:rsidRDefault="00000000">
      <w:pPr>
        <w:autoSpaceDE w:val="0"/>
        <w:autoSpaceDN w:val="0"/>
        <w:spacing w:before="488" w:after="0" w:line="224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G. Ketentuan, Larangan, dan Sanksi</w:t>
      </w:r>
    </w:p>
    <w:p w14:paraId="4BCCCA8B" w14:textId="77777777" w:rsidR="00F925E9" w:rsidRDefault="00000000">
      <w:pPr>
        <w:autoSpaceDE w:val="0"/>
        <w:autoSpaceDN w:val="0"/>
        <w:spacing w:before="278" w:after="0" w:line="174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1. Ketentuan Pokok</w:t>
      </w:r>
    </w:p>
    <w:p w14:paraId="0A832206" w14:textId="77777777" w:rsidR="00F925E9" w:rsidRDefault="00000000">
      <w:pPr>
        <w:autoSpaceDE w:val="0"/>
        <w:autoSpaceDN w:val="0"/>
        <w:spacing w:before="22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a. Pelaksanaan paling lama 5 hari pada pekan pertama awal tahun</w:t>
      </w:r>
    </w:p>
    <w:p w14:paraId="63BCE664" w14:textId="77777777" w:rsidR="00F925E9" w:rsidRDefault="00000000">
      <w:pPr>
        <w:autoSpaceDE w:val="0"/>
        <w:autoSpaceDN w:val="0"/>
        <w:spacing w:before="192" w:after="0" w:line="226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pelajaran, pada hari aktif pembelajaran, di lingkungan madrasah;</w:t>
      </w:r>
    </w:p>
    <w:p w14:paraId="60DF7C98" w14:textId="77777777" w:rsidR="00F925E9" w:rsidRDefault="00000000">
      <w:pPr>
        <w:autoSpaceDE w:val="0"/>
        <w:autoSpaceDN w:val="0"/>
        <w:spacing w:before="2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b. Apabila lokasi kegiatan di luar lingkungan madrasah, wajib mendapat</w:t>
      </w:r>
    </w:p>
    <w:p w14:paraId="78BBAD21" w14:textId="77777777" w:rsidR="00F925E9" w:rsidRDefault="00000000">
      <w:pPr>
        <w:autoSpaceDE w:val="0"/>
        <w:autoSpaceDN w:val="0"/>
        <w:spacing w:before="2" w:after="0" w:line="412" w:lineRule="exact"/>
        <w:ind w:left="283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persetujuan dari Kantor Kementerian Agama Kabupaten/Kota atau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Kantor Wilayah Kementerian Agama sesuai kewenangannya;</w:t>
      </w:r>
    </w:p>
    <w:p w14:paraId="52EDC9FE" w14:textId="77777777" w:rsidR="00F925E9" w:rsidRDefault="00000000">
      <w:pPr>
        <w:autoSpaceDE w:val="0"/>
        <w:autoSpaceDN w:val="0"/>
        <w:spacing w:before="288" w:after="0" w:line="226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c. Seluruh pembiayaan menjadi tanggung jawab satuan pendidikan;</w:t>
      </w:r>
    </w:p>
    <w:p w14:paraId="076AEA9F" w14:textId="77777777" w:rsidR="00F925E9" w:rsidRDefault="00000000">
      <w:pPr>
        <w:tabs>
          <w:tab w:val="left" w:pos="2836"/>
        </w:tabs>
        <w:autoSpaceDE w:val="0"/>
        <w:autoSpaceDN w:val="0"/>
        <w:spacing w:before="96" w:after="0" w:line="418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Wajib dilaksanakan sosialisasi kepada Orang Tua/ Wali Murid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sebelum kegiatan dimulai;</w:t>
      </w:r>
    </w:p>
    <w:p w14:paraId="2BB784F8" w14:textId="77777777" w:rsidR="00F925E9" w:rsidRDefault="00000000">
      <w:pPr>
        <w:autoSpaceDE w:val="0"/>
        <w:autoSpaceDN w:val="0"/>
        <w:spacing w:before="2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e. Wajib menggunakan tanda pengenal serta pakaian yang sopan, rapi,</w:t>
      </w:r>
    </w:p>
    <w:p w14:paraId="3A74E234" w14:textId="77777777" w:rsidR="00F925E9" w:rsidRDefault="00000000">
      <w:pPr>
        <w:autoSpaceDE w:val="0"/>
        <w:autoSpaceDN w:val="0"/>
        <w:spacing w:before="192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menutup aurat, longgar, dan tidak transparan;</w:t>
      </w:r>
    </w:p>
    <w:p w14:paraId="3116C300" w14:textId="77777777" w:rsidR="00F925E9" w:rsidRDefault="00000000">
      <w:pPr>
        <w:autoSpaceDE w:val="0"/>
        <w:autoSpaceDN w:val="0"/>
        <w:spacing w:before="1610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33</w:t>
      </w:r>
    </w:p>
    <w:p w14:paraId="5143B63C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2DB2F078" w14:textId="77777777" w:rsidR="00F925E9" w:rsidRDefault="00F925E9">
      <w:pPr>
        <w:autoSpaceDE w:val="0"/>
        <w:autoSpaceDN w:val="0"/>
        <w:spacing w:after="0" w:line="220" w:lineRule="exact"/>
      </w:pPr>
    </w:p>
    <w:p w14:paraId="44BFE8CF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11533667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405AC1CB" w14:textId="77777777" w:rsidR="00F925E9" w:rsidRDefault="00000000">
      <w:pPr>
        <w:tabs>
          <w:tab w:val="left" w:pos="2836"/>
        </w:tabs>
        <w:autoSpaceDE w:val="0"/>
        <w:autoSpaceDN w:val="0"/>
        <w:spacing w:before="584" w:after="128" w:line="226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 xml:space="preserve">f.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Murid yang berhalangan mengikuti kegiatan karena alasan tertentu</w:t>
      </w:r>
    </w:p>
    <w:tbl>
      <w:tblPr>
        <w:tblW w:w="0" w:type="auto"/>
        <w:tblInd w:w="1400" w:type="dxa"/>
        <w:tblLayout w:type="fixed"/>
        <w:tblLook w:val="04A0" w:firstRow="1" w:lastRow="0" w:firstColumn="1" w:lastColumn="0" w:noHBand="0" w:noVBand="1"/>
      </w:tblPr>
      <w:tblGrid>
        <w:gridCol w:w="2560"/>
        <w:gridCol w:w="760"/>
        <w:gridCol w:w="800"/>
        <w:gridCol w:w="660"/>
        <w:gridCol w:w="1860"/>
        <w:gridCol w:w="900"/>
        <w:gridCol w:w="600"/>
        <w:gridCol w:w="1280"/>
      </w:tblGrid>
      <w:tr w:rsidR="00F925E9" w14:paraId="61561542" w14:textId="77777777">
        <w:trPr>
          <w:trHeight w:hRule="exact" w:val="344"/>
        </w:trPr>
        <w:tc>
          <w:tcPr>
            <w:tcW w:w="2560" w:type="dxa"/>
            <w:tcMar>
              <w:left w:w="0" w:type="dxa"/>
              <w:right w:w="0" w:type="dxa"/>
            </w:tcMar>
          </w:tcPr>
          <w:p w14:paraId="74C9614F" w14:textId="77777777" w:rsidR="00F925E9" w:rsidRDefault="00000000">
            <w:pPr>
              <w:autoSpaceDE w:val="0"/>
              <w:autoSpaceDN w:val="0"/>
              <w:spacing w:before="60" w:after="0" w:line="224" w:lineRule="exact"/>
              <w:ind w:right="98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(misalnya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</w:tcPr>
          <w:p w14:paraId="6CA7085C" w14:textId="77777777" w:rsidR="00F925E9" w:rsidRDefault="00000000">
            <w:pPr>
              <w:autoSpaceDE w:val="0"/>
              <w:autoSpaceDN w:val="0"/>
              <w:spacing w:before="60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sakit)</w:t>
            </w:r>
          </w:p>
        </w:tc>
        <w:tc>
          <w:tcPr>
            <w:tcW w:w="800" w:type="dxa"/>
            <w:tcMar>
              <w:left w:w="0" w:type="dxa"/>
              <w:right w:w="0" w:type="dxa"/>
            </w:tcMar>
          </w:tcPr>
          <w:p w14:paraId="5EF8AA94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harus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14:paraId="04B4E508" w14:textId="77777777" w:rsidR="00F925E9" w:rsidRDefault="00000000">
            <w:pPr>
              <w:autoSpaceDE w:val="0"/>
              <w:autoSpaceDN w:val="0"/>
              <w:spacing w:before="66" w:after="0" w:line="17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atas</w:t>
            </w:r>
          </w:p>
        </w:tc>
        <w:tc>
          <w:tcPr>
            <w:tcW w:w="1860" w:type="dxa"/>
            <w:tcMar>
              <w:left w:w="0" w:type="dxa"/>
              <w:right w:w="0" w:type="dxa"/>
            </w:tcMar>
          </w:tcPr>
          <w:p w14:paraId="2AC321A6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sepengetahuan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1AEEAA8F" w14:textId="77777777" w:rsidR="00F925E9" w:rsidRDefault="00000000">
            <w:pPr>
              <w:autoSpaceDE w:val="0"/>
              <w:autoSpaceDN w:val="0"/>
              <w:spacing w:before="62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panitia</w:t>
            </w:r>
          </w:p>
        </w:tc>
        <w:tc>
          <w:tcPr>
            <w:tcW w:w="600" w:type="dxa"/>
            <w:tcMar>
              <w:left w:w="0" w:type="dxa"/>
              <w:right w:w="0" w:type="dxa"/>
            </w:tcMar>
          </w:tcPr>
          <w:p w14:paraId="5111EDD7" w14:textId="77777777" w:rsidR="00F925E9" w:rsidRDefault="00000000">
            <w:pPr>
              <w:autoSpaceDE w:val="0"/>
              <w:autoSpaceDN w:val="0"/>
              <w:spacing w:before="62" w:after="0" w:line="17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37DE2C4B" w14:textId="77777777" w:rsidR="00F925E9" w:rsidRDefault="00000000">
            <w:pPr>
              <w:autoSpaceDE w:val="0"/>
              <w:autoSpaceDN w:val="0"/>
              <w:spacing w:before="62" w:after="0" w:line="220" w:lineRule="exact"/>
              <w:ind w:left="112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pihak</w:t>
            </w:r>
          </w:p>
        </w:tc>
      </w:tr>
    </w:tbl>
    <w:p w14:paraId="3E7A60EA" w14:textId="77777777" w:rsidR="00F925E9" w:rsidRDefault="00000000">
      <w:pPr>
        <w:autoSpaceDE w:val="0"/>
        <w:autoSpaceDN w:val="0"/>
        <w:spacing w:before="132" w:after="0" w:line="206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madrasah;</w:t>
      </w:r>
    </w:p>
    <w:p w14:paraId="77E4C5F9" w14:textId="77777777" w:rsidR="00F925E9" w:rsidRDefault="00000000">
      <w:pPr>
        <w:autoSpaceDE w:val="0"/>
        <w:autoSpaceDN w:val="0"/>
        <w:spacing w:before="31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g. Madrasah diimbau memublikasikan kegiatan Matamuda melalui media</w:t>
      </w:r>
    </w:p>
    <w:p w14:paraId="1E8BE0EA" w14:textId="77777777" w:rsidR="00F925E9" w:rsidRDefault="00000000">
      <w:pPr>
        <w:autoSpaceDE w:val="0"/>
        <w:autoSpaceDN w:val="0"/>
        <w:spacing w:before="190" w:after="0" w:line="176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sosial.</w:t>
      </w:r>
    </w:p>
    <w:p w14:paraId="7740236E" w14:textId="77777777" w:rsidR="00F925E9" w:rsidRDefault="00000000">
      <w:pPr>
        <w:autoSpaceDE w:val="0"/>
        <w:autoSpaceDN w:val="0"/>
        <w:spacing w:before="458" w:after="0" w:line="222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2. Larangan</w:t>
      </w:r>
    </w:p>
    <w:p w14:paraId="729C3C87" w14:textId="77777777" w:rsidR="00F925E9" w:rsidRDefault="00000000">
      <w:pPr>
        <w:tabs>
          <w:tab w:val="left" w:pos="2836"/>
        </w:tabs>
        <w:autoSpaceDE w:val="0"/>
        <w:autoSpaceDN w:val="0"/>
        <w:spacing w:after="0" w:line="406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a. Melibatkan kakak kelas dan/atau alumni sebagai penyelenggara,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kecuali sesuai ketentuan pelibatan murid pada Petunjuk Teknis;</w:t>
      </w:r>
    </w:p>
    <w:p w14:paraId="6ECAF3C3" w14:textId="77777777" w:rsidR="00F925E9" w:rsidRDefault="00000000">
      <w:pPr>
        <w:autoSpaceDE w:val="0"/>
        <w:autoSpaceDN w:val="0"/>
        <w:spacing w:before="2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b. Melakukan perundungan atau tindak kekerasan dalam bentuk apa</w:t>
      </w:r>
    </w:p>
    <w:p w14:paraId="7AF66F41" w14:textId="77777777" w:rsidR="00F925E9" w:rsidRDefault="00000000">
      <w:pPr>
        <w:autoSpaceDE w:val="0"/>
        <w:autoSpaceDN w:val="0"/>
        <w:spacing w:before="234" w:after="230" w:line="176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pun;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2880"/>
        <w:gridCol w:w="1060"/>
        <w:gridCol w:w="660"/>
        <w:gridCol w:w="920"/>
        <w:gridCol w:w="1340"/>
        <w:gridCol w:w="880"/>
        <w:gridCol w:w="740"/>
        <w:gridCol w:w="1120"/>
      </w:tblGrid>
      <w:tr w:rsidR="00F925E9" w14:paraId="13540A47" w14:textId="77777777">
        <w:trPr>
          <w:trHeight w:hRule="exact" w:val="346"/>
        </w:trPr>
        <w:tc>
          <w:tcPr>
            <w:tcW w:w="2880" w:type="dxa"/>
            <w:tcMar>
              <w:left w:w="0" w:type="dxa"/>
              <w:right w:w="0" w:type="dxa"/>
            </w:tcMar>
          </w:tcPr>
          <w:p w14:paraId="5B1714B6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right="104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c. Melakukan</w:t>
            </w:r>
          </w:p>
        </w:tc>
        <w:tc>
          <w:tcPr>
            <w:tcW w:w="1060" w:type="dxa"/>
            <w:tcMar>
              <w:left w:w="0" w:type="dxa"/>
              <w:right w:w="0" w:type="dxa"/>
            </w:tcMar>
          </w:tcPr>
          <w:p w14:paraId="1F826CF3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khalwat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14:paraId="699A7028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64CD8C1D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ikhtilat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14:paraId="3C852FB8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(berduaan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14:paraId="5C8470FF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lawan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5FEFC798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jenis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0CC8EDB6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2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</w:tr>
    </w:tbl>
    <w:p w14:paraId="1A1B1140" w14:textId="77777777" w:rsidR="00F925E9" w:rsidRDefault="00000000">
      <w:pPr>
        <w:autoSpaceDE w:val="0"/>
        <w:autoSpaceDN w:val="0"/>
        <w:spacing w:after="0" w:line="384" w:lineRule="exact"/>
        <w:ind w:left="283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bercampurnya laki-laki dan perempuan tanpa pengawasan), atau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situasi lain yang mengarah pada pergaulan bebas;</w:t>
      </w:r>
    </w:p>
    <w:p w14:paraId="1B71745B" w14:textId="77777777" w:rsidR="00F925E9" w:rsidRDefault="00000000">
      <w:pPr>
        <w:autoSpaceDE w:val="0"/>
        <w:autoSpaceDN w:val="0"/>
        <w:spacing w:before="296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d. Membiarkan tempat dan waktu yang berpotensi menimbulkan tindak</w:t>
      </w:r>
    </w:p>
    <w:p w14:paraId="6A89920F" w14:textId="77777777" w:rsidR="00F925E9" w:rsidRDefault="00000000">
      <w:pPr>
        <w:autoSpaceDE w:val="0"/>
        <w:autoSpaceDN w:val="0"/>
        <w:spacing w:before="190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asusila tanpa pengawasan;</w:t>
      </w:r>
    </w:p>
    <w:p w14:paraId="3AB542D5" w14:textId="77777777" w:rsidR="00F925E9" w:rsidRDefault="00000000">
      <w:pPr>
        <w:autoSpaceDE w:val="0"/>
        <w:autoSpaceDN w:val="0"/>
        <w:spacing w:before="2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e. Memberikan tugas maupun atribut yang tidak sejalan dengan aktivitas</w:t>
      </w:r>
    </w:p>
    <w:p w14:paraId="56D1C91B" w14:textId="77777777" w:rsidR="00F925E9" w:rsidRDefault="00000000">
      <w:pPr>
        <w:autoSpaceDE w:val="0"/>
        <w:autoSpaceDN w:val="0"/>
        <w:spacing w:before="190" w:after="23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pembelajaran;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1500"/>
        <w:gridCol w:w="1400"/>
        <w:gridCol w:w="1160"/>
        <w:gridCol w:w="760"/>
        <w:gridCol w:w="1960"/>
        <w:gridCol w:w="1620"/>
        <w:gridCol w:w="1200"/>
      </w:tblGrid>
      <w:tr w:rsidR="00F925E9" w14:paraId="53A9C3F5" w14:textId="77777777">
        <w:trPr>
          <w:trHeight w:hRule="exact" w:val="344"/>
        </w:trPr>
        <w:tc>
          <w:tcPr>
            <w:tcW w:w="1500" w:type="dxa"/>
            <w:tcMar>
              <w:left w:w="0" w:type="dxa"/>
              <w:right w:w="0" w:type="dxa"/>
            </w:tcMar>
          </w:tcPr>
          <w:p w14:paraId="491D07F2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1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f.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14:paraId="79C6A168" w14:textId="77777777" w:rsidR="00F925E9" w:rsidRDefault="00000000">
            <w:pPr>
              <w:autoSpaceDE w:val="0"/>
              <w:autoSpaceDN w:val="0"/>
              <w:spacing w:before="62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Melakukan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542B1275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kegiatan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</w:tcPr>
          <w:p w14:paraId="13700021" w14:textId="77777777" w:rsidR="00F925E9" w:rsidRDefault="00000000">
            <w:pPr>
              <w:autoSpaceDE w:val="0"/>
              <w:autoSpaceDN w:val="0"/>
              <w:spacing w:before="106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  <w:tc>
          <w:tcPr>
            <w:tcW w:w="1960" w:type="dxa"/>
            <w:tcMar>
              <w:left w:w="0" w:type="dxa"/>
              <w:right w:w="0" w:type="dxa"/>
            </w:tcMar>
          </w:tcPr>
          <w:p w14:paraId="4AC19B80" w14:textId="77777777" w:rsidR="00F925E9" w:rsidRDefault="00000000">
            <w:pPr>
              <w:autoSpaceDE w:val="0"/>
              <w:autoSpaceDN w:val="0"/>
              <w:spacing w:before="6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membahayakan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 w14:paraId="0077491B" w14:textId="77777777" w:rsidR="00F925E9" w:rsidRDefault="00000000">
            <w:pPr>
              <w:autoSpaceDE w:val="0"/>
              <w:autoSpaceDN w:val="0"/>
              <w:spacing w:before="62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keselamatan</w:t>
            </w:r>
          </w:p>
        </w:tc>
        <w:tc>
          <w:tcPr>
            <w:tcW w:w="1200" w:type="dxa"/>
            <w:tcMar>
              <w:left w:w="0" w:type="dxa"/>
              <w:right w:w="0" w:type="dxa"/>
            </w:tcMar>
          </w:tcPr>
          <w:p w14:paraId="7B3C4ED9" w14:textId="77777777" w:rsidR="00F925E9" w:rsidRDefault="00000000">
            <w:pPr>
              <w:autoSpaceDE w:val="0"/>
              <w:autoSpaceDN w:val="0"/>
              <w:spacing w:before="66" w:after="0" w:line="170" w:lineRule="exact"/>
              <w:ind w:left="14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atau</w:t>
            </w:r>
          </w:p>
        </w:tc>
      </w:tr>
    </w:tbl>
    <w:p w14:paraId="32CF6D64" w14:textId="77777777" w:rsidR="00F925E9" w:rsidRDefault="00000000">
      <w:pPr>
        <w:autoSpaceDE w:val="0"/>
        <w:autoSpaceDN w:val="0"/>
        <w:spacing w:before="132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merendahkan harga diri murid.</w:t>
      </w:r>
    </w:p>
    <w:p w14:paraId="5AA45192" w14:textId="77777777" w:rsidR="00F925E9" w:rsidRDefault="00000000">
      <w:pPr>
        <w:autoSpaceDE w:val="0"/>
        <w:autoSpaceDN w:val="0"/>
        <w:spacing w:before="412" w:after="0" w:line="178" w:lineRule="exact"/>
        <w:ind w:left="2116"/>
      </w:pPr>
      <w:r>
        <w:rPr>
          <w:rFonts w:ascii="Arial" w:eastAsia="Arial" w:hAnsi="Arial"/>
          <w:b/>
          <w:color w:val="000000"/>
          <w:spacing w:val="-10"/>
          <w:sz w:val="24"/>
        </w:rPr>
        <w:t>3. Sanksi</w:t>
      </w:r>
    </w:p>
    <w:p w14:paraId="6CDA2960" w14:textId="77777777" w:rsidR="00F925E9" w:rsidRDefault="00000000">
      <w:pPr>
        <w:autoSpaceDE w:val="0"/>
        <w:autoSpaceDN w:val="0"/>
        <w:spacing w:before="220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Pemberian sanksi atas pelanggaran terhadap Petunjuk Teknis</w:t>
      </w:r>
    </w:p>
    <w:p w14:paraId="087231D4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dilaksanakan secara berjenjang sebagai berikut:</w:t>
      </w:r>
    </w:p>
    <w:p w14:paraId="1FEE3F80" w14:textId="77777777" w:rsidR="00F925E9" w:rsidRDefault="00000000">
      <w:pPr>
        <w:autoSpaceDE w:val="0"/>
        <w:autoSpaceDN w:val="0"/>
        <w:spacing w:before="160" w:after="0" w:line="414" w:lineRule="exact"/>
        <w:ind w:left="2836" w:right="1152" w:hanging="360"/>
      </w:pPr>
      <w:r>
        <w:rPr>
          <w:rFonts w:ascii="ArialMT" w:eastAsia="ArialMT" w:hAnsi="ArialMT"/>
          <w:color w:val="000000"/>
          <w:spacing w:val="-10"/>
          <w:sz w:val="24"/>
        </w:rPr>
        <w:t xml:space="preserve">a. Kepala/Wakil Kepala Madrasah dapat memberikan sanksi kepada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Panitia Matamuda yang melanggar ketentuan larangan, berupa</w:t>
      </w:r>
    </w:p>
    <w:p w14:paraId="1206CECB" w14:textId="77777777" w:rsidR="00F925E9" w:rsidRDefault="00000000">
      <w:pPr>
        <w:autoSpaceDE w:val="0"/>
        <w:autoSpaceDN w:val="0"/>
        <w:spacing w:before="188" w:after="232" w:line="226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teguran tertulis dan/atau tindakan lain yang bersifat edukatif;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2480"/>
        <w:gridCol w:w="940"/>
        <w:gridCol w:w="1600"/>
        <w:gridCol w:w="1000"/>
        <w:gridCol w:w="1160"/>
        <w:gridCol w:w="1000"/>
        <w:gridCol w:w="1420"/>
      </w:tblGrid>
      <w:tr w:rsidR="00F925E9" w14:paraId="34ADD953" w14:textId="77777777">
        <w:trPr>
          <w:trHeight w:hRule="exact" w:val="342"/>
        </w:trPr>
        <w:tc>
          <w:tcPr>
            <w:tcW w:w="2480" w:type="dxa"/>
            <w:tcMar>
              <w:left w:w="0" w:type="dxa"/>
              <w:right w:w="0" w:type="dxa"/>
            </w:tcMar>
          </w:tcPr>
          <w:p w14:paraId="2A380B8D" w14:textId="77777777" w:rsidR="00F925E9" w:rsidRDefault="00000000">
            <w:pPr>
              <w:autoSpaceDE w:val="0"/>
              <w:autoSpaceDN w:val="0"/>
              <w:spacing w:before="60" w:after="0" w:line="218" w:lineRule="exact"/>
              <w:ind w:right="11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b. Kepala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14:paraId="431FF6D7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Kanwil</w:t>
            </w:r>
          </w:p>
        </w:tc>
        <w:tc>
          <w:tcPr>
            <w:tcW w:w="1600" w:type="dxa"/>
            <w:tcMar>
              <w:left w:w="0" w:type="dxa"/>
              <w:right w:w="0" w:type="dxa"/>
            </w:tcMar>
          </w:tcPr>
          <w:p w14:paraId="3C4D6F0C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Kementerian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01A9EA24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Agama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6E882531" w14:textId="77777777" w:rsidR="00F925E9" w:rsidRDefault="00000000">
            <w:pPr>
              <w:autoSpaceDE w:val="0"/>
              <w:autoSpaceDN w:val="0"/>
              <w:spacing w:before="60" w:after="0" w:line="20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Provinsi,</w:t>
            </w:r>
          </w:p>
        </w:tc>
        <w:tc>
          <w:tcPr>
            <w:tcW w:w="1000" w:type="dxa"/>
            <w:tcMar>
              <w:left w:w="0" w:type="dxa"/>
              <w:right w:w="0" w:type="dxa"/>
            </w:tcMar>
          </w:tcPr>
          <w:p w14:paraId="7807B8E4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Kepala</w:t>
            </w:r>
          </w:p>
        </w:tc>
        <w:tc>
          <w:tcPr>
            <w:tcW w:w="1420" w:type="dxa"/>
            <w:tcMar>
              <w:left w:w="0" w:type="dxa"/>
              <w:right w:w="0" w:type="dxa"/>
            </w:tcMar>
          </w:tcPr>
          <w:p w14:paraId="5B4D0461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Kantor</w:t>
            </w:r>
          </w:p>
        </w:tc>
      </w:tr>
    </w:tbl>
    <w:p w14:paraId="0C772810" w14:textId="77777777" w:rsidR="00F925E9" w:rsidRDefault="00000000">
      <w:pPr>
        <w:autoSpaceDE w:val="0"/>
        <w:autoSpaceDN w:val="0"/>
        <w:spacing w:after="0" w:line="384" w:lineRule="exact"/>
        <w:ind w:left="283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Kementerian Agama Kabupaten/Kota, atau Pengurus Yayasan dapat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memberikan sanksi kepada Kepala/Wakil Kepala Madrasah berupa</w:t>
      </w:r>
    </w:p>
    <w:p w14:paraId="5248984C" w14:textId="77777777" w:rsidR="00F925E9" w:rsidRDefault="00000000">
      <w:pPr>
        <w:autoSpaceDE w:val="0"/>
        <w:autoSpaceDN w:val="0"/>
        <w:spacing w:before="194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teguran tertulis, penundaan atau pengurangan hak, pembebasan</w:t>
      </w:r>
    </w:p>
    <w:p w14:paraId="46077513" w14:textId="77777777" w:rsidR="00F925E9" w:rsidRDefault="00000000">
      <w:pPr>
        <w:autoSpaceDE w:val="0"/>
        <w:autoSpaceDN w:val="0"/>
        <w:spacing w:before="188" w:after="0" w:line="226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tugas, dan/atau pemberhentian sementara/tetap dari jabatan;</w:t>
      </w:r>
    </w:p>
    <w:p w14:paraId="27232F19" w14:textId="77777777" w:rsidR="00F925E9" w:rsidRDefault="00000000">
      <w:pPr>
        <w:autoSpaceDE w:val="0"/>
        <w:autoSpaceDN w:val="0"/>
        <w:spacing w:before="688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34</w:t>
      </w:r>
    </w:p>
    <w:p w14:paraId="0BD299B8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295FCDD6" w14:textId="77777777" w:rsidR="00F925E9" w:rsidRDefault="00F925E9">
      <w:pPr>
        <w:autoSpaceDE w:val="0"/>
        <w:autoSpaceDN w:val="0"/>
        <w:spacing w:after="0" w:line="220" w:lineRule="exact"/>
      </w:pPr>
    </w:p>
    <w:p w14:paraId="5B6841BD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9AED5F0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53522FB4" w14:textId="77777777" w:rsidR="00F925E9" w:rsidRDefault="00000000">
      <w:pPr>
        <w:autoSpaceDE w:val="0"/>
        <w:autoSpaceDN w:val="0"/>
        <w:spacing w:before="448" w:after="0" w:line="412" w:lineRule="exact"/>
        <w:ind w:left="2836" w:right="1194" w:hanging="36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c. Kepala Kanwil Kementerian Agama Provinsi atau Kepala Kantor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Kementerian Agama Kabupaten/Kota dapat memberikan sanksi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kepada madrasah berupa pemberhentian bantuan dari pemerintah;</w:t>
      </w:r>
    </w:p>
    <w:p w14:paraId="12FCEC3A" w14:textId="77777777" w:rsidR="00F925E9" w:rsidRDefault="00000000">
      <w:pPr>
        <w:autoSpaceDE w:val="0"/>
        <w:autoSpaceDN w:val="0"/>
        <w:spacing w:before="110" w:after="0" w:line="410" w:lineRule="exact"/>
        <w:ind w:left="2836" w:right="1194" w:hanging="36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Menteri atau pejabat yang ditunjuk dapat memberikan sanksi kepada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madrasah berupa rekomendasi peninjauan level akreditasi dan/atau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pemberhentian bantuan dari pemerintah;</w:t>
      </w:r>
    </w:p>
    <w:p w14:paraId="0BFF2CC3" w14:textId="77777777" w:rsidR="00F925E9" w:rsidRDefault="00000000">
      <w:pPr>
        <w:autoSpaceDE w:val="0"/>
        <w:autoSpaceDN w:val="0"/>
        <w:spacing w:before="296" w:after="13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e. Apabila terjadi perundungan, kekerasan, maupun pelecehan seksual</w:t>
      </w:r>
    </w:p>
    <w:tbl>
      <w:tblPr>
        <w:tblW w:w="0" w:type="auto"/>
        <w:tblInd w:w="1400" w:type="dxa"/>
        <w:tblLayout w:type="fixed"/>
        <w:tblLook w:val="04A0" w:firstRow="1" w:lastRow="0" w:firstColumn="1" w:lastColumn="0" w:noHBand="0" w:noVBand="1"/>
      </w:tblPr>
      <w:tblGrid>
        <w:gridCol w:w="2180"/>
        <w:gridCol w:w="1400"/>
        <w:gridCol w:w="1320"/>
        <w:gridCol w:w="880"/>
        <w:gridCol w:w="1180"/>
        <w:gridCol w:w="740"/>
        <w:gridCol w:w="1720"/>
      </w:tblGrid>
      <w:tr w:rsidR="00F925E9" w14:paraId="04C6AD99" w14:textId="77777777">
        <w:trPr>
          <w:trHeight w:hRule="exact" w:val="342"/>
        </w:trPr>
        <w:tc>
          <w:tcPr>
            <w:tcW w:w="2180" w:type="dxa"/>
            <w:tcMar>
              <w:left w:w="0" w:type="dxa"/>
              <w:right w:w="0" w:type="dxa"/>
            </w:tcMar>
          </w:tcPr>
          <w:p w14:paraId="5764F773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9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dalam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14:paraId="5775E2F9" w14:textId="77777777" w:rsidR="00F925E9" w:rsidRDefault="00000000">
            <w:pPr>
              <w:autoSpaceDE w:val="0"/>
              <w:autoSpaceDN w:val="0"/>
              <w:spacing w:before="60" w:after="0" w:line="20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Matamuda,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14:paraId="60914F62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pemberian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14:paraId="419F5624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sanksi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14:paraId="18B8805E" w14:textId="77777777" w:rsidR="00F925E9" w:rsidRDefault="00000000">
            <w:pPr>
              <w:autoSpaceDE w:val="0"/>
              <w:autoSpaceDN w:val="0"/>
              <w:spacing w:before="104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mengacu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79214F17" w14:textId="77777777" w:rsidR="00F925E9" w:rsidRDefault="00000000">
            <w:pPr>
              <w:autoSpaceDE w:val="0"/>
              <w:autoSpaceDN w:val="0"/>
              <w:spacing w:before="60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pada</w:t>
            </w:r>
          </w:p>
        </w:tc>
        <w:tc>
          <w:tcPr>
            <w:tcW w:w="1720" w:type="dxa"/>
            <w:tcMar>
              <w:left w:w="0" w:type="dxa"/>
              <w:right w:w="0" w:type="dxa"/>
            </w:tcMar>
          </w:tcPr>
          <w:p w14:paraId="0DE4275C" w14:textId="77777777" w:rsidR="00F925E9" w:rsidRDefault="00000000">
            <w:pPr>
              <w:autoSpaceDE w:val="0"/>
              <w:autoSpaceDN w:val="0"/>
              <w:spacing w:before="64" w:after="0" w:line="216" w:lineRule="exact"/>
              <w:ind w:left="9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peraturan</w:t>
            </w:r>
          </w:p>
        </w:tc>
      </w:tr>
    </w:tbl>
    <w:p w14:paraId="54FE6A66" w14:textId="77777777" w:rsidR="00F925E9" w:rsidRDefault="00000000">
      <w:pPr>
        <w:autoSpaceDE w:val="0"/>
        <w:autoSpaceDN w:val="0"/>
        <w:spacing w:before="136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perundang-undangan yang berlaku.</w:t>
      </w:r>
    </w:p>
    <w:p w14:paraId="3F449E27" w14:textId="77777777" w:rsidR="00F925E9" w:rsidRDefault="00000000">
      <w:pPr>
        <w:tabs>
          <w:tab w:val="left" w:pos="3196"/>
        </w:tabs>
        <w:autoSpaceDE w:val="0"/>
        <w:autoSpaceDN w:val="0"/>
        <w:spacing w:before="242" w:after="132" w:line="392" w:lineRule="exact"/>
        <w:ind w:left="2116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4. Peran Pengawasan Berjenjang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Semua pihak sesuai tingkatan, tugas, dan kewenangannya harus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1840"/>
        <w:gridCol w:w="1460"/>
        <w:gridCol w:w="1600"/>
        <w:gridCol w:w="1380"/>
        <w:gridCol w:w="720"/>
        <w:gridCol w:w="760"/>
        <w:gridCol w:w="1840"/>
      </w:tblGrid>
      <w:tr w:rsidR="00F925E9" w14:paraId="2E8D9561" w14:textId="77777777">
        <w:trPr>
          <w:trHeight w:hRule="exact" w:val="342"/>
        </w:trPr>
        <w:tc>
          <w:tcPr>
            <w:tcW w:w="1840" w:type="dxa"/>
            <w:tcMar>
              <w:left w:w="0" w:type="dxa"/>
              <w:right w:w="0" w:type="dxa"/>
            </w:tcMar>
          </w:tcPr>
          <w:p w14:paraId="46740281" w14:textId="77777777" w:rsidR="00F925E9" w:rsidRDefault="00000000">
            <w:pPr>
              <w:autoSpaceDE w:val="0"/>
              <w:autoSpaceDN w:val="0"/>
              <w:spacing w:before="64" w:after="0" w:line="170" w:lineRule="exact"/>
              <w:ind w:right="104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turut</w:t>
            </w:r>
          </w:p>
        </w:tc>
        <w:tc>
          <w:tcPr>
            <w:tcW w:w="1460" w:type="dxa"/>
            <w:tcMar>
              <w:left w:w="0" w:type="dxa"/>
              <w:right w:w="0" w:type="dxa"/>
            </w:tcMar>
          </w:tcPr>
          <w:p w14:paraId="6B90DB83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mengawasi</w:t>
            </w:r>
          </w:p>
        </w:tc>
        <w:tc>
          <w:tcPr>
            <w:tcW w:w="1600" w:type="dxa"/>
            <w:tcMar>
              <w:left w:w="0" w:type="dxa"/>
              <w:right w:w="0" w:type="dxa"/>
            </w:tcMar>
          </w:tcPr>
          <w:p w14:paraId="2F4229D3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</w:t>
            </w:r>
          </w:p>
        </w:tc>
        <w:tc>
          <w:tcPr>
            <w:tcW w:w="1380" w:type="dxa"/>
            <w:tcMar>
              <w:left w:w="0" w:type="dxa"/>
              <w:right w:w="0" w:type="dxa"/>
            </w:tcMar>
          </w:tcPr>
          <w:p w14:paraId="184B5999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Matamuda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14:paraId="1DB9032C" w14:textId="77777777" w:rsidR="00F925E9" w:rsidRDefault="00000000">
            <w:pPr>
              <w:autoSpaceDE w:val="0"/>
              <w:autoSpaceDN w:val="0"/>
              <w:spacing w:before="104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agar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</w:tcPr>
          <w:p w14:paraId="5DBB787D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tidak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14:paraId="7C0A3484" w14:textId="77777777" w:rsidR="00F925E9" w:rsidRDefault="00000000">
            <w:pPr>
              <w:autoSpaceDE w:val="0"/>
              <w:autoSpaceDN w:val="0"/>
              <w:spacing w:before="60" w:after="0" w:line="218" w:lineRule="exact"/>
              <w:ind w:left="12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berpotensi</w:t>
            </w:r>
          </w:p>
        </w:tc>
      </w:tr>
    </w:tbl>
    <w:p w14:paraId="08A87399" w14:textId="77777777" w:rsidR="00F925E9" w:rsidRDefault="00000000">
      <w:pPr>
        <w:autoSpaceDE w:val="0"/>
        <w:autoSpaceDN w:val="0"/>
        <w:spacing w:after="0" w:line="394" w:lineRule="exact"/>
        <w:ind w:left="2476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melanggar ketentuan, mulai dari panitia internal madrasah, Kepala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Madrasah, pengawas madrasah, hingga Kantor Kementerian Agama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Kabupaten/Kota dan Kantor Wilayah Kementerian Agama Provinsi.</w:t>
      </w:r>
    </w:p>
    <w:p w14:paraId="41676164" w14:textId="77777777" w:rsidR="00F925E9" w:rsidRDefault="00000000">
      <w:pPr>
        <w:autoSpaceDE w:val="0"/>
        <w:autoSpaceDN w:val="0"/>
        <w:spacing w:before="7760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35</w:t>
      </w:r>
    </w:p>
    <w:p w14:paraId="361004A2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1F8E8362" w14:textId="77777777" w:rsidR="00F925E9" w:rsidRDefault="00F925E9">
      <w:pPr>
        <w:autoSpaceDE w:val="0"/>
        <w:autoSpaceDN w:val="0"/>
        <w:spacing w:after="0" w:line="220" w:lineRule="exact"/>
      </w:pPr>
    </w:p>
    <w:p w14:paraId="395319D9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4136C1A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8270C38" w14:textId="77777777" w:rsidR="00F925E9" w:rsidRDefault="00000000">
      <w:pPr>
        <w:autoSpaceDE w:val="0"/>
        <w:autoSpaceDN w:val="0"/>
        <w:spacing w:before="638" w:after="0" w:line="172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BAB IV</w:t>
      </w:r>
    </w:p>
    <w:p w14:paraId="4D0C93F7" w14:textId="77777777" w:rsidR="00F925E9" w:rsidRDefault="00000000">
      <w:pPr>
        <w:autoSpaceDE w:val="0"/>
        <w:autoSpaceDN w:val="0"/>
        <w:spacing w:before="238" w:after="0" w:line="178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PASCA MATAMUDA</w:t>
      </w:r>
    </w:p>
    <w:p w14:paraId="7695397A" w14:textId="77777777" w:rsidR="00F925E9" w:rsidRDefault="00000000">
      <w:pPr>
        <w:autoSpaceDE w:val="0"/>
        <w:autoSpaceDN w:val="0"/>
        <w:spacing w:before="540" w:after="0" w:line="222" w:lineRule="exact"/>
        <w:ind w:left="1548"/>
      </w:pPr>
      <w:r>
        <w:rPr>
          <w:rFonts w:ascii="Arial" w:eastAsia="Arial" w:hAnsi="Arial"/>
          <w:b/>
          <w:color w:val="000000"/>
          <w:spacing w:val="-10"/>
          <w:sz w:val="24"/>
        </w:rPr>
        <w:t>A. Evaluasi, Pelaporan, dan Keberlanjutan</w:t>
      </w:r>
    </w:p>
    <w:p w14:paraId="55CAF9DA" w14:textId="77777777" w:rsidR="00F925E9" w:rsidRDefault="00000000">
      <w:pPr>
        <w:autoSpaceDE w:val="0"/>
        <w:autoSpaceDN w:val="0"/>
        <w:spacing w:before="276" w:after="0" w:line="176" w:lineRule="exact"/>
        <w:ind w:left="2116"/>
      </w:pPr>
      <w:r>
        <w:rPr>
          <w:rFonts w:ascii="Arial" w:eastAsia="Arial" w:hAnsi="Arial"/>
          <w:b/>
          <w:color w:val="333333"/>
          <w:spacing w:val="-10"/>
          <w:sz w:val="24"/>
        </w:rPr>
        <w:t>1. Evaluasi</w:t>
      </w:r>
    </w:p>
    <w:p w14:paraId="66DFF5D6" w14:textId="77777777" w:rsidR="00F925E9" w:rsidRDefault="00000000">
      <w:pPr>
        <w:autoSpaceDE w:val="0"/>
        <w:autoSpaceDN w:val="0"/>
        <w:spacing w:before="218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Madrasah wajib melaksanakan pengawasan dan evaluasi atas</w:t>
      </w:r>
    </w:p>
    <w:p w14:paraId="38E7042F" w14:textId="77777777" w:rsidR="00F925E9" w:rsidRDefault="00000000">
      <w:pPr>
        <w:autoSpaceDE w:val="0"/>
        <w:autoSpaceDN w:val="0"/>
        <w:spacing w:before="2" w:after="132" w:line="412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proses pelaksanaan, kinerja pendamping/mentor, serta partisipasi Murid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Baru, untuk memastikan seluruh tahapan berjalan baik, bebas dari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2520"/>
        <w:gridCol w:w="600"/>
        <w:gridCol w:w="780"/>
        <w:gridCol w:w="1440"/>
        <w:gridCol w:w="1280"/>
        <w:gridCol w:w="720"/>
        <w:gridCol w:w="1040"/>
        <w:gridCol w:w="1220"/>
      </w:tblGrid>
      <w:tr w:rsidR="00F925E9" w14:paraId="7D403B62" w14:textId="77777777">
        <w:trPr>
          <w:trHeight w:hRule="exact" w:val="346"/>
        </w:trPr>
        <w:tc>
          <w:tcPr>
            <w:tcW w:w="2520" w:type="dxa"/>
            <w:tcMar>
              <w:left w:w="0" w:type="dxa"/>
              <w:right w:w="0" w:type="dxa"/>
            </w:tcMar>
          </w:tcPr>
          <w:p w14:paraId="11985911" w14:textId="77777777" w:rsidR="00F925E9" w:rsidRDefault="00000000">
            <w:pPr>
              <w:autoSpaceDE w:val="0"/>
              <w:autoSpaceDN w:val="0"/>
              <w:spacing w:before="64" w:after="0" w:line="206" w:lineRule="exact"/>
              <w:ind w:right="9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kekerasan,</w:t>
            </w:r>
          </w:p>
        </w:tc>
        <w:tc>
          <w:tcPr>
            <w:tcW w:w="600" w:type="dxa"/>
            <w:tcMar>
              <w:left w:w="0" w:type="dxa"/>
              <w:right w:w="0" w:type="dxa"/>
            </w:tcMar>
          </w:tcPr>
          <w:p w14:paraId="1C9D9A6C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  <w:tc>
          <w:tcPr>
            <w:tcW w:w="780" w:type="dxa"/>
            <w:tcMar>
              <w:left w:w="0" w:type="dxa"/>
              <w:right w:w="0" w:type="dxa"/>
            </w:tcMar>
          </w:tcPr>
          <w:p w14:paraId="6539F261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7B146893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mengetahui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</w:tcPr>
          <w:p w14:paraId="58FCBA79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efektivitas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14:paraId="728AA386" w14:textId="77777777" w:rsidR="00F925E9" w:rsidRDefault="00000000">
            <w:pPr>
              <w:autoSpaceDE w:val="0"/>
              <w:autoSpaceDN w:val="0"/>
              <w:spacing w:before="68" w:after="0" w:line="17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serta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14:paraId="4BB03747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kendala</w:t>
            </w:r>
          </w:p>
        </w:tc>
        <w:tc>
          <w:tcPr>
            <w:tcW w:w="1220" w:type="dxa"/>
            <w:tcMar>
              <w:left w:w="0" w:type="dxa"/>
              <w:right w:w="0" w:type="dxa"/>
            </w:tcMar>
          </w:tcPr>
          <w:p w14:paraId="42457257" w14:textId="77777777" w:rsidR="00F925E9" w:rsidRDefault="00000000">
            <w:pPr>
              <w:autoSpaceDE w:val="0"/>
              <w:autoSpaceDN w:val="0"/>
              <w:spacing w:before="108" w:after="0" w:line="178" w:lineRule="exact"/>
              <w:ind w:left="10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</w:tr>
    </w:tbl>
    <w:p w14:paraId="24331F41" w14:textId="77777777" w:rsidR="00F925E9" w:rsidRDefault="00000000">
      <w:pPr>
        <w:autoSpaceDE w:val="0"/>
        <w:autoSpaceDN w:val="0"/>
        <w:spacing w:before="130" w:after="0" w:line="220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dihadapi. Evaluasi tambahan dilakukan terhadap dua aspek penekanan</w:t>
      </w:r>
    </w:p>
    <w:p w14:paraId="5842D5CE" w14:textId="77777777" w:rsidR="00F925E9" w:rsidRDefault="00000000">
      <w:pPr>
        <w:autoSpaceDE w:val="0"/>
        <w:autoSpaceDN w:val="0"/>
        <w:spacing w:before="194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Panduan ini: tingkat kegembiraan dan partisipasi murid selama kegiatan,</w:t>
      </w:r>
    </w:p>
    <w:p w14:paraId="17112DD5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serta kelengkapan dan kualitas hasil pemetaan talenta Murid Baru.</w:t>
      </w:r>
    </w:p>
    <w:p w14:paraId="091810BC" w14:textId="77777777" w:rsidR="00F925E9" w:rsidRDefault="00000000">
      <w:pPr>
        <w:autoSpaceDE w:val="0"/>
        <w:autoSpaceDN w:val="0"/>
        <w:spacing w:before="416" w:after="152" w:line="220" w:lineRule="exact"/>
        <w:ind w:left="2116"/>
      </w:pPr>
      <w:r>
        <w:rPr>
          <w:rFonts w:ascii="Arial" w:eastAsia="Arial" w:hAnsi="Arial"/>
          <w:b/>
          <w:color w:val="333333"/>
          <w:spacing w:val="-10"/>
          <w:sz w:val="24"/>
        </w:rPr>
        <w:t>2. Aspek dan Indikator Evaluasi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400"/>
        <w:gridCol w:w="6960"/>
      </w:tblGrid>
      <w:tr w:rsidR="00F925E9" w14:paraId="11C12E46" w14:textId="77777777">
        <w:trPr>
          <w:trHeight w:hRule="exact" w:val="578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B46B34A" w14:textId="77777777" w:rsidR="00F925E9" w:rsidRDefault="00000000">
            <w:pPr>
              <w:autoSpaceDE w:val="0"/>
              <w:autoSpaceDN w:val="0"/>
              <w:spacing w:before="114" w:after="0" w:line="21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Aspek Evaluasi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2592A85" w14:textId="77777777" w:rsidR="00F925E9" w:rsidRDefault="00000000">
            <w:pPr>
              <w:autoSpaceDE w:val="0"/>
              <w:autoSpaceDN w:val="0"/>
              <w:spacing w:before="114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Indikator yang Diperhatikan</w:t>
            </w:r>
          </w:p>
        </w:tc>
      </w:tr>
      <w:tr w:rsidR="00F925E9" w14:paraId="7041B503" w14:textId="77777777">
        <w:trPr>
          <w:trHeight w:hRule="exact" w:val="962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B18F3DE" w14:textId="77777777" w:rsidR="00F925E9" w:rsidRDefault="00000000">
            <w:pPr>
              <w:autoSpaceDE w:val="0"/>
              <w:autoSpaceDN w:val="0"/>
              <w:spacing w:before="11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Kesesuaian dengan</w:t>
            </w:r>
          </w:p>
          <w:p w14:paraId="47506D94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Petunjuk Teknis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388B01D" w14:textId="77777777" w:rsidR="00F925E9" w:rsidRDefault="00000000">
            <w:pPr>
              <w:autoSpaceDE w:val="0"/>
              <w:autoSpaceDN w:val="0"/>
              <w:spacing w:before="114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Tidak ada perundungan/kekerasan; materi wajib tersampaikan</w:t>
            </w:r>
          </w:p>
          <w:p w14:paraId="5DD93135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seluruhnya.</w:t>
            </w:r>
          </w:p>
        </w:tc>
      </w:tr>
      <w:tr w:rsidR="00F925E9" w14:paraId="1848451D" w14:textId="77777777">
        <w:trPr>
          <w:trHeight w:hRule="exact" w:val="1039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3CA3079" w14:textId="77777777" w:rsidR="00F925E9" w:rsidRDefault="00000000">
            <w:pPr>
              <w:autoSpaceDE w:val="0"/>
              <w:autoSpaceDN w:val="0"/>
              <w:spacing w:before="15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Tingkat</w:t>
            </w:r>
          </w:p>
          <w:p w14:paraId="1EB25984" w14:textId="77777777" w:rsidR="00F925E9" w:rsidRDefault="00000000">
            <w:pPr>
              <w:autoSpaceDE w:val="0"/>
              <w:autoSpaceDN w:val="0"/>
              <w:spacing w:before="19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Kegembiraan Murid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B20E256" w14:textId="77777777" w:rsidR="00F925E9" w:rsidRDefault="00000000">
            <w:pPr>
              <w:autoSpaceDE w:val="0"/>
              <w:autoSpaceDN w:val="0"/>
              <w:spacing w:before="150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Partisipasi aktif murid; ekspresi antusiasme selama kegiatan;</w:t>
            </w:r>
          </w:p>
          <w:p w14:paraId="7797DEB9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minim keluhan kebosanan.</w:t>
            </w:r>
          </w:p>
        </w:tc>
      </w:tr>
      <w:tr w:rsidR="00F925E9" w14:paraId="74E627E6" w14:textId="77777777">
        <w:trPr>
          <w:trHeight w:hRule="exact" w:val="959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7901E36" w14:textId="77777777" w:rsidR="00F925E9" w:rsidRDefault="00000000">
            <w:pPr>
              <w:autoSpaceDE w:val="0"/>
              <w:autoSpaceDN w:val="0"/>
              <w:spacing w:before="11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</w:t>
            </w:r>
          </w:p>
          <w:p w14:paraId="5EE3CBB1" w14:textId="77777777" w:rsidR="00F925E9" w:rsidRDefault="00000000">
            <w:pPr>
              <w:autoSpaceDE w:val="0"/>
              <w:autoSpaceDN w:val="0"/>
              <w:spacing w:before="234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Mars/Himne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40A297A" w14:textId="77777777" w:rsidR="00F925E9" w:rsidRDefault="00000000">
            <w:pPr>
              <w:autoSpaceDE w:val="0"/>
              <w:autoSpaceDN w:val="0"/>
              <w:spacing w:after="0" w:line="3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Terlaksana setiap hari tanpa terlewat; murid hafal/mengikuti dengan baik pada hari-hari berikutnya.</w:t>
            </w:r>
          </w:p>
        </w:tc>
      </w:tr>
      <w:tr w:rsidR="00F925E9" w14:paraId="56085073" w14:textId="77777777">
        <w:trPr>
          <w:trHeight w:hRule="exact" w:val="1037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C95A90D" w14:textId="77777777" w:rsidR="00F925E9" w:rsidRDefault="00000000">
            <w:pPr>
              <w:tabs>
                <w:tab w:val="left" w:pos="1184"/>
              </w:tabs>
              <w:autoSpaceDE w:val="0"/>
              <w:autoSpaceDN w:val="0"/>
              <w:spacing w:before="15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Kualitas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Pemetaan</w:t>
            </w:r>
          </w:p>
          <w:p w14:paraId="5483335C" w14:textId="77777777" w:rsidR="00F925E9" w:rsidRDefault="00000000">
            <w:pPr>
              <w:autoSpaceDE w:val="0"/>
              <w:autoSpaceDN w:val="0"/>
              <w:spacing w:before="23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8562FE1" w14:textId="77777777" w:rsidR="00F925E9" w:rsidRDefault="00F925E9">
            <w:pPr>
              <w:autoSpaceDE w:val="0"/>
              <w:autoSpaceDN w:val="0"/>
              <w:spacing w:after="0" w:line="90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620"/>
              <w:gridCol w:w="1120"/>
              <w:gridCol w:w="1680"/>
              <w:gridCol w:w="1180"/>
              <w:gridCol w:w="1240"/>
            </w:tblGrid>
            <w:tr w:rsidR="00F925E9" w14:paraId="2676EFFD" w14:textId="77777777">
              <w:trPr>
                <w:trHeight w:hRule="exact" w:val="342"/>
              </w:trPr>
              <w:tc>
                <w:tcPr>
                  <w:tcW w:w="1620" w:type="dxa"/>
                  <w:tcMar>
                    <w:left w:w="0" w:type="dxa"/>
                    <w:right w:w="0" w:type="dxa"/>
                  </w:tcMar>
                </w:tcPr>
                <w:p w14:paraId="2D77B450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Kelengkapan</w:t>
                  </w:r>
                </w:p>
              </w:tc>
              <w:tc>
                <w:tcPr>
                  <w:tcW w:w="1120" w:type="dxa"/>
                  <w:tcMar>
                    <w:left w:w="0" w:type="dxa"/>
                    <w:right w:w="0" w:type="dxa"/>
                  </w:tcMar>
                </w:tcPr>
                <w:p w14:paraId="644D3847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Lembar</w:t>
                  </w:r>
                </w:p>
              </w:tc>
              <w:tc>
                <w:tcPr>
                  <w:tcW w:w="1680" w:type="dxa"/>
                  <w:tcMar>
                    <w:left w:w="0" w:type="dxa"/>
                    <w:right w:w="0" w:type="dxa"/>
                  </w:tcMar>
                </w:tcPr>
                <w:p w14:paraId="0174E61F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Pengamatan</w:t>
                  </w:r>
                </w:p>
              </w:tc>
              <w:tc>
                <w:tcPr>
                  <w:tcW w:w="1180" w:type="dxa"/>
                  <w:tcMar>
                    <w:left w:w="0" w:type="dxa"/>
                    <w:right w:w="0" w:type="dxa"/>
                  </w:tcMar>
                </w:tcPr>
                <w:p w14:paraId="7CACDD11" w14:textId="77777777" w:rsidR="00F925E9" w:rsidRDefault="00000000">
                  <w:pPr>
                    <w:autoSpaceDE w:val="0"/>
                    <w:autoSpaceDN w:val="0"/>
                    <w:spacing w:before="60" w:after="0" w:line="20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Talenta;</w:t>
                  </w:r>
                </w:p>
              </w:tc>
              <w:tc>
                <w:tcPr>
                  <w:tcW w:w="1240" w:type="dxa"/>
                  <w:tcMar>
                    <w:left w:w="0" w:type="dxa"/>
                    <w:right w:w="0" w:type="dxa"/>
                  </w:tcMar>
                </w:tcPr>
                <w:p w14:paraId="0EA9E305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ind w:left="170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kejelasan</w:t>
                  </w:r>
                </w:p>
              </w:tc>
            </w:tr>
          </w:tbl>
          <w:p w14:paraId="3BE18717" w14:textId="77777777" w:rsidR="00F925E9" w:rsidRDefault="00000000">
            <w:pPr>
              <w:autoSpaceDE w:val="0"/>
              <w:autoSpaceDN w:val="0"/>
              <w:spacing w:before="13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rekomendasi tindak lanjut per murid.</w:t>
            </w:r>
          </w:p>
        </w:tc>
      </w:tr>
      <w:tr w:rsidR="00F925E9" w14:paraId="15D7CD55" w14:textId="77777777">
        <w:trPr>
          <w:trHeight w:hRule="exact" w:val="958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803367A" w14:textId="77777777" w:rsidR="00F925E9" w:rsidRDefault="00000000">
            <w:pPr>
              <w:autoSpaceDE w:val="0"/>
              <w:autoSpaceDN w:val="0"/>
              <w:spacing w:before="316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 CKG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E4DB2F9" w14:textId="77777777" w:rsidR="00F925E9" w:rsidRDefault="00000000">
            <w:pPr>
              <w:autoSpaceDE w:val="0"/>
              <w:autoSpaceDN w:val="0"/>
              <w:spacing w:after="0" w:line="37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Persentase Murid Baru yang telah terdaftar dan mengisi kuesioner pada SATUSEHAT Mobile.</w:t>
            </w:r>
          </w:p>
        </w:tc>
      </w:tr>
      <w:tr w:rsidR="00F925E9" w14:paraId="3304F76E" w14:textId="77777777">
        <w:trPr>
          <w:trHeight w:hRule="exact" w:val="1009"/>
        </w:trPr>
        <w:tc>
          <w:tcPr>
            <w:tcW w:w="240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2ECE550" w14:textId="77777777" w:rsidR="00F925E9" w:rsidRDefault="00000000">
            <w:pPr>
              <w:tabs>
                <w:tab w:val="left" w:pos="1612"/>
              </w:tabs>
              <w:autoSpaceDE w:val="0"/>
              <w:autoSpaceDN w:val="0"/>
              <w:spacing w:before="148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Dukungan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Orang</w:t>
            </w:r>
          </w:p>
          <w:p w14:paraId="2525E0B7" w14:textId="77777777" w:rsidR="00F925E9" w:rsidRDefault="00000000">
            <w:pPr>
              <w:autoSpaceDE w:val="0"/>
              <w:autoSpaceDN w:val="0"/>
              <w:spacing w:before="188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Tua/ Wali Murid</w:t>
            </w:r>
          </w:p>
        </w:tc>
        <w:tc>
          <w:tcPr>
            <w:tcW w:w="696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92A9E3A" w14:textId="77777777" w:rsidR="00F925E9" w:rsidRDefault="00000000">
            <w:pPr>
              <w:autoSpaceDE w:val="0"/>
              <w:autoSpaceDN w:val="0"/>
              <w:spacing w:after="0" w:line="39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Tingkat kehadiran pada sosialisasi; tanggapan/masukan dari Orang Tua/ Wali Murid.</w:t>
            </w:r>
          </w:p>
        </w:tc>
      </w:tr>
    </w:tbl>
    <w:p w14:paraId="60950110" w14:textId="77777777" w:rsidR="00F925E9" w:rsidRDefault="00000000">
      <w:pPr>
        <w:autoSpaceDE w:val="0"/>
        <w:autoSpaceDN w:val="0"/>
        <w:spacing w:before="280" w:after="0" w:line="174" w:lineRule="exact"/>
        <w:ind w:left="2116"/>
      </w:pPr>
      <w:r>
        <w:rPr>
          <w:rFonts w:ascii="Arial" w:eastAsia="Arial" w:hAnsi="Arial"/>
          <w:b/>
          <w:color w:val="333333"/>
          <w:spacing w:val="-10"/>
          <w:sz w:val="24"/>
        </w:rPr>
        <w:t>3. Metode Evaluasi</w:t>
      </w:r>
    </w:p>
    <w:p w14:paraId="4F56B54D" w14:textId="77777777" w:rsidR="00F925E9" w:rsidRDefault="00000000">
      <w:pPr>
        <w:tabs>
          <w:tab w:val="left" w:pos="2836"/>
        </w:tabs>
        <w:autoSpaceDE w:val="0"/>
        <w:autoSpaceDN w:val="0"/>
        <w:spacing w:before="28" w:after="0" w:line="414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a. Observasi langsung oleh Kepala Madrasah dan pengawas selama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pelaksanaan;</w:t>
      </w:r>
    </w:p>
    <w:p w14:paraId="4C7639CB" w14:textId="77777777" w:rsidR="00F925E9" w:rsidRDefault="00000000">
      <w:pPr>
        <w:autoSpaceDE w:val="0"/>
        <w:autoSpaceDN w:val="0"/>
        <w:spacing w:before="81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36</w:t>
      </w:r>
    </w:p>
    <w:p w14:paraId="6E93ED05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3BF8D593" w14:textId="77777777" w:rsidR="00F925E9" w:rsidRDefault="00F925E9">
      <w:pPr>
        <w:autoSpaceDE w:val="0"/>
        <w:autoSpaceDN w:val="0"/>
        <w:spacing w:after="0" w:line="220" w:lineRule="exact"/>
      </w:pPr>
    </w:p>
    <w:p w14:paraId="54262C83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57867BB3" w14:textId="77777777" w:rsidR="00F925E9" w:rsidRDefault="00000000">
      <w:pPr>
        <w:autoSpaceDE w:val="0"/>
        <w:autoSpaceDN w:val="0"/>
        <w:spacing w:after="574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220" w:type="dxa"/>
        <w:tblLayout w:type="fixed"/>
        <w:tblLook w:val="04A0" w:firstRow="1" w:lastRow="0" w:firstColumn="1" w:lastColumn="0" w:noHBand="0" w:noVBand="1"/>
      </w:tblPr>
      <w:tblGrid>
        <w:gridCol w:w="2360"/>
        <w:gridCol w:w="1120"/>
        <w:gridCol w:w="880"/>
        <w:gridCol w:w="720"/>
        <w:gridCol w:w="620"/>
        <w:gridCol w:w="660"/>
        <w:gridCol w:w="860"/>
        <w:gridCol w:w="2380"/>
      </w:tblGrid>
      <w:tr w:rsidR="00F925E9" w14:paraId="6FDA7C7C" w14:textId="77777777">
        <w:trPr>
          <w:trHeight w:hRule="exact" w:val="346"/>
        </w:trPr>
        <w:tc>
          <w:tcPr>
            <w:tcW w:w="2360" w:type="dxa"/>
            <w:tcMar>
              <w:left w:w="0" w:type="dxa"/>
              <w:right w:w="0" w:type="dxa"/>
            </w:tcMar>
          </w:tcPr>
          <w:p w14:paraId="5D446142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right="90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b. Jurnal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23541C03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kegiatan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14:paraId="6CC35C4E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harian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14:paraId="1DB9058A" w14:textId="77777777" w:rsidR="00F925E9" w:rsidRDefault="00000000">
            <w:pPr>
              <w:autoSpaceDE w:val="0"/>
              <w:autoSpaceDN w:val="0"/>
              <w:spacing w:before="108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  <w:tc>
          <w:tcPr>
            <w:tcW w:w="620" w:type="dxa"/>
            <w:tcMar>
              <w:left w:w="0" w:type="dxa"/>
              <w:right w:w="0" w:type="dxa"/>
            </w:tcMar>
          </w:tcPr>
          <w:p w14:paraId="5E163382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diisi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14:paraId="14C2DACB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oleh</w:t>
            </w:r>
          </w:p>
        </w:tc>
        <w:tc>
          <w:tcPr>
            <w:tcW w:w="860" w:type="dxa"/>
            <w:tcMar>
              <w:left w:w="0" w:type="dxa"/>
              <w:right w:w="0" w:type="dxa"/>
            </w:tcMar>
          </w:tcPr>
          <w:p w14:paraId="12506C0D" w14:textId="77777777" w:rsidR="00F925E9" w:rsidRDefault="00000000">
            <w:pPr>
              <w:autoSpaceDE w:val="0"/>
              <w:autoSpaceDN w:val="0"/>
              <w:spacing w:before="64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setiap</w:t>
            </w:r>
          </w:p>
        </w:tc>
        <w:tc>
          <w:tcPr>
            <w:tcW w:w="2380" w:type="dxa"/>
            <w:tcMar>
              <w:left w:w="0" w:type="dxa"/>
              <w:right w:w="0" w:type="dxa"/>
            </w:tcMar>
          </w:tcPr>
          <w:p w14:paraId="324DDB15" w14:textId="77777777" w:rsidR="00F925E9" w:rsidRDefault="00000000">
            <w:pPr>
              <w:autoSpaceDE w:val="0"/>
              <w:autoSpaceDN w:val="0"/>
              <w:spacing w:before="60" w:after="0" w:line="178" w:lineRule="exact"/>
              <w:ind w:left="10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koordinator/wali</w:t>
            </w:r>
          </w:p>
        </w:tc>
      </w:tr>
    </w:tbl>
    <w:p w14:paraId="2BE6824E" w14:textId="77777777" w:rsidR="00F925E9" w:rsidRDefault="00000000">
      <w:pPr>
        <w:autoSpaceDE w:val="0"/>
        <w:autoSpaceDN w:val="0"/>
        <w:spacing w:before="130" w:after="0" w:line="220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kelompok;</w:t>
      </w:r>
    </w:p>
    <w:p w14:paraId="4521BB7C" w14:textId="77777777" w:rsidR="00F925E9" w:rsidRDefault="00000000">
      <w:pPr>
        <w:autoSpaceDE w:val="0"/>
        <w:autoSpaceDN w:val="0"/>
        <w:spacing w:before="292" w:after="0" w:line="224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c. Angket sederhana kepuasan murid (dengan bahasa dan format sesuai</w:t>
      </w:r>
    </w:p>
    <w:p w14:paraId="3A225306" w14:textId="77777777" w:rsidR="00F925E9" w:rsidRDefault="00000000">
      <w:pPr>
        <w:autoSpaceDE w:val="0"/>
        <w:autoSpaceDN w:val="0"/>
        <w:spacing w:before="192" w:after="0" w:line="226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usia) pada akhir kegiatan;</w:t>
      </w:r>
    </w:p>
    <w:p w14:paraId="51D7D1E3" w14:textId="77777777" w:rsidR="00F925E9" w:rsidRDefault="00000000">
      <w:pPr>
        <w:tabs>
          <w:tab w:val="left" w:pos="2836"/>
        </w:tabs>
        <w:autoSpaceDE w:val="0"/>
        <w:autoSpaceDN w:val="0"/>
        <w:spacing w:before="102" w:after="0" w:line="412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d. Angket/umpan balik singkat dari Orang Tua/Wali Murid, misalnya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melalui formulir daring;</w:t>
      </w:r>
    </w:p>
    <w:p w14:paraId="5F9BE0F5" w14:textId="77777777" w:rsidR="00F925E9" w:rsidRDefault="00000000">
      <w:pPr>
        <w:autoSpaceDE w:val="0"/>
        <w:autoSpaceDN w:val="0"/>
        <w:spacing w:before="292" w:after="0" w:line="220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e. Rapat evaluasi panitia pada akhir setiap hari dan pada akhir</w:t>
      </w:r>
    </w:p>
    <w:p w14:paraId="7A11FBA1" w14:textId="77777777" w:rsidR="00F925E9" w:rsidRDefault="00000000">
      <w:pPr>
        <w:autoSpaceDE w:val="0"/>
        <w:autoSpaceDN w:val="0"/>
        <w:spacing w:before="192" w:after="0" w:line="222" w:lineRule="exact"/>
        <w:ind w:left="2836"/>
      </w:pPr>
      <w:r>
        <w:rPr>
          <w:rFonts w:ascii="ArialMT" w:eastAsia="ArialMT" w:hAnsi="ArialMT"/>
          <w:color w:val="000000"/>
          <w:spacing w:val="-10"/>
          <w:sz w:val="24"/>
        </w:rPr>
        <w:t>keseluruhan kegiatan.</w:t>
      </w:r>
    </w:p>
    <w:p w14:paraId="1EEF4D85" w14:textId="77777777" w:rsidR="00F925E9" w:rsidRDefault="00000000">
      <w:pPr>
        <w:autoSpaceDE w:val="0"/>
        <w:autoSpaceDN w:val="0"/>
        <w:spacing w:before="412" w:after="0" w:line="220" w:lineRule="exact"/>
        <w:ind w:left="2116"/>
      </w:pPr>
      <w:r>
        <w:rPr>
          <w:rFonts w:ascii="Arial" w:eastAsia="Arial" w:hAnsi="Arial"/>
          <w:b/>
          <w:color w:val="333333"/>
          <w:spacing w:val="-10"/>
          <w:sz w:val="24"/>
        </w:rPr>
        <w:t>4. Pelaporan</w:t>
      </w:r>
    </w:p>
    <w:p w14:paraId="5D7DAEDF" w14:textId="77777777" w:rsidR="00F925E9" w:rsidRDefault="00000000">
      <w:pPr>
        <w:autoSpaceDE w:val="0"/>
        <w:autoSpaceDN w:val="0"/>
        <w:spacing w:before="178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Madrasah menyampaikan laporan hasil pelaksanaan Matamuda</w:t>
      </w:r>
    </w:p>
    <w:p w14:paraId="39AA8CC2" w14:textId="77777777" w:rsidR="00F925E9" w:rsidRDefault="00000000">
      <w:pPr>
        <w:autoSpaceDE w:val="0"/>
        <w:autoSpaceDN w:val="0"/>
        <w:spacing w:before="2" w:after="0" w:line="412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kepada Kantor Kementerian Agama Kabupaten/Kota paling lambat 30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hari kerja sejak berakhirnya kegiatan, dilengkapi dengan data jumlah</w:t>
      </w:r>
    </w:p>
    <w:p w14:paraId="5EE6CFF5" w14:textId="77777777" w:rsidR="00F925E9" w:rsidRDefault="00000000">
      <w:pPr>
        <w:autoSpaceDE w:val="0"/>
        <w:autoSpaceDN w:val="0"/>
        <w:spacing w:after="0" w:line="416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murid yang telah terdaftar Cek Kesehatan Gratis (CKG) dan rekapitulasi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Peta Talenta Murid Baru (lihat format pada Lampiran 5).</w:t>
      </w:r>
    </w:p>
    <w:p w14:paraId="57C4CFE8" w14:textId="77777777" w:rsidR="00F925E9" w:rsidRDefault="00000000">
      <w:pPr>
        <w:autoSpaceDE w:val="0"/>
        <w:autoSpaceDN w:val="0"/>
        <w:spacing w:before="412" w:after="0" w:line="222" w:lineRule="exact"/>
        <w:ind w:left="2116"/>
      </w:pPr>
      <w:r>
        <w:rPr>
          <w:rFonts w:ascii="Arial" w:eastAsia="Arial" w:hAnsi="Arial"/>
          <w:b/>
          <w:color w:val="333333"/>
          <w:spacing w:val="-10"/>
          <w:sz w:val="24"/>
        </w:rPr>
        <w:t>5. Keberlanjutan</w:t>
      </w:r>
    </w:p>
    <w:p w14:paraId="3468D252" w14:textId="77777777" w:rsidR="00F925E9" w:rsidRDefault="00000000">
      <w:pPr>
        <w:autoSpaceDE w:val="0"/>
        <w:autoSpaceDN w:val="0"/>
        <w:spacing w:before="172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Hasil Peta Talenta Murid Baru yang disusun selama Matamuda</w:t>
      </w:r>
    </w:p>
    <w:p w14:paraId="345961DE" w14:textId="77777777" w:rsidR="00F925E9" w:rsidRDefault="00000000">
      <w:pPr>
        <w:autoSpaceDE w:val="0"/>
        <w:autoSpaceDN w:val="0"/>
        <w:spacing w:before="196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diintegrasikan ke dalam program pembinaan kesiswaan sepanjang tahun</w:t>
      </w:r>
    </w:p>
    <w:p w14:paraId="640C3F76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pelajaran, antara lain melalui penguatan ekstrakurikuler, pembentukan</w:t>
      </w:r>
    </w:p>
    <w:p w14:paraId="44EB8C73" w14:textId="77777777" w:rsidR="00F925E9" w:rsidRDefault="00000000">
      <w:pPr>
        <w:autoSpaceDE w:val="0"/>
        <w:autoSpaceDN w:val="0"/>
        <w:spacing w:before="192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kelompok minat-bakat, pembinaan menuju kompetisi, serta koordinasi</w:t>
      </w:r>
    </w:p>
    <w:p w14:paraId="1B77F7EA" w14:textId="77777777" w:rsidR="00F925E9" w:rsidRDefault="00000000">
      <w:pPr>
        <w:autoSpaceDE w:val="0"/>
        <w:autoSpaceDN w:val="0"/>
        <w:spacing w:before="186" w:after="0" w:line="226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berkelanjutan antara wali kelas, guru BRUS, dan Orang Tua/ Wali Murid.</w:t>
      </w:r>
    </w:p>
    <w:p w14:paraId="646E8134" w14:textId="77777777" w:rsidR="00F925E9" w:rsidRDefault="00000000">
      <w:pPr>
        <w:autoSpaceDE w:val="0"/>
        <w:autoSpaceDN w:val="0"/>
        <w:spacing w:before="354" w:after="0" w:line="222" w:lineRule="exact"/>
        <w:ind w:right="1194"/>
        <w:jc w:val="right"/>
      </w:pPr>
      <w:r>
        <w:rPr>
          <w:rFonts w:ascii="ArialMT" w:eastAsia="ArialMT" w:hAnsi="ArialMT"/>
          <w:color w:val="000000"/>
          <w:spacing w:val="-10"/>
          <w:sz w:val="24"/>
        </w:rPr>
        <w:t>Madrasah disarankan menjadwalkan evaluasi singkat pada akhir</w:t>
      </w:r>
    </w:p>
    <w:p w14:paraId="7E5FA6BE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semester pertama untuk menilai sejauh mana hasil pemetaan talenta</w:t>
      </w:r>
    </w:p>
    <w:p w14:paraId="368CB4B8" w14:textId="77777777" w:rsidR="00F925E9" w:rsidRDefault="00000000">
      <w:pPr>
        <w:autoSpaceDE w:val="0"/>
        <w:autoSpaceDN w:val="0"/>
        <w:spacing w:after="0" w:line="416" w:lineRule="exact"/>
        <w:ind w:left="2476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benar-benar termanfaatkan dalam program kesiswaan, sebagai bagian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dari siklus perbaikan berkelanjutan untuk pelaksanaan Matamuda pada</w:t>
      </w:r>
    </w:p>
    <w:p w14:paraId="4EFDCDAF" w14:textId="77777777" w:rsidR="00F925E9" w:rsidRDefault="00000000">
      <w:pPr>
        <w:autoSpaceDE w:val="0"/>
        <w:autoSpaceDN w:val="0"/>
        <w:spacing w:before="190" w:after="0" w:line="222" w:lineRule="exact"/>
        <w:ind w:left="2476"/>
      </w:pPr>
      <w:r>
        <w:rPr>
          <w:rFonts w:ascii="ArialMT" w:eastAsia="ArialMT" w:hAnsi="ArialMT"/>
          <w:color w:val="000000"/>
          <w:spacing w:val="-10"/>
          <w:sz w:val="24"/>
        </w:rPr>
        <w:t>tahun-tahun berikutnya.</w:t>
      </w:r>
    </w:p>
    <w:p w14:paraId="79C8A06A" w14:textId="77777777" w:rsidR="00F925E9" w:rsidRDefault="00000000">
      <w:pPr>
        <w:autoSpaceDE w:val="0"/>
        <w:autoSpaceDN w:val="0"/>
        <w:spacing w:before="230" w:after="0" w:line="404" w:lineRule="exact"/>
        <w:ind w:left="2476" w:right="1152" w:hanging="360"/>
      </w:pPr>
      <w:r>
        <w:rPr>
          <w:rFonts w:ascii="Arial" w:eastAsia="Arial" w:hAnsi="Arial"/>
          <w:b/>
          <w:color w:val="333333"/>
          <w:spacing w:val="-10"/>
          <w:sz w:val="24"/>
        </w:rPr>
        <w:t xml:space="preserve">6. Contoh Ringkasan Evaluasi Akhir (Ilustrasi) </w:t>
      </w:r>
      <w:r>
        <w:br/>
      </w:r>
      <w:r>
        <w:rPr>
          <w:rFonts w:ascii="Arial" w:eastAsia="Arial" w:hAnsi="Arial"/>
          <w:i/>
          <w:color w:val="000000"/>
          <w:spacing w:val="-10"/>
          <w:sz w:val="24"/>
        </w:rPr>
        <w:t xml:space="preserve">Contoh berikut bersifat ilustrasi format ringkasan evaluasi yang dapat </w:t>
      </w:r>
      <w:r>
        <w:br/>
      </w:r>
      <w:r>
        <w:rPr>
          <w:rFonts w:ascii="Arial" w:eastAsia="Arial" w:hAnsi="Arial"/>
          <w:i/>
          <w:color w:val="000000"/>
          <w:spacing w:val="-10"/>
          <w:sz w:val="24"/>
        </w:rPr>
        <w:t>disusun panitia pada akhir pelaksanaan.</w:t>
      </w:r>
    </w:p>
    <w:p w14:paraId="20BF0DA7" w14:textId="77777777" w:rsidR="00F925E9" w:rsidRDefault="00000000">
      <w:pPr>
        <w:autoSpaceDE w:val="0"/>
        <w:autoSpaceDN w:val="0"/>
        <w:spacing w:before="1714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37</w:t>
      </w:r>
    </w:p>
    <w:p w14:paraId="5C7B7EFB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08C34FAF" w14:textId="77777777" w:rsidR="00F925E9" w:rsidRDefault="00F925E9">
      <w:pPr>
        <w:autoSpaceDE w:val="0"/>
        <w:autoSpaceDN w:val="0"/>
        <w:spacing w:after="0" w:line="220" w:lineRule="exact"/>
      </w:pPr>
    </w:p>
    <w:p w14:paraId="47D4A0A6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323E35C" w14:textId="77777777" w:rsidR="00F925E9" w:rsidRDefault="00000000">
      <w:pPr>
        <w:autoSpaceDE w:val="0"/>
        <w:autoSpaceDN w:val="0"/>
        <w:spacing w:after="618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925E9" w14:paraId="5BC5C45D" w14:textId="77777777">
        <w:trPr>
          <w:trHeight w:hRule="exact" w:val="585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2D61F35" w14:textId="77777777" w:rsidR="00F925E9" w:rsidRDefault="00000000">
            <w:pPr>
              <w:autoSpaceDE w:val="0"/>
              <w:autoSpaceDN w:val="0"/>
              <w:spacing w:before="112" w:after="0" w:line="21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Aspek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B780579" w14:textId="77777777" w:rsidR="00F925E9" w:rsidRDefault="00000000">
            <w:pPr>
              <w:autoSpaceDE w:val="0"/>
              <w:autoSpaceDN w:val="0"/>
              <w:spacing w:before="108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Capaian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676EF43" w14:textId="77777777" w:rsidR="00F925E9" w:rsidRDefault="00000000">
            <w:pPr>
              <w:autoSpaceDE w:val="0"/>
              <w:autoSpaceDN w:val="0"/>
              <w:spacing w:before="108" w:after="0" w:line="17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Catatan/Rekomendasi</w:t>
            </w:r>
          </w:p>
        </w:tc>
      </w:tr>
      <w:tr w:rsidR="00F925E9" w14:paraId="382446DE" w14:textId="77777777">
        <w:trPr>
          <w:trHeight w:hRule="exact" w:val="1377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D0B1A9F" w14:textId="77777777" w:rsidR="00F925E9" w:rsidRDefault="00000000">
            <w:pPr>
              <w:autoSpaceDE w:val="0"/>
              <w:autoSpaceDN w:val="0"/>
              <w:spacing w:before="52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 Mars/Himne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E0922C0" w14:textId="77777777" w:rsidR="00F925E9" w:rsidRDefault="00000000">
            <w:pPr>
              <w:autoSpaceDE w:val="0"/>
              <w:autoSpaceDN w:val="0"/>
              <w:spacing w:before="52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Terlaksana 5/5 hari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F86E32F" w14:textId="77777777" w:rsidR="00F925E9" w:rsidRDefault="00000000">
            <w:pPr>
              <w:tabs>
                <w:tab w:val="left" w:pos="1812"/>
              </w:tabs>
              <w:autoSpaceDE w:val="0"/>
              <w:autoSpaceDN w:val="0"/>
              <w:spacing w:before="106" w:after="0" w:line="20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Pertahankan;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tambahkan</w:t>
            </w:r>
          </w:p>
          <w:p w14:paraId="74C66E31" w14:textId="77777777" w:rsidR="00F925E9" w:rsidRDefault="00000000">
            <w:pPr>
              <w:autoSpaceDE w:val="0"/>
              <w:autoSpaceDN w:val="0"/>
              <w:spacing w:before="212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latihan dirigen baru tahun</w:t>
            </w:r>
          </w:p>
          <w:p w14:paraId="7B7E5232" w14:textId="77777777" w:rsidR="00F925E9" w:rsidRDefault="00000000">
            <w:pPr>
              <w:autoSpaceDE w:val="0"/>
              <w:autoSpaceDN w:val="0"/>
              <w:spacing w:before="190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depan</w:t>
            </w:r>
          </w:p>
        </w:tc>
      </w:tr>
      <w:tr w:rsidR="00F925E9" w14:paraId="49AA06C8" w14:textId="77777777">
        <w:trPr>
          <w:trHeight w:hRule="exact" w:val="1033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2BF927B" w14:textId="77777777" w:rsidR="00F925E9" w:rsidRDefault="00000000">
            <w:pPr>
              <w:autoSpaceDE w:val="0"/>
              <w:autoSpaceDN w:val="0"/>
              <w:spacing w:before="35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Kesesuaian Materi Wajib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A635EBC" w14:textId="77777777" w:rsidR="00F925E9" w:rsidRDefault="00000000">
            <w:pPr>
              <w:tabs>
                <w:tab w:val="left" w:pos="2332"/>
              </w:tabs>
              <w:autoSpaceDE w:val="0"/>
              <w:autoSpaceDN w:val="0"/>
              <w:spacing w:before="142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Seluruh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materi</w:t>
            </w:r>
          </w:p>
          <w:p w14:paraId="01363B47" w14:textId="77777777" w:rsidR="00F925E9" w:rsidRDefault="00000000">
            <w:pPr>
              <w:autoSpaceDE w:val="0"/>
              <w:autoSpaceDN w:val="0"/>
              <w:spacing w:before="238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tersampaikan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88CB244" w14:textId="77777777" w:rsidR="00F925E9" w:rsidRDefault="00F925E9">
            <w:pPr>
              <w:autoSpaceDE w:val="0"/>
              <w:autoSpaceDN w:val="0"/>
              <w:spacing w:after="0" w:line="84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440"/>
              <w:gridCol w:w="920"/>
              <w:gridCol w:w="640"/>
            </w:tblGrid>
            <w:tr w:rsidR="00F925E9" w14:paraId="679E5ECA" w14:textId="77777777">
              <w:trPr>
                <w:trHeight w:hRule="exact" w:val="342"/>
              </w:trPr>
              <w:tc>
                <w:tcPr>
                  <w:tcW w:w="1440" w:type="dxa"/>
                  <w:tcMar>
                    <w:left w:w="0" w:type="dxa"/>
                    <w:right w:w="0" w:type="dxa"/>
                  </w:tcMar>
                </w:tcPr>
                <w:p w14:paraId="689F9944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Perpanjang</w:t>
                  </w:r>
                </w:p>
              </w:tc>
              <w:tc>
                <w:tcPr>
                  <w:tcW w:w="920" w:type="dxa"/>
                  <w:tcMar>
                    <w:left w:w="0" w:type="dxa"/>
                    <w:right w:w="0" w:type="dxa"/>
                  </w:tcMar>
                </w:tcPr>
                <w:p w14:paraId="4DC7C4BE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waktu</w:t>
                  </w:r>
                </w:p>
              </w:tc>
              <w:tc>
                <w:tcPr>
                  <w:tcW w:w="640" w:type="dxa"/>
                  <w:tcMar>
                    <w:left w:w="0" w:type="dxa"/>
                    <w:right w:w="0" w:type="dxa"/>
                  </w:tcMar>
                </w:tcPr>
                <w:p w14:paraId="03D398ED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ind w:left="158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sesi</w:t>
                  </w:r>
                </w:p>
              </w:tc>
            </w:tr>
          </w:tbl>
          <w:p w14:paraId="41A7490B" w14:textId="77777777" w:rsidR="00F925E9" w:rsidRDefault="00000000">
            <w:pPr>
              <w:autoSpaceDE w:val="0"/>
              <w:autoSpaceDN w:val="0"/>
              <w:spacing w:before="13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anti-bullying tahun depan</w:t>
            </w:r>
          </w:p>
        </w:tc>
      </w:tr>
      <w:tr w:rsidR="00F925E9" w14:paraId="0CA7C51C" w14:textId="77777777">
        <w:trPr>
          <w:trHeight w:hRule="exact" w:val="963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AD3140E" w14:textId="77777777" w:rsidR="00F925E9" w:rsidRDefault="00000000">
            <w:pPr>
              <w:tabs>
                <w:tab w:val="left" w:pos="1572"/>
              </w:tabs>
              <w:autoSpaceDE w:val="0"/>
              <w:autoSpaceDN w:val="0"/>
              <w:spacing w:before="10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Tingkat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Kegembiraan</w:t>
            </w:r>
          </w:p>
          <w:p w14:paraId="2EB5180E" w14:textId="77777777" w:rsidR="00F925E9" w:rsidRDefault="00000000">
            <w:pPr>
              <w:autoSpaceDE w:val="0"/>
              <w:autoSpaceDN w:val="0"/>
              <w:spacing w:before="19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468A90D" w14:textId="77777777" w:rsidR="00F925E9" w:rsidRDefault="00000000">
            <w:pPr>
              <w:autoSpaceDE w:val="0"/>
              <w:autoSpaceDN w:val="0"/>
              <w:spacing w:before="31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Mayoritas murid antusias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E2A3B00" w14:textId="77777777" w:rsidR="00F925E9" w:rsidRDefault="00000000">
            <w:pPr>
              <w:tabs>
                <w:tab w:val="left" w:pos="2306"/>
              </w:tabs>
              <w:autoSpaceDE w:val="0"/>
              <w:autoSpaceDN w:val="0"/>
              <w:spacing w:before="10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Tambahkan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variasi</w:t>
            </w:r>
          </w:p>
          <w:p w14:paraId="652662C3" w14:textId="77777777" w:rsidR="00F925E9" w:rsidRDefault="00000000">
            <w:pPr>
              <w:autoSpaceDE w:val="0"/>
              <w:autoSpaceDN w:val="0"/>
              <w:spacing w:before="242" w:after="0" w:line="222" w:lineRule="exact"/>
              <w:ind w:left="118"/>
            </w:pPr>
            <w:r>
              <w:rPr>
                <w:rFonts w:ascii="Arial" w:eastAsia="Arial" w:hAnsi="Arial"/>
                <w:i/>
                <w:color w:val="000000"/>
                <w:spacing w:val="-10"/>
                <w:sz w:val="24"/>
              </w:rPr>
              <w:t>energizer</w:t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 untuk hari ke-3</w:t>
            </w:r>
          </w:p>
        </w:tc>
      </w:tr>
      <w:tr w:rsidR="00F925E9" w14:paraId="0E57B03A" w14:textId="77777777">
        <w:trPr>
          <w:trHeight w:hRule="exact" w:val="1035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B4176BA" w14:textId="77777777" w:rsidR="00F925E9" w:rsidRDefault="00000000">
            <w:pPr>
              <w:autoSpaceDE w:val="0"/>
              <w:autoSpaceDN w:val="0"/>
              <w:spacing w:before="34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Pemetaan Talenta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9746FD9" w14:textId="77777777" w:rsidR="00F925E9" w:rsidRDefault="00F925E9">
            <w:pPr>
              <w:autoSpaceDE w:val="0"/>
              <w:autoSpaceDN w:val="0"/>
              <w:spacing w:after="0" w:line="80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720"/>
              <w:gridCol w:w="1120"/>
              <w:gridCol w:w="1160"/>
            </w:tblGrid>
            <w:tr w:rsidR="00F925E9" w14:paraId="3F52F797" w14:textId="77777777">
              <w:trPr>
                <w:trHeight w:hRule="exact" w:val="294"/>
              </w:trPr>
              <w:tc>
                <w:tcPr>
                  <w:tcW w:w="720" w:type="dxa"/>
                  <w:tcMar>
                    <w:left w:w="0" w:type="dxa"/>
                    <w:right w:w="0" w:type="dxa"/>
                  </w:tcMar>
                </w:tcPr>
                <w:p w14:paraId="42F3AD1A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Peta</w:t>
                  </w:r>
                </w:p>
              </w:tc>
              <w:tc>
                <w:tcPr>
                  <w:tcW w:w="1120" w:type="dxa"/>
                  <w:tcMar>
                    <w:left w:w="0" w:type="dxa"/>
                    <w:right w:w="0" w:type="dxa"/>
                  </w:tcMar>
                </w:tcPr>
                <w:p w14:paraId="19448D0C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Talenta</w:t>
                  </w:r>
                </w:p>
              </w:tc>
              <w:tc>
                <w:tcPr>
                  <w:tcW w:w="1160" w:type="dxa"/>
                  <w:tcMar>
                    <w:left w:w="0" w:type="dxa"/>
                    <w:right w:w="0" w:type="dxa"/>
                  </w:tcMar>
                </w:tcPr>
                <w:p w14:paraId="75E3CD96" w14:textId="77777777" w:rsidR="00F925E9" w:rsidRDefault="00000000">
                  <w:pPr>
                    <w:autoSpaceDE w:val="0"/>
                    <w:autoSpaceDN w:val="0"/>
                    <w:spacing w:before="64" w:after="0" w:line="170" w:lineRule="exact"/>
                    <w:ind w:left="18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tersusun</w:t>
                  </w:r>
                </w:p>
              </w:tc>
            </w:tr>
          </w:tbl>
          <w:p w14:paraId="6CF13EAF" w14:textId="77777777" w:rsidR="00F925E9" w:rsidRDefault="00000000">
            <w:pPr>
              <w:autoSpaceDE w:val="0"/>
              <w:autoSpaceDN w:val="0"/>
              <w:spacing w:before="184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 seluruh kelas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DFEAFD0" w14:textId="77777777" w:rsidR="00F925E9" w:rsidRDefault="00000000">
            <w:pPr>
              <w:autoSpaceDE w:val="0"/>
              <w:autoSpaceDN w:val="0"/>
              <w:spacing w:before="138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Sosialisasikan hasil lebih</w:t>
            </w:r>
          </w:p>
          <w:p w14:paraId="2EABC2AA" w14:textId="77777777" w:rsidR="00F925E9" w:rsidRDefault="00000000">
            <w:pPr>
              <w:autoSpaceDE w:val="0"/>
              <w:autoSpaceDN w:val="0"/>
              <w:spacing w:before="244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awal kepada wali kelas</w:t>
            </w:r>
          </w:p>
        </w:tc>
      </w:tr>
      <w:tr w:rsidR="00F925E9" w14:paraId="5A093453" w14:textId="77777777">
        <w:trPr>
          <w:trHeight w:hRule="exact" w:val="949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5106AF3" w14:textId="77777777" w:rsidR="00F925E9" w:rsidRDefault="00000000">
            <w:pPr>
              <w:autoSpaceDE w:val="0"/>
              <w:autoSpaceDN w:val="0"/>
              <w:spacing w:before="31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Pendaftaran CKG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1E3C9DC" w14:textId="77777777" w:rsidR="00F925E9" w:rsidRDefault="00000000">
            <w:pPr>
              <w:autoSpaceDE w:val="0"/>
              <w:autoSpaceDN w:val="0"/>
              <w:spacing w:before="310" w:after="0" w:line="18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92% Murid Baru terdaftar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AC3F81B" w14:textId="77777777" w:rsidR="00F925E9" w:rsidRDefault="00000000">
            <w:pPr>
              <w:autoSpaceDE w:val="0"/>
              <w:autoSpaceDN w:val="0"/>
              <w:spacing w:before="104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Tindak lanjuti sisa 8% pada</w:t>
            </w:r>
          </w:p>
          <w:p w14:paraId="5B11EEF6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minggu berikutnya</w:t>
            </w:r>
          </w:p>
        </w:tc>
      </w:tr>
    </w:tbl>
    <w:p w14:paraId="2E292FA4" w14:textId="77777777" w:rsidR="00F925E9" w:rsidRDefault="00000000">
      <w:pPr>
        <w:autoSpaceDE w:val="0"/>
        <w:autoSpaceDN w:val="0"/>
        <w:spacing w:before="65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Ringkasan semacam ini menjadi bahan rapat evaluasi akhir panitia</w:t>
      </w:r>
    </w:p>
    <w:p w14:paraId="7D157819" w14:textId="77777777" w:rsidR="00F925E9" w:rsidRDefault="00000000">
      <w:pPr>
        <w:autoSpaceDE w:val="0"/>
        <w:autoSpaceDN w:val="0"/>
        <w:spacing w:before="190" w:after="0" w:line="222" w:lineRule="exact"/>
        <w:ind w:left="2640"/>
      </w:pPr>
      <w:r>
        <w:rPr>
          <w:rFonts w:ascii="ArialMT" w:eastAsia="ArialMT" w:hAnsi="ArialMT"/>
          <w:color w:val="000000"/>
          <w:spacing w:val="-10"/>
          <w:sz w:val="24"/>
        </w:rPr>
        <w:t>bersama Kepala Madrasah, sekaligus menjadi Panduan perbaikan</w:t>
      </w:r>
    </w:p>
    <w:p w14:paraId="3BAD48E6" w14:textId="77777777" w:rsidR="00F925E9" w:rsidRDefault="00000000">
      <w:pPr>
        <w:autoSpaceDE w:val="0"/>
        <w:autoSpaceDN w:val="0"/>
        <w:spacing w:before="196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perencanaan Matamuda pada tahun pelajaran berikutnya.</w:t>
      </w:r>
    </w:p>
    <w:p w14:paraId="01D2761A" w14:textId="77777777" w:rsidR="00F925E9" w:rsidRDefault="00000000">
      <w:pPr>
        <w:autoSpaceDE w:val="0"/>
        <w:autoSpaceDN w:val="0"/>
        <w:spacing w:before="6554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38</w:t>
      </w:r>
    </w:p>
    <w:p w14:paraId="02096F0F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3EF63AFD" w14:textId="77777777" w:rsidR="00F925E9" w:rsidRDefault="00F925E9">
      <w:pPr>
        <w:autoSpaceDE w:val="0"/>
        <w:autoSpaceDN w:val="0"/>
        <w:spacing w:after="0" w:line="220" w:lineRule="exact"/>
      </w:pPr>
    </w:p>
    <w:p w14:paraId="0741D0A7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2EE5337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0BFB0F78" w14:textId="77777777" w:rsidR="00F925E9" w:rsidRDefault="00000000">
      <w:pPr>
        <w:autoSpaceDE w:val="0"/>
        <w:autoSpaceDN w:val="0"/>
        <w:spacing w:before="960" w:after="0" w:line="172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BAB V</w:t>
      </w:r>
    </w:p>
    <w:p w14:paraId="398D21B3" w14:textId="77777777" w:rsidR="00F925E9" w:rsidRDefault="00000000">
      <w:pPr>
        <w:autoSpaceDE w:val="0"/>
        <w:autoSpaceDN w:val="0"/>
        <w:spacing w:before="342" w:after="0" w:line="174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PENUTUP</w:t>
      </w:r>
    </w:p>
    <w:p w14:paraId="765295D9" w14:textId="77777777" w:rsidR="00F925E9" w:rsidRDefault="00000000">
      <w:pPr>
        <w:autoSpaceDE w:val="0"/>
        <w:autoSpaceDN w:val="0"/>
        <w:spacing w:before="464" w:after="0" w:line="412" w:lineRule="exact"/>
        <w:ind w:left="1200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Panduan ini disusun sebagai Panduan operasional yang melengkapi Petunjuk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Teknis Pelaksanaan Matamuda Tahun Pelajaran 2026/2027, dengan harapan dapat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membantu madrasah menyelenggarakan Matamuda yang sehat, aman, nyaman,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menyenangkan, serta mampu mengenali dan memetakan talenta Murid Baru sejak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hari-hari pertama mereka di madrasah.</w:t>
      </w:r>
    </w:p>
    <w:p w14:paraId="594BA1D6" w14:textId="77777777" w:rsidR="00F925E9" w:rsidRDefault="00000000">
      <w:pPr>
        <w:autoSpaceDE w:val="0"/>
        <w:autoSpaceDN w:val="0"/>
        <w:spacing w:before="160" w:after="0" w:line="414" w:lineRule="exact"/>
        <w:ind w:left="1200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Keleluasaan teknis yang diberikan kepada madrasah diharapkan dimanfaatkan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secara kreatif dan tetap bertanggung jawab. Seluruh pemangku kepentingan, baik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pemerintah, kantor wilayah Kementerian Agama, kantor Kementerian Agama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kabupaten/kota, penyelenggara madrasah, Kepala Madrasah, pendidik, tenaga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kependidikan, Orang Tua/ Wali Murid, maupun murid diharapkan berperan aktif dalam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mendukung penyelenggaraan Matamuda agar berlangsung secara efektif, bermakna,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dan berorientasi pada pembentukan karakter serta terwujudnya lingkungan madrasah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yang aman, nyaman, dan menyenangkan.</w:t>
      </w:r>
    </w:p>
    <w:p w14:paraId="458C8042" w14:textId="77777777" w:rsidR="00F925E9" w:rsidRDefault="00000000">
      <w:pPr>
        <w:autoSpaceDE w:val="0"/>
        <w:autoSpaceDN w:val="0"/>
        <w:spacing w:before="158" w:after="0" w:line="416" w:lineRule="exact"/>
        <w:ind w:left="1200" w:right="1194" w:firstLine="720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Semoga Panduan ini bermanfaat dan berkontribusi bagi terwujudnya murid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madrasah yang beriman, berakhlak mulia, berkarakter, mandiri, berprestasi, dan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bangga terhadap almamaternya.</w:t>
      </w:r>
    </w:p>
    <w:p w14:paraId="3A2144EF" w14:textId="77777777" w:rsidR="00F925E9" w:rsidRDefault="00000000">
      <w:pPr>
        <w:autoSpaceDE w:val="0"/>
        <w:autoSpaceDN w:val="0"/>
        <w:spacing w:before="576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39</w:t>
      </w:r>
    </w:p>
    <w:p w14:paraId="295E6050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24A1AE96" w14:textId="77777777" w:rsidR="00F925E9" w:rsidRDefault="00F925E9">
      <w:pPr>
        <w:autoSpaceDE w:val="0"/>
        <w:autoSpaceDN w:val="0"/>
        <w:spacing w:after="0" w:line="220" w:lineRule="exact"/>
      </w:pPr>
    </w:p>
    <w:p w14:paraId="69B37BF1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5A6C962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0A887F9C" w14:textId="77777777" w:rsidR="00F925E9" w:rsidRDefault="00000000">
      <w:pPr>
        <w:autoSpaceDE w:val="0"/>
        <w:autoSpaceDN w:val="0"/>
        <w:spacing w:before="638" w:after="0" w:line="218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Lampiran</w:t>
      </w:r>
    </w:p>
    <w:p w14:paraId="31943055" w14:textId="77777777" w:rsidR="00F925E9" w:rsidRDefault="00000000">
      <w:pPr>
        <w:autoSpaceDE w:val="0"/>
        <w:autoSpaceDN w:val="0"/>
        <w:spacing w:before="434" w:after="0" w:line="222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1: Lembar Pengamatan dan Pemetaan Talenta Murid Baru</w:t>
      </w:r>
    </w:p>
    <w:p w14:paraId="1D0EEA3F" w14:textId="77777777" w:rsidR="00F925E9" w:rsidRDefault="00000000">
      <w:pPr>
        <w:autoSpaceDE w:val="0"/>
        <w:autoSpaceDN w:val="0"/>
        <w:spacing w:before="188" w:after="338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Diisi oleh wali kelompok/fasilitator setiap hari selama pelaksanaan Matamuda.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1740"/>
        <w:gridCol w:w="1174"/>
        <w:gridCol w:w="2320"/>
        <w:gridCol w:w="2326"/>
        <w:gridCol w:w="1800"/>
      </w:tblGrid>
      <w:tr w:rsidR="00F925E9" w14:paraId="47F9DF39" w14:textId="77777777">
        <w:trPr>
          <w:trHeight w:hRule="exact" w:val="999"/>
        </w:trPr>
        <w:tc>
          <w:tcPr>
            <w:tcW w:w="174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03D43A8" w14:textId="77777777" w:rsidR="00F925E9" w:rsidRDefault="00000000">
            <w:pPr>
              <w:autoSpaceDE w:val="0"/>
              <w:autoSpaceDN w:val="0"/>
              <w:spacing w:before="318" w:after="0" w:line="174" w:lineRule="exact"/>
              <w:ind w:left="118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Nama Murid</w:t>
            </w:r>
          </w:p>
        </w:tc>
        <w:tc>
          <w:tcPr>
            <w:tcW w:w="117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9597CE4" w14:textId="77777777" w:rsidR="00F925E9" w:rsidRDefault="00000000">
            <w:pPr>
              <w:autoSpaceDE w:val="0"/>
              <w:autoSpaceDN w:val="0"/>
              <w:spacing w:before="318" w:after="0" w:line="174" w:lineRule="exact"/>
              <w:ind w:left="116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Kelas</w:t>
            </w:r>
          </w:p>
        </w:tc>
        <w:tc>
          <w:tcPr>
            <w:tcW w:w="23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9191024" w14:textId="77777777" w:rsidR="00F925E9" w:rsidRDefault="00000000">
            <w:pPr>
              <w:tabs>
                <w:tab w:val="left" w:pos="1356"/>
              </w:tabs>
              <w:autoSpaceDE w:val="0"/>
              <w:autoSpaceDN w:val="0"/>
              <w:spacing w:before="110" w:after="0" w:line="176" w:lineRule="exact"/>
              <w:ind w:left="118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 xml:space="preserve">Ranah </w:t>
            </w:r>
            <w:r>
              <w:tab/>
            </w: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Talenta</w:t>
            </w:r>
          </w:p>
          <w:p w14:paraId="018D22B4" w14:textId="77777777" w:rsidR="00F925E9" w:rsidRDefault="00000000">
            <w:pPr>
              <w:autoSpaceDE w:val="0"/>
              <w:autoSpaceDN w:val="0"/>
              <w:spacing w:before="238" w:after="0" w:line="222" w:lineRule="exact"/>
              <w:ind w:left="118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yang Teramati</w:t>
            </w:r>
          </w:p>
        </w:tc>
        <w:tc>
          <w:tcPr>
            <w:tcW w:w="23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E78FCE7" w14:textId="77777777" w:rsidR="00F925E9" w:rsidRDefault="00000000">
            <w:pPr>
              <w:autoSpaceDE w:val="0"/>
              <w:autoSpaceDN w:val="0"/>
              <w:spacing w:before="314" w:after="0" w:line="22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Catatan Pengamat</w:t>
            </w:r>
          </w:p>
        </w:tc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28AF586" w14:textId="77777777" w:rsidR="00F925E9" w:rsidRDefault="00000000">
            <w:pPr>
              <w:autoSpaceDE w:val="0"/>
              <w:autoSpaceDN w:val="0"/>
              <w:spacing w:before="31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Rekomendasi</w:t>
            </w:r>
          </w:p>
        </w:tc>
      </w:tr>
      <w:tr w:rsidR="00F925E9" w14:paraId="11661038" w14:textId="77777777">
        <w:trPr>
          <w:trHeight w:hRule="exact" w:val="555"/>
        </w:trPr>
        <w:tc>
          <w:tcPr>
            <w:tcW w:w="174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7F55F1E" w14:textId="77777777" w:rsidR="00F925E9" w:rsidRDefault="00F925E9"/>
        </w:tc>
        <w:tc>
          <w:tcPr>
            <w:tcW w:w="117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B4ED61D" w14:textId="77777777" w:rsidR="00F925E9" w:rsidRDefault="00F925E9"/>
        </w:tc>
        <w:tc>
          <w:tcPr>
            <w:tcW w:w="23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A791D09" w14:textId="77777777" w:rsidR="00F925E9" w:rsidRDefault="00F925E9"/>
        </w:tc>
        <w:tc>
          <w:tcPr>
            <w:tcW w:w="23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35B978B" w14:textId="77777777" w:rsidR="00F925E9" w:rsidRDefault="00F925E9"/>
        </w:tc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BD18EF4" w14:textId="77777777" w:rsidR="00F925E9" w:rsidRDefault="00F925E9"/>
        </w:tc>
      </w:tr>
      <w:tr w:rsidR="00F925E9" w14:paraId="7A19A4B1" w14:textId="77777777">
        <w:trPr>
          <w:trHeight w:hRule="exact" w:val="612"/>
        </w:trPr>
        <w:tc>
          <w:tcPr>
            <w:tcW w:w="174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388E533" w14:textId="77777777" w:rsidR="00F925E9" w:rsidRDefault="00F925E9"/>
        </w:tc>
        <w:tc>
          <w:tcPr>
            <w:tcW w:w="117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5CD997E" w14:textId="77777777" w:rsidR="00F925E9" w:rsidRDefault="00F925E9"/>
        </w:tc>
        <w:tc>
          <w:tcPr>
            <w:tcW w:w="23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B862096" w14:textId="77777777" w:rsidR="00F925E9" w:rsidRDefault="00F925E9"/>
        </w:tc>
        <w:tc>
          <w:tcPr>
            <w:tcW w:w="232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39CDB9B" w14:textId="77777777" w:rsidR="00F925E9" w:rsidRDefault="00F925E9"/>
        </w:tc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3A19D3A" w14:textId="77777777" w:rsidR="00F925E9" w:rsidRDefault="00F925E9"/>
        </w:tc>
      </w:tr>
      <w:tr w:rsidR="00F925E9" w14:paraId="00864EFE" w14:textId="77777777">
        <w:trPr>
          <w:trHeight w:hRule="exact" w:val="554"/>
        </w:trPr>
        <w:tc>
          <w:tcPr>
            <w:tcW w:w="174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4D00659" w14:textId="77777777" w:rsidR="00F925E9" w:rsidRDefault="00F925E9"/>
        </w:tc>
        <w:tc>
          <w:tcPr>
            <w:tcW w:w="117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B905B78" w14:textId="77777777" w:rsidR="00F925E9" w:rsidRDefault="00F925E9"/>
        </w:tc>
        <w:tc>
          <w:tcPr>
            <w:tcW w:w="23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C12144F" w14:textId="77777777" w:rsidR="00F925E9" w:rsidRDefault="00F925E9"/>
        </w:tc>
        <w:tc>
          <w:tcPr>
            <w:tcW w:w="23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CA21583" w14:textId="77777777" w:rsidR="00F925E9" w:rsidRDefault="00F925E9"/>
        </w:tc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11FEAFA" w14:textId="77777777" w:rsidR="00F925E9" w:rsidRDefault="00F925E9"/>
        </w:tc>
      </w:tr>
      <w:tr w:rsidR="00F925E9" w14:paraId="638A9234" w14:textId="77777777">
        <w:trPr>
          <w:trHeight w:hRule="exact" w:val="616"/>
        </w:trPr>
        <w:tc>
          <w:tcPr>
            <w:tcW w:w="174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B911567" w14:textId="77777777" w:rsidR="00F925E9" w:rsidRDefault="00F925E9"/>
        </w:tc>
        <w:tc>
          <w:tcPr>
            <w:tcW w:w="117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7EEF3EC" w14:textId="77777777" w:rsidR="00F925E9" w:rsidRDefault="00F925E9"/>
        </w:tc>
        <w:tc>
          <w:tcPr>
            <w:tcW w:w="23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510926E" w14:textId="77777777" w:rsidR="00F925E9" w:rsidRDefault="00F925E9"/>
        </w:tc>
        <w:tc>
          <w:tcPr>
            <w:tcW w:w="232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7CE5CCD" w14:textId="77777777" w:rsidR="00F925E9" w:rsidRDefault="00F925E9"/>
        </w:tc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2CB1252" w14:textId="77777777" w:rsidR="00F925E9" w:rsidRDefault="00F925E9"/>
        </w:tc>
      </w:tr>
      <w:tr w:rsidR="00F925E9" w14:paraId="1A6B1471" w14:textId="77777777">
        <w:trPr>
          <w:trHeight w:hRule="exact" w:val="535"/>
        </w:trPr>
        <w:tc>
          <w:tcPr>
            <w:tcW w:w="174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617BA7E" w14:textId="77777777" w:rsidR="00F925E9" w:rsidRDefault="00F925E9"/>
        </w:tc>
        <w:tc>
          <w:tcPr>
            <w:tcW w:w="117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75A594D" w14:textId="77777777" w:rsidR="00F925E9" w:rsidRDefault="00F925E9"/>
        </w:tc>
        <w:tc>
          <w:tcPr>
            <w:tcW w:w="23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020BD89" w14:textId="77777777" w:rsidR="00F925E9" w:rsidRDefault="00F925E9"/>
        </w:tc>
        <w:tc>
          <w:tcPr>
            <w:tcW w:w="23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313ED16" w14:textId="77777777" w:rsidR="00F925E9" w:rsidRDefault="00F925E9"/>
        </w:tc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E7B474C" w14:textId="77777777" w:rsidR="00F925E9" w:rsidRDefault="00F925E9"/>
        </w:tc>
      </w:tr>
    </w:tbl>
    <w:p w14:paraId="18FBE0C2" w14:textId="77777777" w:rsidR="00F925E9" w:rsidRDefault="00000000">
      <w:pPr>
        <w:autoSpaceDE w:val="0"/>
        <w:autoSpaceDN w:val="0"/>
        <w:spacing w:before="8684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40</w:t>
      </w:r>
    </w:p>
    <w:p w14:paraId="11EA44AD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63595E49" w14:textId="77777777" w:rsidR="00F925E9" w:rsidRDefault="00F925E9">
      <w:pPr>
        <w:autoSpaceDE w:val="0"/>
        <w:autoSpaceDN w:val="0"/>
        <w:spacing w:after="0" w:line="220" w:lineRule="exact"/>
      </w:pPr>
    </w:p>
    <w:p w14:paraId="7683149F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1DBB0C81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2BDB6457" w14:textId="77777777" w:rsidR="00F925E9" w:rsidRDefault="00000000">
      <w:pPr>
        <w:autoSpaceDE w:val="0"/>
        <w:autoSpaceDN w:val="0"/>
        <w:spacing w:before="638" w:after="0" w:line="218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2: Rekapitulasi Peta Talenta per Kelas</w:t>
      </w:r>
    </w:p>
    <w:p w14:paraId="1AA52F48" w14:textId="77777777" w:rsidR="00F925E9" w:rsidRDefault="00000000">
      <w:pPr>
        <w:autoSpaceDE w:val="0"/>
        <w:autoSpaceDN w:val="0"/>
        <w:spacing w:before="194" w:after="0" w:line="220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Disusun oleh Koordinator Talenta pada akhir pelaksanaan Matamuda, berdasarkan</w:t>
      </w:r>
    </w:p>
    <w:p w14:paraId="4E13902F" w14:textId="77777777" w:rsidR="00F925E9" w:rsidRDefault="00000000">
      <w:pPr>
        <w:autoSpaceDE w:val="0"/>
        <w:autoSpaceDN w:val="0"/>
        <w:spacing w:before="190" w:after="338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rekapitulasi Lampiran 1 dari seluruh wali kelompok dalam satu kelas/rombel.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138"/>
        <w:gridCol w:w="2626"/>
        <w:gridCol w:w="2630"/>
        <w:gridCol w:w="1966"/>
      </w:tblGrid>
      <w:tr w:rsidR="00F925E9" w14:paraId="4BCEFB28" w14:textId="77777777">
        <w:trPr>
          <w:trHeight w:hRule="exact" w:val="999"/>
        </w:trPr>
        <w:tc>
          <w:tcPr>
            <w:tcW w:w="213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F8F294C" w14:textId="77777777" w:rsidR="00F925E9" w:rsidRDefault="00000000">
            <w:pPr>
              <w:autoSpaceDE w:val="0"/>
              <w:autoSpaceDN w:val="0"/>
              <w:spacing w:before="318" w:after="0" w:line="174" w:lineRule="exact"/>
              <w:ind w:left="118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Ranah Talenta</w:t>
            </w:r>
          </w:p>
        </w:tc>
        <w:tc>
          <w:tcPr>
            <w:tcW w:w="26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2303ABA" w14:textId="77777777" w:rsidR="00F925E9" w:rsidRDefault="00000000">
            <w:pPr>
              <w:autoSpaceDE w:val="0"/>
              <w:autoSpaceDN w:val="0"/>
              <w:spacing w:before="110" w:after="0" w:line="17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Jumlah Murid</w:t>
            </w:r>
          </w:p>
          <w:p w14:paraId="5F49BD8C" w14:textId="77777777" w:rsidR="00F925E9" w:rsidRDefault="00000000">
            <w:pPr>
              <w:autoSpaceDE w:val="0"/>
              <w:autoSpaceDN w:val="0"/>
              <w:spacing w:before="23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Teramati</w:t>
            </w:r>
          </w:p>
        </w:tc>
        <w:tc>
          <w:tcPr>
            <w:tcW w:w="263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AF984BE" w14:textId="77777777" w:rsidR="00F925E9" w:rsidRDefault="00000000">
            <w:pPr>
              <w:autoSpaceDE w:val="0"/>
              <w:autoSpaceDN w:val="0"/>
              <w:spacing w:after="0" w:line="372" w:lineRule="exact"/>
              <w:ind w:left="144" w:right="144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Nama Murid (contoh pengisian)</w:t>
            </w:r>
          </w:p>
        </w:tc>
        <w:tc>
          <w:tcPr>
            <w:tcW w:w="196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166418B" w14:textId="77777777" w:rsidR="00F925E9" w:rsidRDefault="00000000">
            <w:pPr>
              <w:autoSpaceDE w:val="0"/>
              <w:autoSpaceDN w:val="0"/>
              <w:spacing w:before="110" w:after="0" w:line="17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Rencana</w:t>
            </w:r>
          </w:p>
          <w:p w14:paraId="0AED4725" w14:textId="77777777" w:rsidR="00F925E9" w:rsidRDefault="00000000">
            <w:pPr>
              <w:autoSpaceDE w:val="0"/>
              <w:autoSpaceDN w:val="0"/>
              <w:spacing w:before="238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Tindak Lanjut</w:t>
            </w:r>
          </w:p>
        </w:tc>
      </w:tr>
      <w:tr w:rsidR="00F925E9" w14:paraId="49593AFF" w14:textId="77777777">
        <w:trPr>
          <w:trHeight w:hRule="exact" w:val="553"/>
        </w:trPr>
        <w:tc>
          <w:tcPr>
            <w:tcW w:w="213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E860785" w14:textId="77777777" w:rsidR="00F925E9" w:rsidRDefault="00000000">
            <w:pPr>
              <w:autoSpaceDE w:val="0"/>
              <w:autoSpaceDN w:val="0"/>
              <w:spacing w:before="106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Akademik/Literasi</w:t>
            </w:r>
          </w:p>
        </w:tc>
        <w:tc>
          <w:tcPr>
            <w:tcW w:w="26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6DB58ED" w14:textId="77777777" w:rsidR="00F925E9" w:rsidRDefault="00F925E9"/>
        </w:tc>
        <w:tc>
          <w:tcPr>
            <w:tcW w:w="263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7EF4D3F" w14:textId="77777777" w:rsidR="00F925E9" w:rsidRDefault="00F925E9"/>
        </w:tc>
        <w:tc>
          <w:tcPr>
            <w:tcW w:w="196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27338DC" w14:textId="77777777" w:rsidR="00F925E9" w:rsidRDefault="00F925E9"/>
        </w:tc>
      </w:tr>
      <w:tr w:rsidR="00F925E9" w14:paraId="379DC662" w14:textId="77777777">
        <w:trPr>
          <w:trHeight w:hRule="exact" w:val="614"/>
        </w:trPr>
        <w:tc>
          <w:tcPr>
            <w:tcW w:w="2138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F3911D7" w14:textId="77777777" w:rsidR="00F925E9" w:rsidRDefault="00000000">
            <w:pPr>
              <w:autoSpaceDE w:val="0"/>
              <w:autoSpaceDN w:val="0"/>
              <w:spacing w:before="134" w:after="0" w:line="18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Tahfidz/Qur’an</w:t>
            </w:r>
          </w:p>
        </w:tc>
        <w:tc>
          <w:tcPr>
            <w:tcW w:w="262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B6E50B4" w14:textId="77777777" w:rsidR="00F925E9" w:rsidRDefault="00F925E9"/>
        </w:tc>
        <w:tc>
          <w:tcPr>
            <w:tcW w:w="263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21ADCEF" w14:textId="77777777" w:rsidR="00F925E9" w:rsidRDefault="00F925E9"/>
        </w:tc>
        <w:tc>
          <w:tcPr>
            <w:tcW w:w="196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B9AAAF8" w14:textId="77777777" w:rsidR="00F925E9" w:rsidRDefault="00F925E9"/>
        </w:tc>
      </w:tr>
      <w:tr w:rsidR="00F925E9" w14:paraId="219F48B5" w14:textId="77777777">
        <w:trPr>
          <w:trHeight w:hRule="exact" w:val="553"/>
        </w:trPr>
        <w:tc>
          <w:tcPr>
            <w:tcW w:w="213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AD072B9" w14:textId="77777777" w:rsidR="00F925E9" w:rsidRDefault="00000000">
            <w:pPr>
              <w:autoSpaceDE w:val="0"/>
              <w:autoSpaceDN w:val="0"/>
              <w:spacing w:before="106" w:after="0" w:line="18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Seni &amp; Kreativitas</w:t>
            </w:r>
          </w:p>
        </w:tc>
        <w:tc>
          <w:tcPr>
            <w:tcW w:w="26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9CDE3DE" w14:textId="77777777" w:rsidR="00F925E9" w:rsidRDefault="00F925E9"/>
        </w:tc>
        <w:tc>
          <w:tcPr>
            <w:tcW w:w="263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AABB27D" w14:textId="77777777" w:rsidR="00F925E9" w:rsidRDefault="00F925E9"/>
        </w:tc>
        <w:tc>
          <w:tcPr>
            <w:tcW w:w="196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7EB1C08" w14:textId="77777777" w:rsidR="00F925E9" w:rsidRDefault="00F925E9"/>
        </w:tc>
      </w:tr>
      <w:tr w:rsidR="00F925E9" w14:paraId="15E440AF" w14:textId="77777777">
        <w:trPr>
          <w:trHeight w:hRule="exact" w:val="617"/>
        </w:trPr>
        <w:tc>
          <w:tcPr>
            <w:tcW w:w="2138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6B50D82" w14:textId="77777777" w:rsidR="00F925E9" w:rsidRDefault="00000000">
            <w:pPr>
              <w:autoSpaceDE w:val="0"/>
              <w:autoSpaceDN w:val="0"/>
              <w:spacing w:before="138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Olahraga</w:t>
            </w:r>
          </w:p>
        </w:tc>
        <w:tc>
          <w:tcPr>
            <w:tcW w:w="262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AD4388D" w14:textId="77777777" w:rsidR="00F925E9" w:rsidRDefault="00F925E9"/>
        </w:tc>
        <w:tc>
          <w:tcPr>
            <w:tcW w:w="263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A8A4AAB" w14:textId="77777777" w:rsidR="00F925E9" w:rsidRDefault="00F925E9"/>
        </w:tc>
        <w:tc>
          <w:tcPr>
            <w:tcW w:w="196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65F6CF9" w14:textId="77777777" w:rsidR="00F925E9" w:rsidRDefault="00F925E9"/>
        </w:tc>
      </w:tr>
      <w:tr w:rsidR="00F925E9" w14:paraId="2655B039" w14:textId="77777777">
        <w:trPr>
          <w:trHeight w:hRule="exact" w:val="547"/>
        </w:trPr>
        <w:tc>
          <w:tcPr>
            <w:tcW w:w="213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0924433" w14:textId="77777777" w:rsidR="00F925E9" w:rsidRDefault="00000000">
            <w:pPr>
              <w:autoSpaceDE w:val="0"/>
              <w:autoSpaceDN w:val="0"/>
              <w:spacing w:before="106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Kepemimpinan</w:t>
            </w:r>
          </w:p>
        </w:tc>
        <w:tc>
          <w:tcPr>
            <w:tcW w:w="26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64F556F" w14:textId="77777777" w:rsidR="00F925E9" w:rsidRDefault="00F925E9"/>
        </w:tc>
        <w:tc>
          <w:tcPr>
            <w:tcW w:w="263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C8D5560" w14:textId="77777777" w:rsidR="00F925E9" w:rsidRDefault="00F925E9"/>
        </w:tc>
        <w:tc>
          <w:tcPr>
            <w:tcW w:w="196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510F360" w14:textId="77777777" w:rsidR="00F925E9" w:rsidRDefault="00F925E9"/>
        </w:tc>
      </w:tr>
      <w:tr w:rsidR="00F925E9" w14:paraId="288B5F38" w14:textId="77777777">
        <w:trPr>
          <w:trHeight w:hRule="exact" w:val="621"/>
        </w:trPr>
        <w:tc>
          <w:tcPr>
            <w:tcW w:w="2138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0564868" w14:textId="77777777" w:rsidR="00F925E9" w:rsidRDefault="00000000">
            <w:pPr>
              <w:autoSpaceDE w:val="0"/>
              <w:autoSpaceDN w:val="0"/>
              <w:spacing w:before="140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Public Speaking</w:t>
            </w:r>
          </w:p>
        </w:tc>
        <w:tc>
          <w:tcPr>
            <w:tcW w:w="262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924A57B" w14:textId="77777777" w:rsidR="00F925E9" w:rsidRDefault="00F925E9"/>
        </w:tc>
        <w:tc>
          <w:tcPr>
            <w:tcW w:w="263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DED4883" w14:textId="77777777" w:rsidR="00F925E9" w:rsidRDefault="00F925E9"/>
        </w:tc>
        <w:tc>
          <w:tcPr>
            <w:tcW w:w="196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303817D" w14:textId="77777777" w:rsidR="00F925E9" w:rsidRDefault="00F925E9"/>
        </w:tc>
      </w:tr>
      <w:tr w:rsidR="00F925E9" w14:paraId="60655818" w14:textId="77777777">
        <w:trPr>
          <w:trHeight w:hRule="exact" w:val="553"/>
        </w:trPr>
        <w:tc>
          <w:tcPr>
            <w:tcW w:w="2138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5D0B3C6" w14:textId="77777777" w:rsidR="00F925E9" w:rsidRDefault="00000000">
            <w:pPr>
              <w:autoSpaceDE w:val="0"/>
              <w:autoSpaceDN w:val="0"/>
              <w:spacing w:before="106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Saintek</w:t>
            </w:r>
          </w:p>
        </w:tc>
        <w:tc>
          <w:tcPr>
            <w:tcW w:w="262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28D70E6" w14:textId="77777777" w:rsidR="00F925E9" w:rsidRDefault="00F925E9"/>
        </w:tc>
        <w:tc>
          <w:tcPr>
            <w:tcW w:w="263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730E358" w14:textId="77777777" w:rsidR="00F925E9" w:rsidRDefault="00F925E9"/>
        </w:tc>
        <w:tc>
          <w:tcPr>
            <w:tcW w:w="196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98EA53A" w14:textId="77777777" w:rsidR="00F925E9" w:rsidRDefault="00F925E9"/>
        </w:tc>
      </w:tr>
      <w:tr w:rsidR="00F925E9" w14:paraId="54BBDA6F" w14:textId="77777777">
        <w:trPr>
          <w:trHeight w:hRule="exact" w:val="583"/>
        </w:trPr>
        <w:tc>
          <w:tcPr>
            <w:tcW w:w="2138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AF16923" w14:textId="77777777" w:rsidR="00F925E9" w:rsidRDefault="00000000">
            <w:pPr>
              <w:autoSpaceDE w:val="0"/>
              <w:autoSpaceDN w:val="0"/>
              <w:spacing w:before="134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Sosial &amp; Empati</w:t>
            </w:r>
          </w:p>
        </w:tc>
        <w:tc>
          <w:tcPr>
            <w:tcW w:w="2626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A5B2415" w14:textId="77777777" w:rsidR="00F925E9" w:rsidRDefault="00F925E9"/>
        </w:tc>
        <w:tc>
          <w:tcPr>
            <w:tcW w:w="2630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583EE3A" w14:textId="77777777" w:rsidR="00F925E9" w:rsidRDefault="00F925E9"/>
        </w:tc>
        <w:tc>
          <w:tcPr>
            <w:tcW w:w="1966" w:type="dxa"/>
            <w:tcBorders>
              <w:left w:val="single" w:sz="2" w:space="0" w:color="BDBDBD"/>
              <w:bottom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157148B" w14:textId="77777777" w:rsidR="00F925E9" w:rsidRDefault="00F925E9"/>
        </w:tc>
      </w:tr>
    </w:tbl>
    <w:p w14:paraId="45B7A82B" w14:textId="77777777" w:rsidR="00F925E9" w:rsidRDefault="00000000">
      <w:pPr>
        <w:autoSpaceDE w:val="0"/>
        <w:autoSpaceDN w:val="0"/>
        <w:spacing w:before="7156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41</w:t>
      </w:r>
    </w:p>
    <w:p w14:paraId="31BB5D47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7BF63698" w14:textId="77777777" w:rsidR="00F925E9" w:rsidRDefault="00F925E9">
      <w:pPr>
        <w:autoSpaceDE w:val="0"/>
        <w:autoSpaceDN w:val="0"/>
        <w:spacing w:after="0" w:line="220" w:lineRule="exact"/>
      </w:pPr>
    </w:p>
    <w:p w14:paraId="2F996233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A591778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6E62160" w14:textId="77777777" w:rsidR="00F925E9" w:rsidRDefault="00000000">
      <w:pPr>
        <w:autoSpaceDE w:val="0"/>
        <w:autoSpaceDN w:val="0"/>
        <w:spacing w:before="634" w:after="0" w:line="226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3: Contoh Rundown Harian Rinci (Hari ke-1: Pengenalan</w:t>
      </w:r>
    </w:p>
    <w:p w14:paraId="359B1DFE" w14:textId="77777777" w:rsidR="00F925E9" w:rsidRDefault="00000000">
      <w:pPr>
        <w:autoSpaceDE w:val="0"/>
        <w:autoSpaceDN w:val="0"/>
        <w:spacing w:before="188" w:after="172" w:line="224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Kemadrasahan)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1800"/>
        <w:gridCol w:w="4200"/>
        <w:gridCol w:w="3360"/>
      </w:tblGrid>
      <w:tr w:rsidR="00F925E9" w14:paraId="7E2FC791" w14:textId="77777777">
        <w:trPr>
          <w:trHeight w:hRule="exact" w:val="585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ADA6301" w14:textId="77777777" w:rsidR="00F925E9" w:rsidRDefault="00000000">
            <w:pPr>
              <w:autoSpaceDE w:val="0"/>
              <w:autoSpaceDN w:val="0"/>
              <w:spacing w:before="110" w:after="0" w:line="17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Waktu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4714ED03" w14:textId="77777777" w:rsidR="00F925E9" w:rsidRDefault="00000000">
            <w:pPr>
              <w:autoSpaceDE w:val="0"/>
              <w:autoSpaceDN w:val="0"/>
              <w:spacing w:before="110" w:after="0" w:line="17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Aktivitas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8D56928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Penanggung Jawab</w:t>
            </w:r>
          </w:p>
        </w:tc>
      </w:tr>
      <w:tr w:rsidR="00F925E9" w14:paraId="096141B4" w14:textId="77777777">
        <w:trPr>
          <w:trHeight w:hRule="exact" w:val="964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A08140B" w14:textId="77777777" w:rsidR="00F925E9" w:rsidRDefault="00000000">
            <w:pPr>
              <w:autoSpaceDE w:val="0"/>
              <w:autoSpaceDN w:val="0"/>
              <w:spacing w:before="316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07.00–07.15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2F5A1F7" w14:textId="77777777" w:rsidR="00F925E9" w:rsidRDefault="00F925E9">
            <w:pPr>
              <w:autoSpaceDE w:val="0"/>
              <w:autoSpaceDN w:val="0"/>
              <w:spacing w:after="0" w:line="54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620"/>
              <w:gridCol w:w="840"/>
              <w:gridCol w:w="700"/>
              <w:gridCol w:w="920"/>
            </w:tblGrid>
            <w:tr w:rsidR="00F925E9" w14:paraId="6A31E8D0" w14:textId="77777777">
              <w:trPr>
                <w:trHeight w:hRule="exact" w:val="336"/>
              </w:trPr>
              <w:tc>
                <w:tcPr>
                  <w:tcW w:w="1620" w:type="dxa"/>
                  <w:tcMar>
                    <w:left w:w="0" w:type="dxa"/>
                    <w:right w:w="0" w:type="dxa"/>
                  </w:tcMar>
                </w:tcPr>
                <w:p w14:paraId="545374DE" w14:textId="77777777" w:rsidR="00F925E9" w:rsidRDefault="00000000">
                  <w:pPr>
                    <w:autoSpaceDE w:val="0"/>
                    <w:autoSpaceDN w:val="0"/>
                    <w:spacing w:before="5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Menyanyikan</w:t>
                  </w:r>
                </w:p>
              </w:tc>
              <w:tc>
                <w:tcPr>
                  <w:tcW w:w="840" w:type="dxa"/>
                  <w:tcMar>
                    <w:left w:w="0" w:type="dxa"/>
                    <w:right w:w="0" w:type="dxa"/>
                  </w:tcMar>
                </w:tcPr>
                <w:p w14:paraId="20B75778" w14:textId="77777777" w:rsidR="00F925E9" w:rsidRDefault="00000000">
                  <w:pPr>
                    <w:autoSpaceDE w:val="0"/>
                    <w:autoSpaceDN w:val="0"/>
                    <w:spacing w:before="5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Mars</w:t>
                  </w:r>
                </w:p>
              </w:tc>
              <w:tc>
                <w:tcPr>
                  <w:tcW w:w="700" w:type="dxa"/>
                  <w:tcMar>
                    <w:left w:w="0" w:type="dxa"/>
                    <w:right w:w="0" w:type="dxa"/>
                  </w:tcMar>
                </w:tcPr>
                <w:p w14:paraId="34A362DF" w14:textId="77777777" w:rsidR="00F925E9" w:rsidRDefault="00000000">
                  <w:pPr>
                    <w:autoSpaceDE w:val="0"/>
                    <w:autoSpaceDN w:val="0"/>
                    <w:spacing w:before="54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920" w:type="dxa"/>
                  <w:tcMar>
                    <w:left w:w="0" w:type="dxa"/>
                    <w:right w:w="0" w:type="dxa"/>
                  </w:tcMar>
                </w:tcPr>
                <w:p w14:paraId="7B14DB67" w14:textId="77777777" w:rsidR="00F925E9" w:rsidRDefault="00000000">
                  <w:pPr>
                    <w:autoSpaceDE w:val="0"/>
                    <w:autoSpaceDN w:val="0"/>
                    <w:spacing w:before="54" w:after="0" w:line="174" w:lineRule="exact"/>
                    <w:ind w:left="172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Himne</w:t>
                  </w:r>
                </w:p>
              </w:tc>
            </w:tr>
          </w:tbl>
          <w:p w14:paraId="17BD7112" w14:textId="77777777" w:rsidR="00F925E9" w:rsidRDefault="00000000">
            <w:pPr>
              <w:autoSpaceDE w:val="0"/>
              <w:autoSpaceDN w:val="0"/>
              <w:spacing w:before="13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9A77C88" w14:textId="77777777" w:rsidR="00F925E9" w:rsidRDefault="00000000">
            <w:pPr>
              <w:autoSpaceDE w:val="0"/>
              <w:autoSpaceDN w:val="0"/>
              <w:spacing w:before="316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Acara</w:t>
            </w:r>
          </w:p>
        </w:tc>
      </w:tr>
      <w:tr w:rsidR="00F925E9" w14:paraId="714E70B2" w14:textId="77777777">
        <w:trPr>
          <w:trHeight w:hRule="exact" w:val="1033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3225720" w14:textId="77777777" w:rsidR="00F925E9" w:rsidRDefault="00000000">
            <w:pPr>
              <w:autoSpaceDE w:val="0"/>
              <w:autoSpaceDN w:val="0"/>
              <w:spacing w:before="35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07.15–07.30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775646F" w14:textId="77777777" w:rsidR="00F925E9" w:rsidRDefault="00000000">
            <w:pPr>
              <w:autoSpaceDE w:val="0"/>
              <w:autoSpaceDN w:val="0"/>
              <w:spacing w:after="0" w:line="39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Sambutan singkat Kepala Madrasah (maks. 15 menit)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D9AA8E7" w14:textId="77777777" w:rsidR="00F925E9" w:rsidRDefault="00000000">
            <w:pPr>
              <w:autoSpaceDE w:val="0"/>
              <w:autoSpaceDN w:val="0"/>
              <w:spacing w:before="352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Kepala Madrasah</w:t>
            </w:r>
          </w:p>
        </w:tc>
      </w:tr>
      <w:tr w:rsidR="00F925E9" w14:paraId="409889B5" w14:textId="77777777">
        <w:trPr>
          <w:trHeight w:hRule="exact" w:val="963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9464124" w14:textId="77777777" w:rsidR="00F925E9" w:rsidRDefault="00000000">
            <w:pPr>
              <w:autoSpaceDE w:val="0"/>
              <w:autoSpaceDN w:val="0"/>
              <w:spacing w:before="316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07.30–07.45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73DF23F" w14:textId="77777777" w:rsidR="00F925E9" w:rsidRDefault="00F925E9">
            <w:pPr>
              <w:autoSpaceDE w:val="0"/>
              <w:autoSpaceDN w:val="0"/>
              <w:spacing w:after="0" w:line="5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560"/>
              <w:gridCol w:w="1300"/>
              <w:gridCol w:w="780"/>
              <w:gridCol w:w="1440"/>
            </w:tblGrid>
            <w:tr w:rsidR="00F925E9" w14:paraId="2AEAC36D" w14:textId="77777777">
              <w:trPr>
                <w:trHeight w:hRule="exact" w:val="338"/>
              </w:trPr>
              <w:tc>
                <w:tcPr>
                  <w:tcW w:w="560" w:type="dxa"/>
                  <w:tcMar>
                    <w:left w:w="0" w:type="dxa"/>
                    <w:right w:w="0" w:type="dxa"/>
                  </w:tcMar>
                </w:tcPr>
                <w:p w14:paraId="2E833181" w14:textId="77777777" w:rsidR="00F925E9" w:rsidRDefault="00000000">
                  <w:pPr>
                    <w:autoSpaceDE w:val="0"/>
                    <w:autoSpaceDN w:val="0"/>
                    <w:spacing w:before="56" w:after="0" w:line="174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Ice</w:t>
                  </w:r>
                </w:p>
              </w:tc>
              <w:tc>
                <w:tcPr>
                  <w:tcW w:w="1300" w:type="dxa"/>
                  <w:tcMar>
                    <w:left w:w="0" w:type="dxa"/>
                    <w:right w:w="0" w:type="dxa"/>
                  </w:tcMar>
                </w:tcPr>
                <w:p w14:paraId="7A0EFACD" w14:textId="77777777" w:rsidR="00F925E9" w:rsidRDefault="00000000">
                  <w:pPr>
                    <w:autoSpaceDE w:val="0"/>
                    <w:autoSpaceDN w:val="0"/>
                    <w:spacing w:before="56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breaking</w:t>
                  </w:r>
                </w:p>
              </w:tc>
              <w:tc>
                <w:tcPr>
                  <w:tcW w:w="780" w:type="dxa"/>
                  <w:tcMar>
                    <w:left w:w="0" w:type="dxa"/>
                    <w:right w:w="0" w:type="dxa"/>
                  </w:tcMar>
                </w:tcPr>
                <w:p w14:paraId="2BB87B9E" w14:textId="77777777" w:rsidR="00F925E9" w:rsidRDefault="00000000">
                  <w:pPr>
                    <w:autoSpaceDE w:val="0"/>
                    <w:autoSpaceDN w:val="0"/>
                    <w:spacing w:before="56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1440" w:type="dxa"/>
                  <w:tcMar>
                    <w:left w:w="0" w:type="dxa"/>
                    <w:right w:w="0" w:type="dxa"/>
                  </w:tcMar>
                </w:tcPr>
                <w:p w14:paraId="5F6B1AAA" w14:textId="77777777" w:rsidR="00F925E9" w:rsidRDefault="00000000">
                  <w:pPr>
                    <w:autoSpaceDE w:val="0"/>
                    <w:autoSpaceDN w:val="0"/>
                    <w:spacing w:before="56" w:after="0" w:line="222" w:lineRule="exact"/>
                    <w:ind w:left="198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pembagian</w:t>
                  </w:r>
                </w:p>
              </w:tc>
            </w:tr>
          </w:tbl>
          <w:p w14:paraId="0B57F402" w14:textId="77777777" w:rsidR="00F925E9" w:rsidRDefault="00000000">
            <w:pPr>
              <w:autoSpaceDE w:val="0"/>
              <w:autoSpaceDN w:val="0"/>
              <w:spacing w:before="130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kelompok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838A82C" w14:textId="77777777" w:rsidR="00F925E9" w:rsidRDefault="00000000">
            <w:pPr>
              <w:autoSpaceDE w:val="0"/>
              <w:autoSpaceDN w:val="0"/>
              <w:spacing w:before="31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Acara</w:t>
            </w:r>
          </w:p>
        </w:tc>
      </w:tr>
      <w:tr w:rsidR="00F925E9" w14:paraId="7683D761" w14:textId="77777777">
        <w:trPr>
          <w:trHeight w:hRule="exact" w:val="1033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6E7C9E8" w14:textId="77777777" w:rsidR="00F925E9" w:rsidRDefault="00000000">
            <w:pPr>
              <w:autoSpaceDE w:val="0"/>
              <w:autoSpaceDN w:val="0"/>
              <w:spacing w:before="35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07.45–09.30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539AB5C" w14:textId="77777777" w:rsidR="00F925E9" w:rsidRDefault="00F925E9">
            <w:pPr>
              <w:autoSpaceDE w:val="0"/>
              <w:autoSpaceDN w:val="0"/>
              <w:spacing w:after="0" w:line="86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340"/>
              <w:gridCol w:w="1260"/>
              <w:gridCol w:w="1480"/>
            </w:tblGrid>
            <w:tr w:rsidR="00F925E9" w14:paraId="39807E99" w14:textId="77777777">
              <w:trPr>
                <w:trHeight w:hRule="exact" w:val="342"/>
              </w:trPr>
              <w:tc>
                <w:tcPr>
                  <w:tcW w:w="1340" w:type="dxa"/>
                  <w:tcMar>
                    <w:left w:w="0" w:type="dxa"/>
                    <w:right w:w="0" w:type="dxa"/>
                  </w:tcMar>
                </w:tcPr>
                <w:p w14:paraId="406FDFB5" w14:textId="77777777" w:rsidR="00F925E9" w:rsidRDefault="00000000">
                  <w:pPr>
                    <w:autoSpaceDE w:val="0"/>
                    <w:autoSpaceDN w:val="0"/>
                    <w:spacing w:before="60" w:after="0" w:line="222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Amazing</w:t>
                  </w:r>
                </w:p>
              </w:tc>
              <w:tc>
                <w:tcPr>
                  <w:tcW w:w="1260" w:type="dxa"/>
                  <w:tcMar>
                    <w:left w:w="0" w:type="dxa"/>
                    <w:right w:w="0" w:type="dxa"/>
                  </w:tcMar>
                </w:tcPr>
                <w:p w14:paraId="1EE60330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Race</w:t>
                  </w:r>
                </w:p>
              </w:tc>
              <w:tc>
                <w:tcPr>
                  <w:tcW w:w="1480" w:type="dxa"/>
                  <w:tcMar>
                    <w:left w:w="0" w:type="dxa"/>
                    <w:right w:w="0" w:type="dxa"/>
                  </w:tcMar>
                </w:tcPr>
                <w:p w14:paraId="79151982" w14:textId="77777777" w:rsidR="00F925E9" w:rsidRDefault="00000000">
                  <w:pPr>
                    <w:autoSpaceDE w:val="0"/>
                    <w:autoSpaceDN w:val="0"/>
                    <w:spacing w:before="60" w:after="0" w:line="174" w:lineRule="exact"/>
                    <w:ind w:left="358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Madrasah</w:t>
                  </w:r>
                </w:p>
              </w:tc>
            </w:tr>
          </w:tbl>
          <w:p w14:paraId="11857C7E" w14:textId="77777777" w:rsidR="00F925E9" w:rsidRDefault="00000000">
            <w:pPr>
              <w:autoSpaceDE w:val="0"/>
              <w:autoSpaceDN w:val="0"/>
              <w:spacing w:before="128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(pengenalan fasilitas dan profil)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9059722" w14:textId="77777777" w:rsidR="00F925E9" w:rsidRDefault="00000000">
            <w:pPr>
              <w:autoSpaceDE w:val="0"/>
              <w:autoSpaceDN w:val="0"/>
              <w:spacing w:before="35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Materi</w:t>
            </w:r>
          </w:p>
        </w:tc>
      </w:tr>
      <w:tr w:rsidR="00F925E9" w14:paraId="221CC8AB" w14:textId="77777777">
        <w:trPr>
          <w:trHeight w:hRule="exact" w:val="546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AEA90E3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09.30–09.45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3C516A0" w14:textId="77777777" w:rsidR="00F925E9" w:rsidRDefault="00000000">
            <w:pPr>
              <w:autoSpaceDE w:val="0"/>
              <w:autoSpaceDN w:val="0"/>
              <w:spacing w:before="11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Istirahat ringan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B01E0E0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Panitia Konsumsi</w:t>
            </w:r>
          </w:p>
        </w:tc>
      </w:tr>
      <w:tr w:rsidR="00F925E9" w14:paraId="101357D9" w14:textId="77777777">
        <w:trPr>
          <w:trHeight w:hRule="exact" w:val="1033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54B130D" w14:textId="77777777" w:rsidR="00F925E9" w:rsidRDefault="00000000">
            <w:pPr>
              <w:autoSpaceDE w:val="0"/>
              <w:autoSpaceDN w:val="0"/>
              <w:spacing w:before="35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09.45–11.00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C26A5C6" w14:textId="77777777" w:rsidR="00F925E9" w:rsidRDefault="00000000">
            <w:pPr>
              <w:autoSpaceDE w:val="0"/>
              <w:autoSpaceDN w:val="0"/>
              <w:spacing w:before="142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Sesi perkenalan guru dan tenaga</w:t>
            </w:r>
          </w:p>
          <w:p w14:paraId="21B284C8" w14:textId="77777777" w:rsidR="00F925E9" w:rsidRDefault="00000000">
            <w:pPr>
              <w:autoSpaceDE w:val="0"/>
              <w:autoSpaceDN w:val="0"/>
              <w:spacing w:before="192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kependidikan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89CBD34" w14:textId="77777777" w:rsidR="00F925E9" w:rsidRDefault="00000000">
            <w:pPr>
              <w:autoSpaceDE w:val="0"/>
              <w:autoSpaceDN w:val="0"/>
              <w:spacing w:before="35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Materi</w:t>
            </w:r>
          </w:p>
        </w:tc>
      </w:tr>
      <w:tr w:rsidR="00F925E9" w14:paraId="200E942F" w14:textId="77777777">
        <w:trPr>
          <w:trHeight w:hRule="exact" w:val="963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11DDF25" w14:textId="77777777" w:rsidR="00F925E9" w:rsidRDefault="00000000">
            <w:pPr>
              <w:autoSpaceDE w:val="0"/>
              <w:autoSpaceDN w:val="0"/>
              <w:spacing w:before="314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11.00–12.00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2067AF1" w14:textId="77777777" w:rsidR="00F925E9" w:rsidRDefault="00000000">
            <w:pPr>
              <w:autoSpaceDE w:val="0"/>
              <w:autoSpaceDN w:val="0"/>
              <w:spacing w:after="0" w:line="37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Pengisian awal Form PBS dan sesi sharing minat-bakat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DA723A0" w14:textId="77777777" w:rsidR="00F925E9" w:rsidRDefault="00000000">
            <w:pPr>
              <w:autoSpaceDE w:val="0"/>
              <w:autoSpaceDN w:val="0"/>
              <w:spacing w:before="31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Talenta</w:t>
            </w:r>
          </w:p>
        </w:tc>
      </w:tr>
      <w:tr w:rsidR="00F925E9" w14:paraId="4C48CBFC" w14:textId="77777777">
        <w:trPr>
          <w:trHeight w:hRule="exact" w:val="620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A579E7F" w14:textId="77777777" w:rsidR="00F925E9" w:rsidRDefault="00000000">
            <w:pPr>
              <w:autoSpaceDE w:val="0"/>
              <w:autoSpaceDN w:val="0"/>
              <w:spacing w:before="144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12.00–13.00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E685CA8" w14:textId="77777777" w:rsidR="00F925E9" w:rsidRDefault="00000000">
            <w:pPr>
              <w:autoSpaceDE w:val="0"/>
              <w:autoSpaceDN w:val="0"/>
              <w:spacing w:before="146" w:after="0" w:line="20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Istirahat, shalat, dan makan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4B76FCC" w14:textId="77777777" w:rsidR="00F925E9" w:rsidRDefault="00000000">
            <w:pPr>
              <w:autoSpaceDE w:val="0"/>
              <w:autoSpaceDN w:val="0"/>
              <w:spacing w:before="14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Panitia Konsumsi</w:t>
            </w:r>
          </w:p>
        </w:tc>
      </w:tr>
      <w:tr w:rsidR="00F925E9" w14:paraId="4DBE5A4A" w14:textId="77777777">
        <w:trPr>
          <w:trHeight w:hRule="exact" w:val="542"/>
        </w:trPr>
        <w:tc>
          <w:tcPr>
            <w:tcW w:w="18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FC66B73" w14:textId="77777777" w:rsidR="00F925E9" w:rsidRDefault="00000000">
            <w:pPr>
              <w:autoSpaceDE w:val="0"/>
              <w:autoSpaceDN w:val="0"/>
              <w:spacing w:before="11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13.00–14.00</w:t>
            </w:r>
          </w:p>
        </w:tc>
        <w:tc>
          <w:tcPr>
            <w:tcW w:w="4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A14D9A5" w14:textId="77777777" w:rsidR="00F925E9" w:rsidRDefault="00000000">
            <w:pPr>
              <w:autoSpaceDE w:val="0"/>
              <w:autoSpaceDN w:val="0"/>
              <w:spacing w:before="108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Refleksi harian dan yel-yel penutup</w:t>
            </w:r>
          </w:p>
        </w:tc>
        <w:tc>
          <w:tcPr>
            <w:tcW w:w="33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CEE51A1" w14:textId="77777777" w:rsidR="00F925E9" w:rsidRDefault="00000000">
            <w:pPr>
              <w:autoSpaceDE w:val="0"/>
              <w:autoSpaceDN w:val="0"/>
              <w:spacing w:before="11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Acara</w:t>
            </w:r>
          </w:p>
        </w:tc>
      </w:tr>
    </w:tbl>
    <w:p w14:paraId="1A9AA9B1" w14:textId="77777777" w:rsidR="00F925E9" w:rsidRDefault="00000000">
      <w:pPr>
        <w:autoSpaceDE w:val="0"/>
        <w:autoSpaceDN w:val="0"/>
        <w:spacing w:before="482" w:after="0" w:line="222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4: Checklist Kesiapan Pelaksanaan</w:t>
      </w:r>
    </w:p>
    <w:p w14:paraId="3A6CB8DA" w14:textId="77777777" w:rsidR="00F925E9" w:rsidRDefault="00000000">
      <w:pPr>
        <w:tabs>
          <w:tab w:val="left" w:pos="1626"/>
        </w:tabs>
        <w:autoSpaceDE w:val="0"/>
        <w:autoSpaceDN w:val="0"/>
        <w:spacing w:before="142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1.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Surat Keputusan Kepanitiaan Matamuda telah diterbitkan;</w:t>
      </w:r>
    </w:p>
    <w:p w14:paraId="77FC5CF5" w14:textId="77777777" w:rsidR="00F925E9" w:rsidRDefault="00000000">
      <w:pPr>
        <w:tabs>
          <w:tab w:val="left" w:pos="1626"/>
        </w:tabs>
        <w:autoSpaceDE w:val="0"/>
        <w:autoSpaceDN w:val="0"/>
        <w:spacing w:before="244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2.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Program dan jadwal kegiatan telah disusun dan disetujui Kepala Madrasah;</w:t>
      </w:r>
    </w:p>
    <w:p w14:paraId="27871413" w14:textId="77777777" w:rsidR="00F925E9" w:rsidRDefault="00000000">
      <w:pPr>
        <w:tabs>
          <w:tab w:val="left" w:pos="1626"/>
        </w:tabs>
        <w:autoSpaceDE w:val="0"/>
        <w:autoSpaceDN w:val="0"/>
        <w:spacing w:before="236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3.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Sosialisasi kepada Orang Tua/ Wali Murid telah dilaksanakan;</w:t>
      </w:r>
    </w:p>
    <w:p w14:paraId="0419D421" w14:textId="77777777" w:rsidR="00F925E9" w:rsidRDefault="00000000">
      <w:pPr>
        <w:tabs>
          <w:tab w:val="left" w:pos="1626"/>
        </w:tabs>
        <w:autoSpaceDE w:val="0"/>
        <w:autoSpaceDN w:val="0"/>
        <w:spacing w:before="242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4.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Teks lirik Mars dan Himne Madrasah telah disiapkan dan petugas pemimpin lagu</w:t>
      </w:r>
    </w:p>
    <w:p w14:paraId="6DEBA471" w14:textId="77777777" w:rsidR="00F925E9" w:rsidRDefault="00000000">
      <w:pPr>
        <w:autoSpaceDE w:val="0"/>
        <w:autoSpaceDN w:val="0"/>
        <w:spacing w:before="196" w:after="0" w:line="204" w:lineRule="exact"/>
        <w:ind w:left="1626"/>
      </w:pPr>
      <w:r>
        <w:rPr>
          <w:rFonts w:ascii="ArialMT" w:eastAsia="ArialMT" w:hAnsi="ArialMT"/>
          <w:color w:val="000000"/>
          <w:spacing w:val="-10"/>
          <w:sz w:val="24"/>
        </w:rPr>
        <w:t>telah ditentukan;</w:t>
      </w:r>
    </w:p>
    <w:p w14:paraId="04107492" w14:textId="77777777" w:rsidR="00F925E9" w:rsidRDefault="00000000">
      <w:pPr>
        <w:tabs>
          <w:tab w:val="left" w:pos="1626"/>
        </w:tabs>
        <w:autoSpaceDE w:val="0"/>
        <w:autoSpaceDN w:val="0"/>
        <w:spacing w:before="256" w:after="0" w:line="224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5.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Lembar Pengamatan Talenta dan Form Profil Belajar Siswa (PBS) telah</w:t>
      </w:r>
    </w:p>
    <w:p w14:paraId="0654BFB6" w14:textId="77777777" w:rsidR="00F925E9" w:rsidRDefault="00000000">
      <w:pPr>
        <w:autoSpaceDE w:val="0"/>
        <w:autoSpaceDN w:val="0"/>
        <w:spacing w:before="192" w:after="0" w:line="218" w:lineRule="exact"/>
        <w:ind w:left="1626"/>
      </w:pPr>
      <w:r>
        <w:rPr>
          <w:rFonts w:ascii="ArialMT" w:eastAsia="ArialMT" w:hAnsi="ArialMT"/>
          <w:color w:val="000000"/>
          <w:spacing w:val="-10"/>
          <w:sz w:val="24"/>
        </w:rPr>
        <w:t>disiapkan;</w:t>
      </w:r>
    </w:p>
    <w:p w14:paraId="7C4B6535" w14:textId="77777777" w:rsidR="00F925E9" w:rsidRDefault="00000000">
      <w:pPr>
        <w:autoSpaceDE w:val="0"/>
        <w:autoSpaceDN w:val="0"/>
        <w:spacing w:before="1086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42</w:t>
      </w:r>
    </w:p>
    <w:p w14:paraId="73769604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276609B8" w14:textId="77777777" w:rsidR="00F925E9" w:rsidRDefault="00F925E9">
      <w:pPr>
        <w:autoSpaceDE w:val="0"/>
        <w:autoSpaceDN w:val="0"/>
        <w:spacing w:after="0" w:line="220" w:lineRule="exact"/>
      </w:pPr>
    </w:p>
    <w:p w14:paraId="108FB1D6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3A617FC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45F3160F" w14:textId="77777777" w:rsidR="00F925E9" w:rsidRDefault="00000000">
      <w:pPr>
        <w:tabs>
          <w:tab w:val="left" w:pos="1626"/>
        </w:tabs>
        <w:autoSpaceDE w:val="0"/>
        <w:autoSpaceDN w:val="0"/>
        <w:spacing w:before="582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6.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Koordinasi dengan Puskesmas untuk pelaksanaan Cek Kesehatan Gratis (CKG)</w:t>
      </w:r>
    </w:p>
    <w:p w14:paraId="19A20C80" w14:textId="77777777" w:rsidR="00F925E9" w:rsidRDefault="00000000">
      <w:pPr>
        <w:autoSpaceDE w:val="0"/>
        <w:autoSpaceDN w:val="0"/>
        <w:spacing w:before="190" w:after="0" w:line="206" w:lineRule="exact"/>
        <w:ind w:left="1626"/>
      </w:pPr>
      <w:r>
        <w:rPr>
          <w:rFonts w:ascii="ArialMT" w:eastAsia="ArialMT" w:hAnsi="ArialMT"/>
          <w:color w:val="000000"/>
          <w:spacing w:val="-10"/>
          <w:sz w:val="24"/>
        </w:rPr>
        <w:t>telah dilakukan;</w:t>
      </w:r>
    </w:p>
    <w:p w14:paraId="78C6562D" w14:textId="77777777" w:rsidR="00F925E9" w:rsidRDefault="00000000">
      <w:pPr>
        <w:tabs>
          <w:tab w:val="left" w:pos="1626"/>
        </w:tabs>
        <w:autoSpaceDE w:val="0"/>
        <w:autoSpaceDN w:val="0"/>
        <w:spacing w:before="252" w:after="0" w:line="224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7.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Sarana ice breaking, permainan, dan perlengkapan aktivitas interaktif telah</w:t>
      </w:r>
    </w:p>
    <w:p w14:paraId="6BE4E7B8" w14:textId="77777777" w:rsidR="00F925E9" w:rsidRDefault="00000000">
      <w:pPr>
        <w:autoSpaceDE w:val="0"/>
        <w:autoSpaceDN w:val="0"/>
        <w:spacing w:before="196" w:after="0" w:line="220" w:lineRule="exact"/>
        <w:ind w:left="1626"/>
      </w:pPr>
      <w:r>
        <w:rPr>
          <w:rFonts w:ascii="ArialMT" w:eastAsia="ArialMT" w:hAnsi="ArialMT"/>
          <w:color w:val="000000"/>
          <w:spacing w:val="-10"/>
          <w:sz w:val="24"/>
        </w:rPr>
        <w:t>disiapkan;</w:t>
      </w:r>
    </w:p>
    <w:p w14:paraId="479A62EC" w14:textId="77777777" w:rsidR="00F925E9" w:rsidRDefault="00000000">
      <w:pPr>
        <w:tabs>
          <w:tab w:val="left" w:pos="1626"/>
        </w:tabs>
        <w:autoSpaceDE w:val="0"/>
        <w:autoSpaceDN w:val="0"/>
        <w:spacing w:before="240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8.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Mekanisme pelaporan/pengaduan pelanggaran telah disosialisasikan kepada</w:t>
      </w:r>
    </w:p>
    <w:p w14:paraId="08D1D2ED" w14:textId="77777777" w:rsidR="00F925E9" w:rsidRDefault="00000000">
      <w:pPr>
        <w:autoSpaceDE w:val="0"/>
        <w:autoSpaceDN w:val="0"/>
        <w:spacing w:before="188" w:after="0" w:line="224" w:lineRule="exact"/>
        <w:ind w:left="1626"/>
      </w:pPr>
      <w:r>
        <w:rPr>
          <w:rFonts w:ascii="ArialMT" w:eastAsia="ArialMT" w:hAnsi="ArialMT"/>
          <w:color w:val="000000"/>
          <w:spacing w:val="-10"/>
          <w:sz w:val="24"/>
        </w:rPr>
        <w:t>Orang Tua/ Wali Murid;</w:t>
      </w:r>
    </w:p>
    <w:p w14:paraId="749583BE" w14:textId="77777777" w:rsidR="00F925E9" w:rsidRDefault="00000000">
      <w:pPr>
        <w:tabs>
          <w:tab w:val="left" w:pos="1626"/>
        </w:tabs>
        <w:autoSpaceDE w:val="0"/>
        <w:autoSpaceDN w:val="0"/>
        <w:spacing w:before="236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 xml:space="preserve">9. </w:t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Murid pendamping (OSIM/MPK) yang dilibatkan telah mendapatkan pembekalan;</w:t>
      </w:r>
    </w:p>
    <w:p w14:paraId="26EC1253" w14:textId="77777777" w:rsidR="00F925E9" w:rsidRDefault="00000000">
      <w:pPr>
        <w:autoSpaceDE w:val="0"/>
        <w:autoSpaceDN w:val="0"/>
        <w:spacing w:before="288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10. Gladi bersih/uji coba sound system dan tata letak kegiatan telah dilakukan.</w:t>
      </w:r>
    </w:p>
    <w:p w14:paraId="4987CF32" w14:textId="77777777" w:rsidR="00F925E9" w:rsidRDefault="00000000">
      <w:pPr>
        <w:autoSpaceDE w:val="0"/>
        <w:autoSpaceDN w:val="0"/>
        <w:spacing w:before="10658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43</w:t>
      </w:r>
    </w:p>
    <w:p w14:paraId="7A249138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67E40C4D" w14:textId="77777777" w:rsidR="00F925E9" w:rsidRDefault="00F925E9">
      <w:pPr>
        <w:autoSpaceDE w:val="0"/>
        <w:autoSpaceDN w:val="0"/>
        <w:spacing w:after="0" w:line="220" w:lineRule="exact"/>
      </w:pPr>
    </w:p>
    <w:p w14:paraId="32B8C2A9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5109B51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19236F09" w14:textId="77777777" w:rsidR="00F925E9" w:rsidRDefault="00000000">
      <w:pPr>
        <w:autoSpaceDE w:val="0"/>
        <w:autoSpaceDN w:val="0"/>
        <w:spacing w:before="638" w:after="174" w:line="218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5: Format Laporan Pelaksanaan Matamuda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925E9" w14:paraId="5C16A10D" w14:textId="77777777">
        <w:trPr>
          <w:trHeight w:hRule="exact" w:val="584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F676270" w14:textId="77777777" w:rsidR="00F925E9" w:rsidRDefault="00000000">
            <w:pPr>
              <w:autoSpaceDE w:val="0"/>
              <w:autoSpaceDN w:val="0"/>
              <w:spacing w:before="112" w:after="0" w:line="21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Komponen Laporan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C386F67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Keterangan</w:t>
            </w:r>
          </w:p>
        </w:tc>
      </w:tr>
      <w:tr w:rsidR="00F925E9" w14:paraId="022BE5F2" w14:textId="77777777">
        <w:trPr>
          <w:trHeight w:hRule="exact" w:val="547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B2D595F" w14:textId="77777777" w:rsidR="00F925E9" w:rsidRDefault="00000000">
            <w:pPr>
              <w:autoSpaceDE w:val="0"/>
              <w:autoSpaceDN w:val="0"/>
              <w:spacing w:before="114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Identitas Madrasah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5CA6FB2" w14:textId="77777777" w:rsidR="00F925E9" w:rsidRDefault="00000000">
            <w:pPr>
              <w:autoSpaceDE w:val="0"/>
              <w:autoSpaceDN w:val="0"/>
              <w:spacing w:before="110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Nama, alamat, jenjang, NSM</w:t>
            </w:r>
          </w:p>
        </w:tc>
      </w:tr>
      <w:tr w:rsidR="00F925E9" w14:paraId="17C45BC9" w14:textId="77777777">
        <w:trPr>
          <w:trHeight w:hRule="exact" w:val="621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9212611" w14:textId="77777777" w:rsidR="00F925E9" w:rsidRDefault="00000000">
            <w:pPr>
              <w:autoSpaceDE w:val="0"/>
              <w:autoSpaceDN w:val="0"/>
              <w:spacing w:before="14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Waktu Pelaksanaan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7BE3A03" w14:textId="77777777" w:rsidR="00F925E9" w:rsidRDefault="00000000">
            <w:pPr>
              <w:autoSpaceDE w:val="0"/>
              <w:autoSpaceDN w:val="0"/>
              <w:spacing w:before="14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Tanggal mulai – selesai</w:t>
            </w:r>
          </w:p>
        </w:tc>
      </w:tr>
      <w:tr w:rsidR="00F925E9" w14:paraId="12D1DDBC" w14:textId="77777777">
        <w:trPr>
          <w:trHeight w:hRule="exact" w:val="546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301E790" w14:textId="77777777" w:rsidR="00F925E9" w:rsidRDefault="00000000">
            <w:pPr>
              <w:autoSpaceDE w:val="0"/>
              <w:autoSpaceDN w:val="0"/>
              <w:spacing w:before="11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Jumlah Murid Baru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B1D6C55" w14:textId="77777777" w:rsidR="00F925E9" w:rsidRDefault="00000000">
            <w:pPr>
              <w:autoSpaceDE w:val="0"/>
              <w:autoSpaceDN w:val="0"/>
              <w:spacing w:before="108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Jumlah peserta per kelas/rombel</w:t>
            </w:r>
          </w:p>
        </w:tc>
      </w:tr>
      <w:tr w:rsidR="00F925E9" w14:paraId="53602700" w14:textId="77777777">
        <w:trPr>
          <w:trHeight w:hRule="exact" w:val="627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8343B82" w14:textId="77777777" w:rsidR="00F925E9" w:rsidRDefault="00000000">
            <w:pPr>
              <w:autoSpaceDE w:val="0"/>
              <w:autoSpaceDN w:val="0"/>
              <w:spacing w:before="15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Ringkasan Kegiatan Harian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6DBA546" w14:textId="77777777" w:rsidR="00F925E9" w:rsidRDefault="00000000">
            <w:pPr>
              <w:autoSpaceDE w:val="0"/>
              <w:autoSpaceDN w:val="0"/>
              <w:spacing w:before="15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Ringkasan tema dan aktivitas setiap hari</w:t>
            </w:r>
          </w:p>
        </w:tc>
      </w:tr>
      <w:tr w:rsidR="00F925E9" w14:paraId="098AF34A" w14:textId="77777777">
        <w:trPr>
          <w:trHeight w:hRule="exact" w:val="953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AC50A29" w14:textId="77777777" w:rsidR="00F925E9" w:rsidRDefault="00000000">
            <w:pPr>
              <w:autoSpaceDE w:val="0"/>
              <w:autoSpaceDN w:val="0"/>
              <w:spacing w:before="31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 Mars/Himne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4239498" w14:textId="77777777" w:rsidR="00F925E9" w:rsidRDefault="00F925E9">
            <w:pPr>
              <w:autoSpaceDE w:val="0"/>
              <w:autoSpaceDN w:val="0"/>
              <w:spacing w:after="0" w:line="50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100"/>
              <w:gridCol w:w="1760"/>
              <w:gridCol w:w="1040"/>
              <w:gridCol w:w="660"/>
            </w:tblGrid>
            <w:tr w:rsidR="00F925E9" w14:paraId="67737C35" w14:textId="77777777">
              <w:trPr>
                <w:trHeight w:hRule="exact" w:val="334"/>
              </w:trPr>
              <w:tc>
                <w:tcPr>
                  <w:tcW w:w="1100" w:type="dxa"/>
                  <w:tcMar>
                    <w:left w:w="0" w:type="dxa"/>
                    <w:right w:w="0" w:type="dxa"/>
                  </w:tcMar>
                </w:tcPr>
                <w:p w14:paraId="440872EB" w14:textId="77777777" w:rsidR="00F925E9" w:rsidRDefault="00000000">
                  <w:pPr>
                    <w:autoSpaceDE w:val="0"/>
                    <w:autoSpaceDN w:val="0"/>
                    <w:spacing w:before="52" w:after="0" w:line="176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Catatan</w:t>
                  </w:r>
                </w:p>
              </w:tc>
              <w:tc>
                <w:tcPr>
                  <w:tcW w:w="1760" w:type="dxa"/>
                  <w:tcMar>
                    <w:left w:w="0" w:type="dxa"/>
                    <w:right w:w="0" w:type="dxa"/>
                  </w:tcMar>
                </w:tcPr>
                <w:p w14:paraId="132D8A33" w14:textId="77777777" w:rsidR="00F925E9" w:rsidRDefault="00000000">
                  <w:pPr>
                    <w:autoSpaceDE w:val="0"/>
                    <w:autoSpaceDN w:val="0"/>
                    <w:spacing w:before="54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pelaksanaan</w:t>
                  </w:r>
                </w:p>
              </w:tc>
              <w:tc>
                <w:tcPr>
                  <w:tcW w:w="1040" w:type="dxa"/>
                  <w:tcMar>
                    <w:left w:w="0" w:type="dxa"/>
                    <w:right w:w="0" w:type="dxa"/>
                  </w:tcMar>
                </w:tcPr>
                <w:p w14:paraId="551B7E6C" w14:textId="77777777" w:rsidR="00F925E9" w:rsidRDefault="00000000">
                  <w:pPr>
                    <w:autoSpaceDE w:val="0"/>
                    <w:autoSpaceDN w:val="0"/>
                    <w:spacing w:before="54" w:after="0" w:line="220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setiap</w:t>
                  </w:r>
                </w:p>
              </w:tc>
              <w:tc>
                <w:tcPr>
                  <w:tcW w:w="660" w:type="dxa"/>
                  <w:tcMar>
                    <w:left w:w="0" w:type="dxa"/>
                    <w:right w:w="0" w:type="dxa"/>
                  </w:tcMar>
                </w:tcPr>
                <w:p w14:paraId="1ACDE268" w14:textId="77777777" w:rsidR="00F925E9" w:rsidRDefault="00000000">
                  <w:pPr>
                    <w:autoSpaceDE w:val="0"/>
                    <w:autoSpaceDN w:val="0"/>
                    <w:spacing w:before="54" w:after="0" w:line="174" w:lineRule="exact"/>
                    <w:ind w:right="56"/>
                    <w:jc w:val="right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hari</w:t>
                  </w:r>
                </w:p>
              </w:tc>
            </w:tr>
          </w:tbl>
          <w:p w14:paraId="5470E195" w14:textId="77777777" w:rsidR="00F925E9" w:rsidRDefault="00000000">
            <w:pPr>
              <w:autoSpaceDE w:val="0"/>
              <w:autoSpaceDN w:val="0"/>
              <w:spacing w:before="134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(terlaksana/kendala)</w:t>
            </w:r>
          </w:p>
        </w:tc>
      </w:tr>
      <w:tr w:rsidR="00F925E9" w14:paraId="4A054D20" w14:textId="77777777">
        <w:trPr>
          <w:trHeight w:hRule="exact" w:val="1037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2A40F69" w14:textId="77777777" w:rsidR="00F925E9" w:rsidRDefault="00000000">
            <w:pPr>
              <w:autoSpaceDE w:val="0"/>
              <w:autoSpaceDN w:val="0"/>
              <w:spacing w:before="358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Rekapitulasi Peta Talenta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AF00B74" w14:textId="77777777" w:rsidR="00F925E9" w:rsidRDefault="00000000">
            <w:pPr>
              <w:autoSpaceDE w:val="0"/>
              <w:autoSpaceDN w:val="0"/>
              <w:spacing w:before="15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Ringkasan ranah talenta yang teramati</w:t>
            </w:r>
          </w:p>
          <w:p w14:paraId="45F458F3" w14:textId="77777777" w:rsidR="00F925E9" w:rsidRDefault="00000000">
            <w:pPr>
              <w:autoSpaceDE w:val="0"/>
              <w:autoSpaceDN w:val="0"/>
              <w:spacing w:before="192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 kelas</w:t>
            </w:r>
          </w:p>
        </w:tc>
      </w:tr>
      <w:tr w:rsidR="00F925E9" w14:paraId="40A3F637" w14:textId="77777777">
        <w:trPr>
          <w:trHeight w:hRule="exact" w:val="546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86C9F37" w14:textId="77777777" w:rsidR="00F925E9" w:rsidRDefault="00000000">
            <w:pPr>
              <w:autoSpaceDE w:val="0"/>
              <w:autoSpaceDN w:val="0"/>
              <w:spacing w:before="110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Data Cek Kesehatan Gratis (CKG)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A24CB9D" w14:textId="77777777" w:rsidR="00F925E9" w:rsidRDefault="00000000">
            <w:pPr>
              <w:autoSpaceDE w:val="0"/>
              <w:autoSpaceDN w:val="0"/>
              <w:spacing w:before="110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Jumlah murid terdaftar/belum terdaftar</w:t>
            </w:r>
          </w:p>
        </w:tc>
      </w:tr>
      <w:tr w:rsidR="00F925E9" w14:paraId="6E2AAA4F" w14:textId="77777777">
        <w:trPr>
          <w:trHeight w:hRule="exact" w:val="625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D296DF3" w14:textId="77777777" w:rsidR="00F925E9" w:rsidRDefault="00000000">
            <w:pPr>
              <w:autoSpaceDE w:val="0"/>
              <w:autoSpaceDN w:val="0"/>
              <w:spacing w:before="152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Evaluasi dan Kendala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96BF88A" w14:textId="77777777" w:rsidR="00F925E9" w:rsidRDefault="00000000">
            <w:pPr>
              <w:autoSpaceDE w:val="0"/>
              <w:autoSpaceDN w:val="0"/>
              <w:spacing w:before="150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Catatan evaluasi proses dan tindak lanjut</w:t>
            </w:r>
          </w:p>
        </w:tc>
      </w:tr>
      <w:tr w:rsidR="00F925E9" w14:paraId="175B1F86" w14:textId="77777777">
        <w:trPr>
          <w:trHeight w:hRule="exact" w:val="535"/>
        </w:trPr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5D49347" w14:textId="77777777" w:rsidR="00F925E9" w:rsidRDefault="00000000">
            <w:pPr>
              <w:autoSpaceDE w:val="0"/>
              <w:autoSpaceDN w:val="0"/>
              <w:spacing w:before="10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Dokumentasi</w:t>
            </w:r>
          </w:p>
        </w:tc>
        <w:tc>
          <w:tcPr>
            <w:tcW w:w="46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7231149" w14:textId="77777777" w:rsidR="00F925E9" w:rsidRDefault="00000000">
            <w:pPr>
              <w:autoSpaceDE w:val="0"/>
              <w:autoSpaceDN w:val="0"/>
              <w:spacing w:before="104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Foto/video kegiatan sebagai lampiran</w:t>
            </w:r>
          </w:p>
        </w:tc>
      </w:tr>
    </w:tbl>
    <w:p w14:paraId="1DD510DA" w14:textId="77777777" w:rsidR="00F925E9" w:rsidRDefault="00000000">
      <w:pPr>
        <w:autoSpaceDE w:val="0"/>
        <w:autoSpaceDN w:val="0"/>
        <w:spacing w:before="7166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44</w:t>
      </w:r>
    </w:p>
    <w:p w14:paraId="11F44561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631646F8" w14:textId="77777777" w:rsidR="00F925E9" w:rsidRDefault="00F925E9">
      <w:pPr>
        <w:autoSpaceDE w:val="0"/>
        <w:autoSpaceDN w:val="0"/>
        <w:spacing w:after="0" w:line="220" w:lineRule="exact"/>
      </w:pPr>
    </w:p>
    <w:p w14:paraId="68AD82CA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637F7265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2B5485ED" w14:textId="77777777" w:rsidR="00F925E9" w:rsidRDefault="00000000">
      <w:pPr>
        <w:autoSpaceDE w:val="0"/>
        <w:autoSpaceDN w:val="0"/>
        <w:spacing w:before="634" w:after="0" w:line="226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6: Contoh Surat Pemberitahuan kepada Orang Tua/Wali Murid</w:t>
      </w:r>
    </w:p>
    <w:p w14:paraId="64A2AAE3" w14:textId="77777777" w:rsidR="00F925E9" w:rsidRDefault="00000000">
      <w:pPr>
        <w:autoSpaceDE w:val="0"/>
        <w:autoSpaceDN w:val="0"/>
        <w:spacing w:before="270" w:after="0" w:line="224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Contoh ini bersifat alternatif dan dapat disesuaikan dengan kop surat dan kebijakan</w:t>
      </w:r>
    </w:p>
    <w:p w14:paraId="4F82C5D8" w14:textId="77777777" w:rsidR="00F925E9" w:rsidRDefault="00000000">
      <w:pPr>
        <w:autoSpaceDE w:val="0"/>
        <w:autoSpaceDN w:val="0"/>
        <w:spacing w:before="192" w:after="0" w:line="220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masing-masing madrasah.</w:t>
      </w:r>
    </w:p>
    <w:p w14:paraId="66ECC137" w14:textId="77777777" w:rsidR="00F925E9" w:rsidRDefault="00000000">
      <w:pPr>
        <w:autoSpaceDE w:val="0"/>
        <w:autoSpaceDN w:val="0"/>
        <w:spacing w:before="390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Nomor: ___/___/___/2026</w:t>
      </w:r>
    </w:p>
    <w:p w14:paraId="23BD3B57" w14:textId="77777777" w:rsidR="00F925E9" w:rsidRDefault="00000000">
      <w:pPr>
        <w:autoSpaceDE w:val="0"/>
        <w:autoSpaceDN w:val="0"/>
        <w:spacing w:before="354" w:after="0" w:line="226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Perihal: Pemberitahuan Pelaksanaan Masa Taaruf Murid Madrasah (Matamuda)</w:t>
      </w:r>
    </w:p>
    <w:p w14:paraId="2D9A42B6" w14:textId="77777777" w:rsidR="00F925E9" w:rsidRDefault="00000000">
      <w:pPr>
        <w:autoSpaceDE w:val="0"/>
        <w:autoSpaceDN w:val="0"/>
        <w:spacing w:before="188" w:after="0" w:line="224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Tahun Pelajaran 2026/2027</w:t>
      </w:r>
    </w:p>
    <w:p w14:paraId="11FE0C3F" w14:textId="77777777" w:rsidR="00F925E9" w:rsidRDefault="00000000">
      <w:pPr>
        <w:autoSpaceDE w:val="0"/>
        <w:autoSpaceDN w:val="0"/>
        <w:spacing w:before="346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Yth. Bapak/Ibu Orang Tua/Wali Murid Baru</w:t>
      </w:r>
    </w:p>
    <w:p w14:paraId="5A289557" w14:textId="77777777" w:rsidR="00F925E9" w:rsidRDefault="00000000">
      <w:pPr>
        <w:autoSpaceDE w:val="0"/>
        <w:autoSpaceDN w:val="0"/>
        <w:spacing w:before="352" w:after="0" w:line="17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Assalamu’alaikum warahmatullahi wabarakatuh.</w:t>
      </w:r>
    </w:p>
    <w:p w14:paraId="61F61D3E" w14:textId="77777777" w:rsidR="00F925E9" w:rsidRDefault="00000000">
      <w:pPr>
        <w:autoSpaceDE w:val="0"/>
        <w:autoSpaceDN w:val="0"/>
        <w:spacing w:before="398" w:after="0" w:line="226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Dengan hormat, dalam rangka menyambut tahun pelajaran 2026/2027, kami</w:t>
      </w:r>
    </w:p>
    <w:p w14:paraId="39CCD048" w14:textId="77777777" w:rsidR="00F925E9" w:rsidRDefault="00000000">
      <w:pPr>
        <w:autoSpaceDE w:val="0"/>
        <w:autoSpaceDN w:val="0"/>
        <w:spacing w:before="188" w:after="128" w:line="224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informasikan bahwa putra/putri Bapak/Ibu yang baru diterima di madrasah kami akan</w:t>
      </w:r>
    </w:p>
    <w:tbl>
      <w:tblPr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1740"/>
        <w:gridCol w:w="1120"/>
        <w:gridCol w:w="820"/>
        <w:gridCol w:w="920"/>
        <w:gridCol w:w="820"/>
        <w:gridCol w:w="1300"/>
        <w:gridCol w:w="1520"/>
        <w:gridCol w:w="740"/>
        <w:gridCol w:w="1240"/>
      </w:tblGrid>
      <w:tr w:rsidR="00F925E9" w14:paraId="2F424938" w14:textId="77777777">
        <w:trPr>
          <w:trHeight w:hRule="exact" w:val="346"/>
        </w:trPr>
        <w:tc>
          <w:tcPr>
            <w:tcW w:w="1740" w:type="dxa"/>
            <w:tcMar>
              <w:left w:w="0" w:type="dxa"/>
              <w:right w:w="0" w:type="dxa"/>
            </w:tcMar>
          </w:tcPr>
          <w:p w14:paraId="015F1E32" w14:textId="77777777" w:rsidR="00F925E9" w:rsidRDefault="00000000">
            <w:pPr>
              <w:autoSpaceDE w:val="0"/>
              <w:autoSpaceDN w:val="0"/>
              <w:spacing w:before="64" w:after="0" w:line="222" w:lineRule="exact"/>
              <w:ind w:right="112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mengikuti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14:paraId="391614F1" w14:textId="77777777" w:rsidR="00F925E9" w:rsidRDefault="00000000">
            <w:pPr>
              <w:autoSpaceDE w:val="0"/>
              <w:autoSpaceDN w:val="0"/>
              <w:spacing w:before="64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kegiatan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1F2E44E9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Masa</w:t>
            </w: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4D16580A" w14:textId="77777777" w:rsidR="00F925E9" w:rsidRDefault="00000000">
            <w:pPr>
              <w:autoSpaceDE w:val="0"/>
              <w:autoSpaceDN w:val="0"/>
              <w:spacing w:before="60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Taaruf</w:t>
            </w:r>
          </w:p>
        </w:tc>
        <w:tc>
          <w:tcPr>
            <w:tcW w:w="820" w:type="dxa"/>
            <w:tcMar>
              <w:left w:w="0" w:type="dxa"/>
              <w:right w:w="0" w:type="dxa"/>
            </w:tcMar>
          </w:tcPr>
          <w:p w14:paraId="6D3C56B7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14:paraId="3ED79794" w14:textId="77777777" w:rsidR="00F925E9" w:rsidRDefault="00000000">
            <w:pPr>
              <w:autoSpaceDE w:val="0"/>
              <w:autoSpaceDN w:val="0"/>
              <w:spacing w:before="64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14:paraId="6FDECE39" w14:textId="77777777" w:rsidR="00F925E9" w:rsidRDefault="00000000">
            <w:pPr>
              <w:autoSpaceDE w:val="0"/>
              <w:autoSpaceDN w:val="0"/>
              <w:spacing w:before="60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(Matamuda)</w:t>
            </w:r>
          </w:p>
        </w:tc>
        <w:tc>
          <w:tcPr>
            <w:tcW w:w="740" w:type="dxa"/>
            <w:tcMar>
              <w:left w:w="0" w:type="dxa"/>
              <w:right w:w="0" w:type="dxa"/>
            </w:tcMar>
          </w:tcPr>
          <w:p w14:paraId="519A4928" w14:textId="77777777" w:rsidR="00F925E9" w:rsidRDefault="00000000">
            <w:pPr>
              <w:autoSpaceDE w:val="0"/>
              <w:autoSpaceDN w:val="0"/>
              <w:spacing w:before="108" w:after="0" w:line="17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yang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14:paraId="26F56577" w14:textId="77777777" w:rsidR="00F925E9" w:rsidRDefault="00000000">
            <w:pPr>
              <w:autoSpaceDE w:val="0"/>
              <w:autoSpaceDN w:val="0"/>
              <w:spacing w:before="64" w:after="0" w:line="174" w:lineRule="exact"/>
              <w:ind w:left="12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akan</w:t>
            </w:r>
          </w:p>
        </w:tc>
      </w:tr>
    </w:tbl>
    <w:p w14:paraId="1CFFABA8" w14:textId="77777777" w:rsidR="00F925E9" w:rsidRDefault="00000000">
      <w:pPr>
        <w:autoSpaceDE w:val="0"/>
        <w:autoSpaceDN w:val="0"/>
        <w:spacing w:before="130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dilaksanakan pada tanggal ___ s.d. ___ 2026, pukul ___ s.d. ___ WIB, bertempat di</w:t>
      </w:r>
    </w:p>
    <w:p w14:paraId="17691C5B" w14:textId="77777777" w:rsidR="00F925E9" w:rsidRDefault="00000000">
      <w:pPr>
        <w:autoSpaceDE w:val="0"/>
        <w:autoSpaceDN w:val="0"/>
        <w:spacing w:before="196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lingkungan madrasah.</w:t>
      </w:r>
    </w:p>
    <w:p w14:paraId="36719E1C" w14:textId="77777777" w:rsidR="00F925E9" w:rsidRDefault="00000000">
      <w:pPr>
        <w:autoSpaceDE w:val="0"/>
        <w:autoSpaceDN w:val="0"/>
        <w:spacing w:before="348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Kegiatan ini bertujuan membantu Murid Baru beradaptasi dengan lingkungan</w:t>
      </w:r>
    </w:p>
    <w:p w14:paraId="3FCB63DA" w14:textId="77777777" w:rsidR="00F925E9" w:rsidRDefault="00000000">
      <w:pPr>
        <w:autoSpaceDE w:val="0"/>
        <w:autoSpaceDN w:val="0"/>
        <w:spacing w:before="192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madrasah secara menyenangkan, mengenal nilai-nilai dan budaya madrasah, serta</w:t>
      </w:r>
    </w:p>
    <w:p w14:paraId="78C26733" w14:textId="77777777" w:rsidR="00F925E9" w:rsidRDefault="00000000">
      <w:pPr>
        <w:autoSpaceDE w:val="0"/>
        <w:autoSpaceDN w:val="0"/>
        <w:spacing w:before="192" w:after="0" w:line="226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menjadi sarana awal mengenali minat dan potensi anak. Kegiatan ini bersifat edukatif,</w:t>
      </w:r>
    </w:p>
    <w:p w14:paraId="54FE1AE5" w14:textId="77777777" w:rsidR="00F925E9" w:rsidRDefault="00000000">
      <w:pPr>
        <w:autoSpaceDE w:val="0"/>
        <w:autoSpaceDN w:val="0"/>
        <w:spacing w:before="190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ramah anak, dan bebas dari perundungan, maupun kekerasan.</w:t>
      </w:r>
    </w:p>
    <w:p w14:paraId="335A9756" w14:textId="77777777" w:rsidR="00F925E9" w:rsidRDefault="00000000">
      <w:pPr>
        <w:autoSpaceDE w:val="0"/>
        <w:autoSpaceDN w:val="0"/>
        <w:spacing w:before="346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Kami mohon Bapak/Ibu memastikan putra/putri hadir tepat waktu, dalam kondisi</w:t>
      </w:r>
    </w:p>
    <w:p w14:paraId="356C9768" w14:textId="77777777" w:rsidR="00F925E9" w:rsidRDefault="00000000">
      <w:pPr>
        <w:autoSpaceDE w:val="0"/>
        <w:autoSpaceDN w:val="0"/>
        <w:spacing w:before="198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sehat, sarapan dan istirahat cukup, mengenakan pakaian yang nyaman dan sesuai</w:t>
      </w:r>
    </w:p>
    <w:p w14:paraId="21F95078" w14:textId="77777777" w:rsidR="00F925E9" w:rsidRDefault="00000000">
      <w:pPr>
        <w:autoSpaceDE w:val="0"/>
        <w:autoSpaceDN w:val="0"/>
        <w:spacing w:before="188" w:after="0" w:line="226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ketentuan, serta membawa perlengkapan yang akan diinformasikan lebih lanjut.</w:t>
      </w:r>
    </w:p>
    <w:p w14:paraId="7490BD58" w14:textId="77777777" w:rsidR="00F925E9" w:rsidRDefault="00000000">
      <w:pPr>
        <w:autoSpaceDE w:val="0"/>
        <w:autoSpaceDN w:val="0"/>
        <w:spacing w:before="190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Apabila terdapat hal yang ingin disampaikan atau diadukan terkait pelaksanaan</w:t>
      </w:r>
    </w:p>
    <w:p w14:paraId="6FBCCA2F" w14:textId="77777777" w:rsidR="00F925E9" w:rsidRDefault="00000000">
      <w:pPr>
        <w:autoSpaceDE w:val="0"/>
        <w:autoSpaceDN w:val="0"/>
        <w:spacing w:before="188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kegiatan, Bapak/Ibu dapat menghubungi panitia melalui kontak: ___.</w:t>
      </w:r>
    </w:p>
    <w:p w14:paraId="38A55899" w14:textId="77777777" w:rsidR="00F925E9" w:rsidRDefault="00000000">
      <w:pPr>
        <w:autoSpaceDE w:val="0"/>
        <w:autoSpaceDN w:val="0"/>
        <w:spacing w:before="354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Demikian pemberitahuan ini kami sampaikan. Atas perhatian dan kerja sama</w:t>
      </w:r>
    </w:p>
    <w:p w14:paraId="3A44B23C" w14:textId="77777777" w:rsidR="00F925E9" w:rsidRDefault="00000000">
      <w:pPr>
        <w:autoSpaceDE w:val="0"/>
        <w:autoSpaceDN w:val="0"/>
        <w:spacing w:before="186" w:after="0" w:line="224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Bapak/Ibu, kami sampaikan terima kasih.</w:t>
      </w:r>
    </w:p>
    <w:p w14:paraId="78767AAA" w14:textId="77777777" w:rsidR="00F925E9" w:rsidRDefault="00000000">
      <w:pPr>
        <w:autoSpaceDE w:val="0"/>
        <w:autoSpaceDN w:val="0"/>
        <w:spacing w:before="354" w:after="0" w:line="17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Wassalamu’alaikum warahmatullahi wabarakatuh.</w:t>
      </w:r>
    </w:p>
    <w:p w14:paraId="744CC7E9" w14:textId="77777777" w:rsidR="00F925E9" w:rsidRDefault="00000000">
      <w:pPr>
        <w:autoSpaceDE w:val="0"/>
        <w:autoSpaceDN w:val="0"/>
        <w:spacing w:before="398" w:after="0" w:line="218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Kepala Madrasah,</w:t>
      </w:r>
    </w:p>
    <w:p w14:paraId="409E3519" w14:textId="77777777" w:rsidR="00F925E9" w:rsidRDefault="00000000">
      <w:pPr>
        <w:autoSpaceDE w:val="0"/>
        <w:autoSpaceDN w:val="0"/>
        <w:spacing w:before="354" w:after="0" w:line="22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(___________________)</w:t>
      </w:r>
    </w:p>
    <w:p w14:paraId="1067D8E0" w14:textId="77777777" w:rsidR="00F925E9" w:rsidRDefault="00000000">
      <w:pPr>
        <w:autoSpaceDE w:val="0"/>
        <w:autoSpaceDN w:val="0"/>
        <w:spacing w:before="131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45</w:t>
      </w:r>
    </w:p>
    <w:p w14:paraId="7AF7C637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0E7C18B4" w14:textId="77777777" w:rsidR="00F925E9" w:rsidRDefault="00F925E9">
      <w:pPr>
        <w:autoSpaceDE w:val="0"/>
        <w:autoSpaceDN w:val="0"/>
        <w:spacing w:after="0" w:line="220" w:lineRule="exact"/>
      </w:pPr>
    </w:p>
    <w:p w14:paraId="49CC7A72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4824513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54A0C5B0" w14:textId="77777777" w:rsidR="00F925E9" w:rsidRDefault="00000000">
      <w:pPr>
        <w:autoSpaceDE w:val="0"/>
        <w:autoSpaceDN w:val="0"/>
        <w:spacing w:before="634" w:after="0" w:line="226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7: Contoh Kerangka Surat Keputusan Kepanitiaan Matamuda</w:t>
      </w:r>
    </w:p>
    <w:p w14:paraId="36CCDE55" w14:textId="77777777" w:rsidR="00F925E9" w:rsidRDefault="00000000">
      <w:pPr>
        <w:autoSpaceDE w:val="0"/>
        <w:autoSpaceDN w:val="0"/>
        <w:spacing w:before="270" w:after="0" w:line="224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Kerangka berikut bersifat contoh garis besar isi, bukan format baku Surat Keputusan</w:t>
      </w:r>
    </w:p>
    <w:p w14:paraId="6C7A4435" w14:textId="77777777" w:rsidR="00F925E9" w:rsidRDefault="00000000">
      <w:pPr>
        <w:autoSpaceDE w:val="0"/>
        <w:autoSpaceDN w:val="0"/>
        <w:spacing w:before="192" w:after="0" w:line="174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resmi.</w:t>
      </w:r>
    </w:p>
    <w:p w14:paraId="2997A396" w14:textId="77777777" w:rsidR="00F925E9" w:rsidRDefault="00000000">
      <w:pPr>
        <w:autoSpaceDE w:val="0"/>
        <w:autoSpaceDN w:val="0"/>
        <w:spacing w:before="250" w:after="0" w:line="412" w:lineRule="exact"/>
        <w:ind w:left="1766" w:right="1152" w:hanging="282"/>
      </w:pPr>
      <w:r>
        <w:rPr>
          <w:rFonts w:ascii="ArialMT" w:eastAsia="ArialMT" w:hAnsi="ArialMT"/>
          <w:color w:val="000000"/>
          <w:spacing w:val="-10"/>
          <w:sz w:val="24"/>
        </w:rPr>
        <w:t xml:space="preserve">1. Kepala Surat Keputusan: Nomor, judul (Pembentukan Panitia Pelaksanaan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Matamuda Tahun Pelajaran 2026/2027), dan dasar hukum (Petunjuk Teknis</w:t>
      </w:r>
    </w:p>
    <w:p w14:paraId="396B6E8F" w14:textId="77777777" w:rsidR="00F925E9" w:rsidRDefault="00000000">
      <w:pPr>
        <w:autoSpaceDE w:val="0"/>
        <w:autoSpaceDN w:val="0"/>
        <w:spacing w:before="192" w:after="0" w:line="226" w:lineRule="exact"/>
        <w:ind w:left="1766"/>
      </w:pPr>
      <w:r>
        <w:rPr>
          <w:rFonts w:ascii="ArialMT" w:eastAsia="ArialMT" w:hAnsi="ArialMT"/>
          <w:color w:val="000000"/>
          <w:spacing w:val="-10"/>
          <w:sz w:val="24"/>
        </w:rPr>
        <w:t>Matamuda, Peraturan Menteri terkait, dan ketentuan internal madrasah);</w:t>
      </w:r>
    </w:p>
    <w:p w14:paraId="697D3F36" w14:textId="77777777" w:rsidR="00F925E9" w:rsidRDefault="00000000">
      <w:pPr>
        <w:tabs>
          <w:tab w:val="left" w:pos="1766"/>
        </w:tabs>
        <w:autoSpaceDE w:val="0"/>
        <w:autoSpaceDN w:val="0"/>
        <w:spacing w:before="102" w:after="0" w:line="412" w:lineRule="exact"/>
        <w:ind w:left="1484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2. Diktum Menetapkan: susunan panitia sesuai Bab VII Panduan ini (Ketua, </w:t>
      </w:r>
      <w:r>
        <w:br/>
      </w:r>
      <w:r>
        <w:tab/>
      </w:r>
      <w:r>
        <w:rPr>
          <w:rFonts w:ascii="ArialMT" w:eastAsia="ArialMT" w:hAnsi="ArialMT"/>
          <w:color w:val="000000"/>
          <w:spacing w:val="-10"/>
          <w:sz w:val="24"/>
        </w:rPr>
        <w:t>Sekretaris, Bendahara, dan koordinator-koordinator);</w:t>
      </w:r>
    </w:p>
    <w:p w14:paraId="04EEDD9A" w14:textId="77777777" w:rsidR="00F925E9" w:rsidRDefault="00000000">
      <w:pPr>
        <w:autoSpaceDE w:val="0"/>
        <w:autoSpaceDN w:val="0"/>
        <w:spacing w:before="292" w:after="0" w:line="222" w:lineRule="exact"/>
        <w:ind w:left="1484"/>
      </w:pPr>
      <w:r>
        <w:rPr>
          <w:rFonts w:ascii="ArialMT" w:eastAsia="ArialMT" w:hAnsi="ArialMT"/>
          <w:color w:val="000000"/>
          <w:spacing w:val="-10"/>
          <w:sz w:val="24"/>
        </w:rPr>
        <w:t>3. Diktum tugas dan kewajiban panitia secara umum, termasuk kewajiban</w:t>
      </w:r>
    </w:p>
    <w:p w14:paraId="5AB80E66" w14:textId="77777777" w:rsidR="00F925E9" w:rsidRDefault="00000000">
      <w:pPr>
        <w:autoSpaceDE w:val="0"/>
        <w:autoSpaceDN w:val="0"/>
        <w:spacing w:before="190" w:after="0" w:line="222" w:lineRule="exact"/>
        <w:ind w:left="1766"/>
      </w:pPr>
      <w:r>
        <w:rPr>
          <w:rFonts w:ascii="ArialMT" w:eastAsia="ArialMT" w:hAnsi="ArialMT"/>
          <w:color w:val="000000"/>
          <w:spacing w:val="-10"/>
          <w:sz w:val="24"/>
        </w:rPr>
        <w:t>melaksanakan ketentuan Petunjuk Teknis dan Panduan ini;</w:t>
      </w:r>
    </w:p>
    <w:p w14:paraId="620D3465" w14:textId="77777777" w:rsidR="00F925E9" w:rsidRDefault="00000000">
      <w:pPr>
        <w:autoSpaceDE w:val="0"/>
        <w:autoSpaceDN w:val="0"/>
        <w:spacing w:before="290" w:after="0" w:line="222" w:lineRule="exact"/>
        <w:ind w:left="1484"/>
      </w:pPr>
      <w:r>
        <w:rPr>
          <w:rFonts w:ascii="ArialMT" w:eastAsia="ArialMT" w:hAnsi="ArialMT"/>
          <w:color w:val="000000"/>
          <w:spacing w:val="-10"/>
          <w:sz w:val="24"/>
        </w:rPr>
        <w:t>4. Diktum masa berlaku Surat Keputusan, ditetapkan untuk satu kali pelaksanaan</w:t>
      </w:r>
    </w:p>
    <w:p w14:paraId="2FA002A0" w14:textId="77777777" w:rsidR="00F925E9" w:rsidRDefault="00000000">
      <w:pPr>
        <w:autoSpaceDE w:val="0"/>
        <w:autoSpaceDN w:val="0"/>
        <w:spacing w:before="194" w:after="0" w:line="226" w:lineRule="exact"/>
        <w:ind w:left="1766"/>
      </w:pPr>
      <w:r>
        <w:rPr>
          <w:rFonts w:ascii="ArialMT" w:eastAsia="ArialMT" w:hAnsi="ArialMT"/>
          <w:color w:val="000000"/>
          <w:spacing w:val="-10"/>
          <w:sz w:val="24"/>
        </w:rPr>
        <w:t>Matamuda Tahun Pelajaran 2026/2027;</w:t>
      </w:r>
    </w:p>
    <w:p w14:paraId="2891783D" w14:textId="77777777" w:rsidR="00F925E9" w:rsidRDefault="00000000">
      <w:pPr>
        <w:autoSpaceDE w:val="0"/>
        <w:autoSpaceDN w:val="0"/>
        <w:spacing w:before="292" w:after="0" w:line="222" w:lineRule="exact"/>
        <w:ind w:left="1484"/>
      </w:pPr>
      <w:r>
        <w:rPr>
          <w:rFonts w:ascii="ArialMT" w:eastAsia="ArialMT" w:hAnsi="ArialMT"/>
          <w:color w:val="000000"/>
          <w:spacing w:val="-10"/>
          <w:sz w:val="24"/>
        </w:rPr>
        <w:t>5. Penutup: tempat, tanggal penetapan, serta tanda tangan dan stempel Kepala</w:t>
      </w:r>
    </w:p>
    <w:p w14:paraId="6FBE73E7" w14:textId="77777777" w:rsidR="00F925E9" w:rsidRDefault="00000000">
      <w:pPr>
        <w:autoSpaceDE w:val="0"/>
        <w:autoSpaceDN w:val="0"/>
        <w:spacing w:before="190" w:after="0" w:line="174" w:lineRule="exact"/>
        <w:ind w:left="1766"/>
      </w:pPr>
      <w:r>
        <w:rPr>
          <w:rFonts w:ascii="ArialMT" w:eastAsia="ArialMT" w:hAnsi="ArialMT"/>
          <w:color w:val="000000"/>
          <w:spacing w:val="-10"/>
          <w:sz w:val="24"/>
        </w:rPr>
        <w:t>Madrasah.</w:t>
      </w:r>
    </w:p>
    <w:p w14:paraId="78716A83" w14:textId="77777777" w:rsidR="00F925E9" w:rsidRDefault="00000000">
      <w:pPr>
        <w:autoSpaceDE w:val="0"/>
        <w:autoSpaceDN w:val="0"/>
        <w:spacing w:before="794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46</w:t>
      </w:r>
    </w:p>
    <w:p w14:paraId="32101EB3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2F767D4A" w14:textId="77777777" w:rsidR="00F925E9" w:rsidRDefault="00F925E9">
      <w:pPr>
        <w:autoSpaceDE w:val="0"/>
        <w:autoSpaceDN w:val="0"/>
        <w:spacing w:after="0" w:line="220" w:lineRule="exact"/>
      </w:pPr>
    </w:p>
    <w:p w14:paraId="6FB14590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EC6A2AA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255B4F9E" w14:textId="77777777" w:rsidR="00F925E9" w:rsidRDefault="00000000">
      <w:pPr>
        <w:autoSpaceDE w:val="0"/>
        <w:autoSpaceDN w:val="0"/>
        <w:spacing w:before="634" w:after="174" w:line="222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8: Glosarium Istilah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400"/>
        <w:gridCol w:w="6960"/>
      </w:tblGrid>
      <w:tr w:rsidR="00F925E9" w14:paraId="554C4D89" w14:textId="77777777">
        <w:trPr>
          <w:trHeight w:hRule="exact" w:val="584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B0A1D9E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Istilah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E1EF93D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Penjelasan</w:t>
            </w:r>
          </w:p>
        </w:tc>
      </w:tr>
      <w:tr w:rsidR="00F925E9" w14:paraId="357C68D4" w14:textId="77777777">
        <w:trPr>
          <w:trHeight w:hRule="exact" w:val="961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B475955" w14:textId="77777777" w:rsidR="00F925E9" w:rsidRDefault="00000000">
            <w:pPr>
              <w:autoSpaceDE w:val="0"/>
              <w:autoSpaceDN w:val="0"/>
              <w:spacing w:before="32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Ikhtilat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B3B068B" w14:textId="77777777" w:rsidR="00F925E9" w:rsidRDefault="00F925E9">
            <w:pPr>
              <w:autoSpaceDE w:val="0"/>
              <w:autoSpaceDN w:val="0"/>
              <w:spacing w:after="0" w:line="54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400"/>
              <w:gridCol w:w="1220"/>
              <w:gridCol w:w="1120"/>
              <w:gridCol w:w="740"/>
              <w:gridCol w:w="1540"/>
              <w:gridCol w:w="820"/>
            </w:tblGrid>
            <w:tr w:rsidR="00F925E9" w14:paraId="5ED5EE11" w14:textId="77777777">
              <w:trPr>
                <w:trHeight w:hRule="exact" w:val="340"/>
              </w:trPr>
              <w:tc>
                <w:tcPr>
                  <w:tcW w:w="1400" w:type="dxa"/>
                  <w:tcMar>
                    <w:left w:w="0" w:type="dxa"/>
                    <w:right w:w="0" w:type="dxa"/>
                  </w:tcMar>
                </w:tcPr>
                <w:p w14:paraId="1276D54C" w14:textId="77777777" w:rsidR="00F925E9" w:rsidRDefault="00000000">
                  <w:pPr>
                    <w:autoSpaceDE w:val="0"/>
                    <w:autoSpaceDN w:val="0"/>
                    <w:spacing w:before="58" w:after="0" w:line="218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Bercampur</w:t>
                  </w:r>
                </w:p>
              </w:tc>
              <w:tc>
                <w:tcPr>
                  <w:tcW w:w="1220" w:type="dxa"/>
                  <w:tcMar>
                    <w:left w:w="0" w:type="dxa"/>
                    <w:right w:w="0" w:type="dxa"/>
                  </w:tcMar>
                </w:tcPr>
                <w:p w14:paraId="73E16D11" w14:textId="77777777" w:rsidR="00F925E9" w:rsidRDefault="00000000">
                  <w:pPr>
                    <w:autoSpaceDE w:val="0"/>
                    <w:autoSpaceDN w:val="0"/>
                    <w:spacing w:before="58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aduknya</w:t>
                  </w:r>
                </w:p>
              </w:tc>
              <w:tc>
                <w:tcPr>
                  <w:tcW w:w="1120" w:type="dxa"/>
                  <w:tcMar>
                    <w:left w:w="0" w:type="dxa"/>
                    <w:right w:w="0" w:type="dxa"/>
                  </w:tcMar>
                </w:tcPr>
                <w:p w14:paraId="2A2228AD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laki-laki</w:t>
                  </w:r>
                </w:p>
              </w:tc>
              <w:tc>
                <w:tcPr>
                  <w:tcW w:w="740" w:type="dxa"/>
                  <w:tcMar>
                    <w:left w:w="0" w:type="dxa"/>
                    <w:right w:w="0" w:type="dxa"/>
                  </w:tcMar>
                </w:tcPr>
                <w:p w14:paraId="7B7F464B" w14:textId="77777777" w:rsidR="00F925E9" w:rsidRDefault="00000000">
                  <w:pPr>
                    <w:autoSpaceDE w:val="0"/>
                    <w:autoSpaceDN w:val="0"/>
                    <w:spacing w:before="58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  <w:tc>
                <w:tcPr>
                  <w:tcW w:w="1540" w:type="dxa"/>
                  <w:tcMar>
                    <w:left w:w="0" w:type="dxa"/>
                    <w:right w:w="0" w:type="dxa"/>
                  </w:tcMar>
                </w:tcPr>
                <w:p w14:paraId="5CB89618" w14:textId="77777777" w:rsidR="00F925E9" w:rsidRDefault="00000000">
                  <w:pPr>
                    <w:autoSpaceDE w:val="0"/>
                    <w:autoSpaceDN w:val="0"/>
                    <w:spacing w:before="102" w:after="0" w:line="17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perempuan</w:t>
                  </w:r>
                </w:p>
              </w:tc>
              <w:tc>
                <w:tcPr>
                  <w:tcW w:w="820" w:type="dxa"/>
                  <w:tcMar>
                    <w:left w:w="0" w:type="dxa"/>
                    <w:right w:w="0" w:type="dxa"/>
                  </w:tcMar>
                </w:tcPr>
                <w:p w14:paraId="3062F175" w14:textId="77777777" w:rsidR="00F925E9" w:rsidRDefault="00000000">
                  <w:pPr>
                    <w:autoSpaceDE w:val="0"/>
                    <w:autoSpaceDN w:val="0"/>
                    <w:spacing w:before="62" w:after="0" w:line="214" w:lineRule="exact"/>
                    <w:ind w:left="1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tanpa</w:t>
                  </w:r>
                </w:p>
              </w:tc>
            </w:tr>
          </w:tbl>
          <w:p w14:paraId="501AF6D7" w14:textId="77777777" w:rsidR="00F925E9" w:rsidRDefault="00000000">
            <w:pPr>
              <w:autoSpaceDE w:val="0"/>
              <w:autoSpaceDN w:val="0"/>
              <w:spacing w:before="13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pengawasan yang dapat mengarah pada pergaulan bebas.</w:t>
            </w:r>
          </w:p>
        </w:tc>
      </w:tr>
      <w:tr w:rsidR="00F925E9" w14:paraId="0D8630B7" w14:textId="77777777">
        <w:trPr>
          <w:trHeight w:hRule="exact" w:val="1037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0CE54E0" w14:textId="77777777" w:rsidR="00F925E9" w:rsidRDefault="00000000">
            <w:pPr>
              <w:autoSpaceDE w:val="0"/>
              <w:autoSpaceDN w:val="0"/>
              <w:spacing w:before="35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Khalwat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69AD046" w14:textId="77777777" w:rsidR="00F925E9" w:rsidRDefault="00000000">
            <w:pPr>
              <w:autoSpaceDE w:val="0"/>
              <w:autoSpaceDN w:val="0"/>
              <w:spacing w:before="152" w:after="0" w:line="220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Berduaan antara laki-laki dan perempuan bukan mahram tanpa</w:t>
            </w:r>
          </w:p>
          <w:p w14:paraId="7C34B810" w14:textId="77777777" w:rsidR="00F925E9" w:rsidRDefault="00000000">
            <w:pPr>
              <w:autoSpaceDE w:val="0"/>
              <w:autoSpaceDN w:val="0"/>
              <w:spacing w:before="238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pengawasan.</w:t>
            </w:r>
          </w:p>
        </w:tc>
      </w:tr>
      <w:tr w:rsidR="00F925E9" w14:paraId="107903A6" w14:textId="77777777">
        <w:trPr>
          <w:trHeight w:hRule="exact" w:val="959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0078A1C" w14:textId="77777777" w:rsidR="00F925E9" w:rsidRDefault="00000000">
            <w:pPr>
              <w:autoSpaceDE w:val="0"/>
              <w:autoSpaceDN w:val="0"/>
              <w:spacing w:before="318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Moderasi Beragama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C4A45C3" w14:textId="77777777" w:rsidR="00F925E9" w:rsidRDefault="00000000">
            <w:pPr>
              <w:autoSpaceDE w:val="0"/>
              <w:autoSpaceDN w:val="0"/>
              <w:spacing w:before="104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Cara pandang, sikap, dan praktik beragama secara seimbang,</w:t>
            </w:r>
          </w:p>
          <w:p w14:paraId="786331C3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tidak ekstrem, serta menghargai keberagaman.</w:t>
            </w:r>
          </w:p>
        </w:tc>
      </w:tr>
      <w:tr w:rsidR="00F925E9" w14:paraId="42A20F13" w14:textId="77777777">
        <w:trPr>
          <w:trHeight w:hRule="exact" w:val="1039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D8DA9E2" w14:textId="77777777" w:rsidR="00F925E9" w:rsidRDefault="00000000">
            <w:pPr>
              <w:autoSpaceDE w:val="0"/>
              <w:autoSpaceDN w:val="0"/>
              <w:spacing w:before="35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Ekoteologi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EBB0DE2" w14:textId="77777777" w:rsidR="00F925E9" w:rsidRDefault="00000000">
            <w:pPr>
              <w:autoSpaceDE w:val="0"/>
              <w:autoSpaceDN w:val="0"/>
              <w:spacing w:before="148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Pendekatan keagamaan yang menumbuhkan kesadaran dan</w:t>
            </w:r>
          </w:p>
          <w:p w14:paraId="39105538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tanggung jawab terhadap pelestarian lingkungan.</w:t>
            </w:r>
          </w:p>
        </w:tc>
      </w:tr>
      <w:tr w:rsidR="00F925E9" w14:paraId="6F6926A1" w14:textId="77777777">
        <w:trPr>
          <w:trHeight w:hRule="exact" w:val="1371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E291B8D" w14:textId="77777777" w:rsidR="00F925E9" w:rsidRDefault="00000000">
            <w:pPr>
              <w:autoSpaceDE w:val="0"/>
              <w:autoSpaceDN w:val="0"/>
              <w:spacing w:before="312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Multiple</w:t>
            </w:r>
          </w:p>
          <w:p w14:paraId="6A12CD48" w14:textId="77777777" w:rsidR="00F925E9" w:rsidRDefault="00000000">
            <w:pPr>
              <w:autoSpaceDE w:val="0"/>
              <w:autoSpaceDN w:val="0"/>
              <w:spacing w:before="19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Intelligences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E5A33EC" w14:textId="77777777" w:rsidR="00F925E9" w:rsidRDefault="00000000">
            <w:pPr>
              <w:autoSpaceDE w:val="0"/>
              <w:autoSpaceDN w:val="0"/>
              <w:spacing w:before="10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Teori bahwa kecerdasan manusia memiliki banyak ragam</w:t>
            </w:r>
          </w:p>
          <w:p w14:paraId="1586CCBD" w14:textId="77777777" w:rsidR="00F925E9" w:rsidRDefault="00000000">
            <w:pPr>
              <w:autoSpaceDE w:val="0"/>
              <w:autoSpaceDN w:val="0"/>
              <w:spacing w:before="6" w:after="0" w:line="41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(logika, bahasa, kinestetik, musikal, sosial, dan lainnya), bukan tunggal.</w:t>
            </w:r>
          </w:p>
        </w:tc>
      </w:tr>
      <w:tr w:rsidR="00F925E9" w14:paraId="6A049057" w14:textId="77777777">
        <w:trPr>
          <w:trHeight w:hRule="exact" w:val="1039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FFBE2A1" w14:textId="77777777" w:rsidR="00F925E9" w:rsidRDefault="00000000">
            <w:pPr>
              <w:autoSpaceDE w:val="0"/>
              <w:autoSpaceDN w:val="0"/>
              <w:spacing w:before="356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Sharing Circle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D3202F1" w14:textId="77777777" w:rsidR="00F925E9" w:rsidRDefault="00000000">
            <w:pPr>
              <w:autoSpaceDE w:val="0"/>
              <w:autoSpaceDN w:val="0"/>
              <w:spacing w:before="144" w:after="0" w:line="226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Forum berbagi cerita/pendapat secara santai dalam kelompok</w:t>
            </w:r>
          </w:p>
          <w:p w14:paraId="32A7CA31" w14:textId="77777777" w:rsidR="00F925E9" w:rsidRDefault="00000000">
            <w:pPr>
              <w:autoSpaceDE w:val="0"/>
              <w:autoSpaceDN w:val="0"/>
              <w:spacing w:before="19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kecil yang duduk melingkar.</w:t>
            </w:r>
          </w:p>
        </w:tc>
      </w:tr>
      <w:tr w:rsidR="00F925E9" w14:paraId="4AC7F2ED" w14:textId="77777777">
        <w:trPr>
          <w:trHeight w:hRule="exact" w:val="951"/>
        </w:trPr>
        <w:tc>
          <w:tcPr>
            <w:tcW w:w="24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C2251F1" w14:textId="77777777" w:rsidR="00F925E9" w:rsidRDefault="00000000">
            <w:pPr>
              <w:autoSpaceDE w:val="0"/>
              <w:autoSpaceDN w:val="0"/>
              <w:spacing w:before="310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Song Leader</w:t>
            </w:r>
          </w:p>
        </w:tc>
        <w:tc>
          <w:tcPr>
            <w:tcW w:w="696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BAE5973" w14:textId="77777777" w:rsidR="00F925E9" w:rsidRDefault="00F925E9">
            <w:pPr>
              <w:autoSpaceDE w:val="0"/>
              <w:autoSpaceDN w:val="0"/>
              <w:spacing w:after="0" w:line="50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080"/>
              <w:gridCol w:w="840"/>
              <w:gridCol w:w="2540"/>
              <w:gridCol w:w="1200"/>
              <w:gridCol w:w="1180"/>
            </w:tblGrid>
            <w:tr w:rsidR="00F925E9" w14:paraId="778D5F67" w14:textId="77777777">
              <w:trPr>
                <w:trHeight w:hRule="exact" w:val="336"/>
              </w:trPr>
              <w:tc>
                <w:tcPr>
                  <w:tcW w:w="1080" w:type="dxa"/>
                  <w:tcMar>
                    <w:left w:w="0" w:type="dxa"/>
                    <w:right w:w="0" w:type="dxa"/>
                  </w:tcMar>
                </w:tcPr>
                <w:p w14:paraId="4AAA74E2" w14:textId="77777777" w:rsidR="00F925E9" w:rsidRDefault="00000000">
                  <w:pPr>
                    <w:autoSpaceDE w:val="0"/>
                    <w:autoSpaceDN w:val="0"/>
                    <w:spacing w:before="5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Petugas</w:t>
                  </w:r>
                </w:p>
              </w:tc>
              <w:tc>
                <w:tcPr>
                  <w:tcW w:w="840" w:type="dxa"/>
                  <w:tcMar>
                    <w:left w:w="0" w:type="dxa"/>
                    <w:right w:w="0" w:type="dxa"/>
                  </w:tcMar>
                </w:tcPr>
                <w:p w14:paraId="0852CF5B" w14:textId="77777777" w:rsidR="00F925E9" w:rsidRDefault="00000000">
                  <w:pPr>
                    <w:autoSpaceDE w:val="0"/>
                    <w:autoSpaceDN w:val="0"/>
                    <w:spacing w:before="98" w:after="0" w:line="17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yang</w:t>
                  </w:r>
                </w:p>
              </w:tc>
              <w:tc>
                <w:tcPr>
                  <w:tcW w:w="2540" w:type="dxa"/>
                  <w:tcMar>
                    <w:left w:w="0" w:type="dxa"/>
                    <w:right w:w="0" w:type="dxa"/>
                  </w:tcMar>
                </w:tcPr>
                <w:p w14:paraId="6BE993F2" w14:textId="77777777" w:rsidR="00F925E9" w:rsidRDefault="00000000">
                  <w:pPr>
                    <w:autoSpaceDE w:val="0"/>
                    <w:autoSpaceDN w:val="0"/>
                    <w:spacing w:before="50" w:after="0" w:line="224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memimpin/memandu</w:t>
                  </w:r>
                </w:p>
              </w:tc>
              <w:tc>
                <w:tcPr>
                  <w:tcW w:w="1200" w:type="dxa"/>
                  <w:tcMar>
                    <w:left w:w="0" w:type="dxa"/>
                    <w:right w:w="0" w:type="dxa"/>
                  </w:tcMar>
                </w:tcPr>
                <w:p w14:paraId="7ADDAC76" w14:textId="77777777" w:rsidR="00F925E9" w:rsidRDefault="00000000">
                  <w:pPr>
                    <w:autoSpaceDE w:val="0"/>
                    <w:autoSpaceDN w:val="0"/>
                    <w:spacing w:before="54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jalannya</w:t>
                  </w:r>
                </w:p>
              </w:tc>
              <w:tc>
                <w:tcPr>
                  <w:tcW w:w="1180" w:type="dxa"/>
                  <w:tcMar>
                    <w:left w:w="0" w:type="dxa"/>
                    <w:right w:w="0" w:type="dxa"/>
                  </w:tcMar>
                </w:tcPr>
                <w:p w14:paraId="252E2D52" w14:textId="77777777" w:rsidR="00F925E9" w:rsidRDefault="00000000">
                  <w:pPr>
                    <w:autoSpaceDE w:val="0"/>
                    <w:autoSpaceDN w:val="0"/>
                    <w:spacing w:before="54" w:after="0" w:line="222" w:lineRule="exact"/>
                    <w:ind w:left="1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nyanyian</w:t>
                  </w:r>
                </w:p>
              </w:tc>
            </w:tr>
          </w:tbl>
          <w:p w14:paraId="0591F09A" w14:textId="77777777" w:rsidR="00F925E9" w:rsidRDefault="00000000">
            <w:pPr>
              <w:autoSpaceDE w:val="0"/>
              <w:autoSpaceDN w:val="0"/>
              <w:spacing w:before="136" w:after="0" w:line="20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bersama, termasuk Mars dan Himne Madrasah.</w:t>
            </w:r>
          </w:p>
        </w:tc>
      </w:tr>
    </w:tbl>
    <w:p w14:paraId="73BF43AA" w14:textId="77777777" w:rsidR="00F925E9" w:rsidRDefault="00000000">
      <w:pPr>
        <w:autoSpaceDE w:val="0"/>
        <w:autoSpaceDN w:val="0"/>
        <w:spacing w:before="5846" w:after="0" w:line="158" w:lineRule="exact"/>
        <w:jc w:val="center"/>
      </w:pPr>
      <w:r>
        <w:rPr>
          <w:rFonts w:ascii="ArialMT" w:eastAsia="ArialMT" w:hAnsi="ArialMT"/>
          <w:color w:val="1A1A1A"/>
          <w:spacing w:val="-10"/>
        </w:rPr>
        <w:t>47</w:t>
      </w:r>
    </w:p>
    <w:p w14:paraId="0B93BB3C" w14:textId="77777777" w:rsidR="00F925E9" w:rsidRDefault="00F925E9">
      <w:pPr>
        <w:sectPr w:rsidR="00F925E9">
          <w:pgSz w:w="11900" w:h="16840"/>
          <w:pgMar w:top="240" w:right="240" w:bottom="102" w:left="240" w:header="720" w:footer="720" w:gutter="0"/>
          <w:cols w:space="720"/>
          <w:docGrid w:linePitch="360"/>
        </w:sectPr>
      </w:pPr>
    </w:p>
    <w:p w14:paraId="3D82A49E" w14:textId="77777777" w:rsidR="00F925E9" w:rsidRDefault="00F925E9">
      <w:pPr>
        <w:autoSpaceDE w:val="0"/>
        <w:autoSpaceDN w:val="0"/>
        <w:spacing w:after="0" w:line="220" w:lineRule="exact"/>
      </w:pPr>
    </w:p>
    <w:p w14:paraId="57F22799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FE60F7D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7ED38BB" w14:textId="77777777" w:rsidR="00F925E9" w:rsidRDefault="00000000">
      <w:pPr>
        <w:autoSpaceDE w:val="0"/>
        <w:autoSpaceDN w:val="0"/>
        <w:spacing w:before="638" w:after="176" w:line="218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9: Form Evaluasi Harian Panitia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002"/>
        <w:gridCol w:w="2452"/>
        <w:gridCol w:w="2454"/>
        <w:gridCol w:w="2452"/>
      </w:tblGrid>
      <w:tr w:rsidR="00F925E9" w14:paraId="242B003F" w14:textId="77777777">
        <w:trPr>
          <w:trHeight w:hRule="exact" w:val="998"/>
        </w:trPr>
        <w:tc>
          <w:tcPr>
            <w:tcW w:w="200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2A61D66" w14:textId="77777777" w:rsidR="00F925E9" w:rsidRDefault="00000000">
            <w:pPr>
              <w:autoSpaceDE w:val="0"/>
              <w:autoSpaceDN w:val="0"/>
              <w:spacing w:before="316" w:after="0" w:line="220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Aspek</w:t>
            </w:r>
          </w:p>
        </w:tc>
        <w:tc>
          <w:tcPr>
            <w:tcW w:w="245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9C2A61F" w14:textId="77777777" w:rsidR="00F925E9" w:rsidRDefault="00000000">
            <w:pPr>
              <w:autoSpaceDE w:val="0"/>
              <w:autoSpaceDN w:val="0"/>
              <w:spacing w:before="314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Capaian Hari Ini</w:t>
            </w:r>
          </w:p>
        </w:tc>
        <w:tc>
          <w:tcPr>
            <w:tcW w:w="2454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B6BEBD3" w14:textId="77777777" w:rsidR="00F925E9" w:rsidRDefault="00000000">
            <w:pPr>
              <w:autoSpaceDE w:val="0"/>
              <w:autoSpaceDN w:val="0"/>
              <w:spacing w:before="316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Kendala</w:t>
            </w:r>
          </w:p>
        </w:tc>
        <w:tc>
          <w:tcPr>
            <w:tcW w:w="2452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642BB19" w14:textId="77777777" w:rsidR="00F925E9" w:rsidRDefault="00000000">
            <w:pPr>
              <w:autoSpaceDE w:val="0"/>
              <w:autoSpaceDN w:val="0"/>
              <w:spacing w:before="110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Rencana</w:t>
            </w:r>
          </w:p>
          <w:p w14:paraId="19105F76" w14:textId="77777777" w:rsidR="00F925E9" w:rsidRDefault="00000000">
            <w:pPr>
              <w:autoSpaceDE w:val="0"/>
              <w:autoSpaceDN w:val="0"/>
              <w:spacing w:before="238" w:after="0" w:line="176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Perbaikan</w:t>
            </w:r>
          </w:p>
        </w:tc>
      </w:tr>
      <w:tr w:rsidR="00F925E9" w14:paraId="6F2C6549" w14:textId="77777777">
        <w:trPr>
          <w:trHeight w:hRule="exact" w:val="967"/>
        </w:trPr>
        <w:tc>
          <w:tcPr>
            <w:tcW w:w="200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0B52437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</w:t>
            </w:r>
          </w:p>
          <w:p w14:paraId="603B15B7" w14:textId="77777777" w:rsidR="00F925E9" w:rsidRDefault="00000000">
            <w:pPr>
              <w:autoSpaceDE w:val="0"/>
              <w:autoSpaceDN w:val="0"/>
              <w:spacing w:before="236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Mars/Himne</w:t>
            </w:r>
          </w:p>
        </w:tc>
        <w:tc>
          <w:tcPr>
            <w:tcW w:w="245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55BCEF1C" w14:textId="77777777" w:rsidR="00F925E9" w:rsidRDefault="00F925E9"/>
        </w:tc>
        <w:tc>
          <w:tcPr>
            <w:tcW w:w="2454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C2DF903" w14:textId="77777777" w:rsidR="00F925E9" w:rsidRDefault="00F925E9"/>
        </w:tc>
        <w:tc>
          <w:tcPr>
            <w:tcW w:w="2452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AB6BAE3" w14:textId="77777777" w:rsidR="00F925E9" w:rsidRDefault="00F925E9"/>
        </w:tc>
      </w:tr>
      <w:tr w:rsidR="00F925E9" w14:paraId="5932B44F" w14:textId="77777777">
        <w:trPr>
          <w:trHeight w:hRule="exact" w:val="1030"/>
        </w:trPr>
        <w:tc>
          <w:tcPr>
            <w:tcW w:w="200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536A506" w14:textId="77777777" w:rsidR="00F925E9" w:rsidRDefault="00000000">
            <w:pPr>
              <w:autoSpaceDE w:val="0"/>
              <w:autoSpaceDN w:val="0"/>
              <w:spacing w:before="14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Kesesuaian</w:t>
            </w:r>
          </w:p>
          <w:p w14:paraId="6C658243" w14:textId="77777777" w:rsidR="00F925E9" w:rsidRDefault="00000000">
            <w:pPr>
              <w:autoSpaceDE w:val="0"/>
              <w:autoSpaceDN w:val="0"/>
              <w:spacing w:before="23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Materi Wajib</w:t>
            </w:r>
          </w:p>
        </w:tc>
        <w:tc>
          <w:tcPr>
            <w:tcW w:w="245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D432F31" w14:textId="77777777" w:rsidR="00F925E9" w:rsidRDefault="00F925E9"/>
        </w:tc>
        <w:tc>
          <w:tcPr>
            <w:tcW w:w="2454" w:type="dxa"/>
            <w:tcBorders>
              <w:left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65761F2C" w14:textId="77777777" w:rsidR="00F925E9" w:rsidRDefault="00F925E9"/>
        </w:tc>
        <w:tc>
          <w:tcPr>
            <w:tcW w:w="2452" w:type="dxa"/>
            <w:tcBorders>
              <w:left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F96D9E9" w14:textId="77777777" w:rsidR="00F925E9" w:rsidRDefault="00F925E9"/>
        </w:tc>
      </w:tr>
      <w:tr w:rsidR="00F925E9" w14:paraId="32016EFC" w14:textId="77777777">
        <w:trPr>
          <w:trHeight w:hRule="exact" w:val="1378"/>
        </w:trPr>
        <w:tc>
          <w:tcPr>
            <w:tcW w:w="200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93C0D80" w14:textId="77777777" w:rsidR="00F925E9" w:rsidRDefault="00000000">
            <w:pPr>
              <w:autoSpaceDE w:val="0"/>
              <w:autoSpaceDN w:val="0"/>
              <w:spacing w:before="11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Tingkat</w:t>
            </w:r>
          </w:p>
          <w:p w14:paraId="5FDE8FF6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Kegembiraan</w:t>
            </w:r>
          </w:p>
          <w:p w14:paraId="7845AD80" w14:textId="77777777" w:rsidR="00F925E9" w:rsidRDefault="00000000">
            <w:pPr>
              <w:autoSpaceDE w:val="0"/>
              <w:autoSpaceDN w:val="0"/>
              <w:spacing w:before="190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Murid</w:t>
            </w:r>
          </w:p>
        </w:tc>
        <w:tc>
          <w:tcPr>
            <w:tcW w:w="245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41DFF3D" w14:textId="77777777" w:rsidR="00F925E9" w:rsidRDefault="00F925E9"/>
        </w:tc>
        <w:tc>
          <w:tcPr>
            <w:tcW w:w="2454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DD584D4" w14:textId="77777777" w:rsidR="00F925E9" w:rsidRDefault="00F925E9"/>
        </w:tc>
        <w:tc>
          <w:tcPr>
            <w:tcW w:w="2452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3557F4C" w14:textId="77777777" w:rsidR="00F925E9" w:rsidRDefault="00F925E9"/>
        </w:tc>
      </w:tr>
      <w:tr w:rsidR="00F925E9" w14:paraId="7A31C458" w14:textId="77777777">
        <w:trPr>
          <w:trHeight w:hRule="exact" w:val="1031"/>
        </w:trPr>
        <w:tc>
          <w:tcPr>
            <w:tcW w:w="200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C0B946E" w14:textId="77777777" w:rsidR="00F925E9" w:rsidRDefault="00000000">
            <w:pPr>
              <w:autoSpaceDE w:val="0"/>
              <w:autoSpaceDN w:val="0"/>
              <w:spacing w:before="14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Pemetaan</w:t>
            </w:r>
          </w:p>
          <w:p w14:paraId="634A4CD3" w14:textId="77777777" w:rsidR="00F925E9" w:rsidRDefault="00000000">
            <w:pPr>
              <w:autoSpaceDE w:val="0"/>
              <w:autoSpaceDN w:val="0"/>
              <w:spacing w:before="24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Talenta</w:t>
            </w:r>
          </w:p>
        </w:tc>
        <w:tc>
          <w:tcPr>
            <w:tcW w:w="245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4722713" w14:textId="77777777" w:rsidR="00F925E9" w:rsidRDefault="00F925E9"/>
        </w:tc>
        <w:tc>
          <w:tcPr>
            <w:tcW w:w="2454" w:type="dxa"/>
            <w:tcBorders>
              <w:left w:val="single" w:sz="2" w:space="0" w:color="BDBDBD"/>
              <w:right w:val="single" w:sz="1" w:space="0" w:color="BDBDBD"/>
            </w:tcBorders>
            <w:tcMar>
              <w:left w:w="0" w:type="dxa"/>
              <w:right w:w="0" w:type="dxa"/>
            </w:tcMar>
          </w:tcPr>
          <w:p w14:paraId="1A51D760" w14:textId="77777777" w:rsidR="00F925E9" w:rsidRDefault="00F925E9"/>
        </w:tc>
        <w:tc>
          <w:tcPr>
            <w:tcW w:w="2452" w:type="dxa"/>
            <w:tcBorders>
              <w:left w:val="single" w:sz="1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0C03EB0" w14:textId="77777777" w:rsidR="00F925E9" w:rsidRDefault="00F925E9"/>
        </w:tc>
      </w:tr>
      <w:tr w:rsidR="00F925E9" w14:paraId="17761379" w14:textId="77777777">
        <w:trPr>
          <w:trHeight w:hRule="exact" w:val="954"/>
        </w:trPr>
        <w:tc>
          <w:tcPr>
            <w:tcW w:w="200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2465F13" w14:textId="77777777" w:rsidR="00F925E9" w:rsidRDefault="00000000">
            <w:pPr>
              <w:tabs>
                <w:tab w:val="left" w:pos="1718"/>
              </w:tabs>
              <w:autoSpaceDE w:val="0"/>
              <w:autoSpaceDN w:val="0"/>
              <w:spacing w:before="106" w:after="0" w:line="22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Logistik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&amp;</w:t>
            </w:r>
          </w:p>
          <w:p w14:paraId="40BA4687" w14:textId="77777777" w:rsidR="00F925E9" w:rsidRDefault="00000000">
            <w:pPr>
              <w:autoSpaceDE w:val="0"/>
              <w:autoSpaceDN w:val="0"/>
              <w:spacing w:before="188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Sarana</w:t>
            </w:r>
          </w:p>
        </w:tc>
        <w:tc>
          <w:tcPr>
            <w:tcW w:w="245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5306EBA" w14:textId="77777777" w:rsidR="00F925E9" w:rsidRDefault="00F925E9"/>
        </w:tc>
        <w:tc>
          <w:tcPr>
            <w:tcW w:w="2454" w:type="dxa"/>
            <w:tcBorders>
              <w:left w:val="single" w:sz="2" w:space="0" w:color="BDBDBD"/>
              <w:right w:val="single" w:sz="1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E14AC8F" w14:textId="77777777" w:rsidR="00F925E9" w:rsidRDefault="00F925E9"/>
        </w:tc>
        <w:tc>
          <w:tcPr>
            <w:tcW w:w="2452" w:type="dxa"/>
            <w:tcBorders>
              <w:left w:val="single" w:sz="1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A2CE5BB" w14:textId="77777777" w:rsidR="00F925E9" w:rsidRDefault="00F925E9"/>
        </w:tc>
      </w:tr>
    </w:tbl>
    <w:p w14:paraId="27D5C8F3" w14:textId="77777777" w:rsidR="00F925E9" w:rsidRDefault="00000000">
      <w:pPr>
        <w:autoSpaceDE w:val="0"/>
        <w:autoSpaceDN w:val="0"/>
        <w:spacing w:before="70" w:after="0" w:line="226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10: Form Umpan Balik Singkat untuk Murid</w:t>
      </w:r>
    </w:p>
    <w:p w14:paraId="4F8ACA66" w14:textId="77777777" w:rsidR="00F925E9" w:rsidRDefault="00000000">
      <w:pPr>
        <w:autoSpaceDE w:val="0"/>
        <w:autoSpaceDN w:val="0"/>
        <w:spacing w:before="268" w:after="0" w:line="224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Dapat dibacakan secara lisan untuk RA/MI kelas awal, atau diisi mandiri untuk MI</w:t>
      </w:r>
    </w:p>
    <w:p w14:paraId="1A8386C5" w14:textId="77777777" w:rsidR="00F925E9" w:rsidRDefault="00000000">
      <w:pPr>
        <w:autoSpaceDE w:val="0"/>
        <w:autoSpaceDN w:val="0"/>
        <w:spacing w:before="192" w:after="0" w:line="222" w:lineRule="exact"/>
        <w:ind w:left="1400"/>
      </w:pPr>
      <w:r>
        <w:rPr>
          <w:rFonts w:ascii="Arial" w:eastAsia="Arial" w:hAnsi="Arial"/>
          <w:i/>
          <w:color w:val="000000"/>
          <w:spacing w:val="-10"/>
          <w:sz w:val="24"/>
        </w:rPr>
        <w:t>kelas tinggi, MTs, dan MA.</w:t>
      </w:r>
    </w:p>
    <w:p w14:paraId="42D5F3A1" w14:textId="77777777" w:rsidR="00F925E9" w:rsidRDefault="00000000">
      <w:pPr>
        <w:autoSpaceDE w:val="0"/>
        <w:autoSpaceDN w:val="0"/>
        <w:spacing w:before="390" w:after="0" w:line="226" w:lineRule="exact"/>
        <w:ind w:left="1480"/>
      </w:pPr>
      <w:r>
        <w:rPr>
          <w:rFonts w:ascii="ArialMT" w:eastAsia="ArialMT" w:hAnsi="ArialMT"/>
          <w:color w:val="000000"/>
          <w:spacing w:val="-10"/>
          <w:sz w:val="24"/>
        </w:rPr>
        <w:t>1. Bagaimana perasaanmu mengikuti kegiatan hari ini? (emoji/pilihan: sangat</w:t>
      </w:r>
    </w:p>
    <w:p w14:paraId="24F04CF1" w14:textId="77777777" w:rsidR="00F925E9" w:rsidRDefault="00000000">
      <w:pPr>
        <w:autoSpaceDE w:val="0"/>
        <w:autoSpaceDN w:val="0"/>
        <w:spacing w:before="186" w:after="0" w:line="226" w:lineRule="exact"/>
        <w:ind w:left="1760"/>
      </w:pPr>
      <w:r>
        <w:rPr>
          <w:rFonts w:ascii="ArialMT" w:eastAsia="ArialMT" w:hAnsi="ArialMT"/>
          <w:color w:val="000000"/>
          <w:spacing w:val="-10"/>
          <w:sz w:val="24"/>
        </w:rPr>
        <w:t>senang – senang – biasa saja – kurang senang)</w:t>
      </w:r>
    </w:p>
    <w:p w14:paraId="31C49125" w14:textId="77777777" w:rsidR="00F925E9" w:rsidRDefault="00000000">
      <w:pPr>
        <w:autoSpaceDE w:val="0"/>
        <w:autoSpaceDN w:val="0"/>
        <w:spacing w:before="288" w:after="0" w:line="226" w:lineRule="exact"/>
        <w:ind w:left="1480"/>
      </w:pPr>
      <w:r>
        <w:rPr>
          <w:rFonts w:ascii="ArialMT" w:eastAsia="ArialMT" w:hAnsi="ArialMT"/>
          <w:color w:val="000000"/>
          <w:spacing w:val="-10"/>
          <w:sz w:val="24"/>
        </w:rPr>
        <w:t>2. Kegiatan apa yang paling kamu sukai hari ini?</w:t>
      </w:r>
    </w:p>
    <w:p w14:paraId="5D00F8E1" w14:textId="77777777" w:rsidR="00F925E9" w:rsidRDefault="00000000">
      <w:pPr>
        <w:autoSpaceDE w:val="0"/>
        <w:autoSpaceDN w:val="0"/>
        <w:spacing w:before="288" w:after="0" w:line="226" w:lineRule="exact"/>
        <w:ind w:left="1480"/>
      </w:pPr>
      <w:r>
        <w:rPr>
          <w:rFonts w:ascii="ArialMT" w:eastAsia="ArialMT" w:hAnsi="ArialMT"/>
          <w:color w:val="000000"/>
          <w:spacing w:val="-10"/>
          <w:sz w:val="24"/>
        </w:rPr>
        <w:t>3. Apakah kamu bisa mengikuti nyanyian Mars/Himne Madrasah dengan baik?</w:t>
      </w:r>
    </w:p>
    <w:p w14:paraId="0958B1AC" w14:textId="77777777" w:rsidR="00F925E9" w:rsidRDefault="00000000">
      <w:pPr>
        <w:autoSpaceDE w:val="0"/>
        <w:autoSpaceDN w:val="0"/>
        <w:spacing w:before="292" w:after="0" w:line="226" w:lineRule="exact"/>
        <w:ind w:left="1480"/>
      </w:pPr>
      <w:r>
        <w:rPr>
          <w:rFonts w:ascii="ArialMT" w:eastAsia="ArialMT" w:hAnsi="ArialMT"/>
          <w:color w:val="000000"/>
          <w:spacing w:val="-10"/>
          <w:sz w:val="24"/>
        </w:rPr>
        <w:t>4. Adakah hal yang membuatmu tidak nyaman selama kegiatan? Jika ada,</w:t>
      </w:r>
    </w:p>
    <w:p w14:paraId="2AA4D679" w14:textId="77777777" w:rsidR="00F925E9" w:rsidRDefault="00000000">
      <w:pPr>
        <w:autoSpaceDE w:val="0"/>
        <w:autoSpaceDN w:val="0"/>
        <w:spacing w:before="190" w:after="0" w:line="174" w:lineRule="exact"/>
        <w:ind w:left="1760"/>
      </w:pPr>
      <w:r>
        <w:rPr>
          <w:rFonts w:ascii="ArialMT" w:eastAsia="ArialMT" w:hAnsi="ArialMT"/>
          <w:color w:val="000000"/>
          <w:spacing w:val="-10"/>
          <w:sz w:val="24"/>
        </w:rPr>
        <w:t>sebutkan.</w:t>
      </w:r>
    </w:p>
    <w:p w14:paraId="10C4A246" w14:textId="77777777" w:rsidR="00F925E9" w:rsidRDefault="00000000">
      <w:pPr>
        <w:autoSpaceDE w:val="0"/>
        <w:autoSpaceDN w:val="0"/>
        <w:spacing w:before="336" w:after="0" w:line="226" w:lineRule="exact"/>
        <w:ind w:left="1480"/>
      </w:pPr>
      <w:r>
        <w:rPr>
          <w:rFonts w:ascii="ArialMT" w:eastAsia="ArialMT" w:hAnsi="ArialMT"/>
          <w:color w:val="000000"/>
          <w:spacing w:val="-10"/>
          <w:sz w:val="24"/>
        </w:rPr>
        <w:t>5. Apa harapanmu untuk kegiatan besok?</w:t>
      </w:r>
    </w:p>
    <w:p w14:paraId="62920163" w14:textId="77777777" w:rsidR="00F925E9" w:rsidRDefault="00000000">
      <w:pPr>
        <w:autoSpaceDE w:val="0"/>
        <w:autoSpaceDN w:val="0"/>
        <w:spacing w:before="2724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48</w:t>
      </w:r>
    </w:p>
    <w:p w14:paraId="164C2861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02B5DCEC" w14:textId="77777777" w:rsidR="00F925E9" w:rsidRDefault="00F925E9">
      <w:pPr>
        <w:autoSpaceDE w:val="0"/>
        <w:autoSpaceDN w:val="0"/>
        <w:spacing w:after="0" w:line="220" w:lineRule="exact"/>
      </w:pPr>
    </w:p>
    <w:p w14:paraId="15E8E862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2327B63F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458753AC" w14:textId="77777777" w:rsidR="00F925E9" w:rsidRDefault="00000000">
      <w:pPr>
        <w:autoSpaceDE w:val="0"/>
        <w:autoSpaceDN w:val="0"/>
        <w:spacing w:before="634" w:after="176" w:line="222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11: Daftar Kontak dan Pihak Terkait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925E9" w14:paraId="7CB73DDC" w14:textId="77777777">
        <w:trPr>
          <w:trHeight w:hRule="exact" w:val="586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3A1BD94" w14:textId="77777777" w:rsidR="00F925E9" w:rsidRDefault="00000000">
            <w:pPr>
              <w:autoSpaceDE w:val="0"/>
              <w:autoSpaceDN w:val="0"/>
              <w:spacing w:before="110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Pihak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1EF2DDA4" w14:textId="77777777" w:rsidR="00F925E9" w:rsidRDefault="00000000">
            <w:pPr>
              <w:autoSpaceDE w:val="0"/>
              <w:autoSpaceDN w:val="0"/>
              <w:spacing w:before="110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Peran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62D8E41" w14:textId="77777777" w:rsidR="00F925E9" w:rsidRDefault="00000000">
            <w:pPr>
              <w:autoSpaceDE w:val="0"/>
              <w:autoSpaceDN w:val="0"/>
              <w:spacing w:before="110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Kontak</w:t>
            </w:r>
          </w:p>
        </w:tc>
      </w:tr>
      <w:tr w:rsidR="00F925E9" w14:paraId="23F1DD1D" w14:textId="77777777">
        <w:trPr>
          <w:trHeight w:hRule="exact" w:val="963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CCD107E" w14:textId="77777777" w:rsidR="00F925E9" w:rsidRDefault="00000000">
            <w:pPr>
              <w:autoSpaceDE w:val="0"/>
              <w:autoSpaceDN w:val="0"/>
              <w:spacing w:before="31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Ketua Panitia Matamuda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1FE7716" w14:textId="77777777" w:rsidR="00F925E9" w:rsidRDefault="00000000">
            <w:pPr>
              <w:tabs>
                <w:tab w:val="left" w:pos="1638"/>
              </w:tabs>
              <w:autoSpaceDE w:val="0"/>
              <w:autoSpaceDN w:val="0"/>
              <w:spacing w:before="66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Koordinasi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</w:t>
            </w:r>
          </w:p>
          <w:p w14:paraId="1A2B3B25" w14:textId="77777777" w:rsidR="00F925E9" w:rsidRDefault="00000000">
            <w:pPr>
              <w:autoSpaceDE w:val="0"/>
              <w:autoSpaceDN w:val="0"/>
              <w:spacing w:before="194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internal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788BE1C" w14:textId="77777777" w:rsidR="00F925E9" w:rsidRDefault="00F925E9"/>
        </w:tc>
      </w:tr>
      <w:tr w:rsidR="00F925E9" w14:paraId="40B651D6" w14:textId="77777777">
        <w:trPr>
          <w:trHeight w:hRule="exact" w:val="1033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0BC6A12" w14:textId="77777777" w:rsidR="00F925E9" w:rsidRDefault="00000000">
            <w:pPr>
              <w:autoSpaceDE w:val="0"/>
              <w:autoSpaceDN w:val="0"/>
              <w:spacing w:before="352" w:after="0" w:line="22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Kepala Madrasah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73DE16C" w14:textId="77777777" w:rsidR="00F925E9" w:rsidRDefault="00000000">
            <w:pPr>
              <w:autoSpaceDE w:val="0"/>
              <w:autoSpaceDN w:val="0"/>
              <w:spacing w:before="146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Penanggung jawab penuh</w:t>
            </w:r>
          </w:p>
          <w:p w14:paraId="0BFDBE82" w14:textId="77777777" w:rsidR="00F925E9" w:rsidRDefault="00000000">
            <w:pPr>
              <w:autoSpaceDE w:val="0"/>
              <w:autoSpaceDN w:val="0"/>
              <w:spacing w:before="19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kegiatan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08245A3" w14:textId="77777777" w:rsidR="00F925E9" w:rsidRDefault="00F925E9"/>
        </w:tc>
      </w:tr>
      <w:tr w:rsidR="00F925E9" w14:paraId="1D34F09B" w14:textId="77777777">
        <w:trPr>
          <w:trHeight w:hRule="exact" w:val="963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D6E4D7E" w14:textId="77777777" w:rsidR="00F925E9" w:rsidRDefault="00000000">
            <w:pPr>
              <w:autoSpaceDE w:val="0"/>
              <w:autoSpaceDN w:val="0"/>
              <w:spacing w:before="316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Puskesmas Setempat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B9FB0F0" w14:textId="77777777" w:rsidR="00F925E9" w:rsidRDefault="00000000">
            <w:pPr>
              <w:tabs>
                <w:tab w:val="left" w:pos="1638"/>
              </w:tabs>
              <w:autoSpaceDE w:val="0"/>
              <w:autoSpaceDN w:val="0"/>
              <w:spacing w:before="64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Koordinasi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pelaksanaan</w:t>
            </w:r>
          </w:p>
          <w:p w14:paraId="3853E30B" w14:textId="77777777" w:rsidR="00F925E9" w:rsidRDefault="00000000">
            <w:pPr>
              <w:autoSpaceDE w:val="0"/>
              <w:autoSpaceDN w:val="0"/>
              <w:spacing w:before="196" w:after="0" w:line="17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CKG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53A0094" w14:textId="77777777" w:rsidR="00F925E9" w:rsidRDefault="00F925E9"/>
        </w:tc>
      </w:tr>
      <w:tr w:rsidR="00F925E9" w14:paraId="79D346F6" w14:textId="77777777">
        <w:trPr>
          <w:trHeight w:hRule="exact" w:val="1035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2FF1EB0" w14:textId="77777777" w:rsidR="00F925E9" w:rsidRDefault="00000000">
            <w:pPr>
              <w:tabs>
                <w:tab w:val="left" w:pos="1638"/>
              </w:tabs>
              <w:autoSpaceDE w:val="0"/>
              <w:autoSpaceDN w:val="0"/>
              <w:spacing w:before="14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Kantor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Kementerian</w:t>
            </w:r>
          </w:p>
          <w:p w14:paraId="6048F823" w14:textId="77777777" w:rsidR="00F925E9" w:rsidRDefault="00000000">
            <w:pPr>
              <w:autoSpaceDE w:val="0"/>
              <w:autoSpaceDN w:val="0"/>
              <w:spacing w:before="240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Agama Kab/Kota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A644B60" w14:textId="77777777" w:rsidR="00F925E9" w:rsidRDefault="00000000">
            <w:pPr>
              <w:tabs>
                <w:tab w:val="left" w:pos="2598"/>
              </w:tabs>
              <w:autoSpaceDE w:val="0"/>
              <w:autoSpaceDN w:val="0"/>
              <w:spacing w:before="14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Pengawasan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  <w:p w14:paraId="24AC9AF6" w14:textId="77777777" w:rsidR="00F925E9" w:rsidRDefault="00000000">
            <w:pPr>
              <w:autoSpaceDE w:val="0"/>
              <w:autoSpaceDN w:val="0"/>
              <w:spacing w:before="196" w:after="0" w:line="218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penerima laporan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CC1973A" w14:textId="77777777" w:rsidR="00F925E9" w:rsidRDefault="00F925E9"/>
        </w:tc>
      </w:tr>
      <w:tr w:rsidR="00F925E9" w14:paraId="687C0372" w14:textId="77777777">
        <w:trPr>
          <w:trHeight w:hRule="exact" w:val="949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95642BB" w14:textId="77777777" w:rsidR="00F925E9" w:rsidRDefault="00000000">
            <w:pPr>
              <w:tabs>
                <w:tab w:val="left" w:pos="1770"/>
              </w:tabs>
              <w:autoSpaceDE w:val="0"/>
              <w:autoSpaceDN w:val="0"/>
              <w:spacing w:before="5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Kanal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Pengaduan</w:t>
            </w:r>
          </w:p>
          <w:p w14:paraId="3D4AC10C" w14:textId="77777777" w:rsidR="00F925E9" w:rsidRDefault="00000000">
            <w:pPr>
              <w:autoSpaceDE w:val="0"/>
              <w:autoSpaceDN w:val="0"/>
              <w:spacing w:before="19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Madrasah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7DCBD47" w14:textId="77777777" w:rsidR="00F925E9" w:rsidRDefault="00000000">
            <w:pPr>
              <w:tabs>
                <w:tab w:val="left" w:pos="1798"/>
              </w:tabs>
              <w:autoSpaceDE w:val="0"/>
              <w:autoSpaceDN w:val="0"/>
              <w:spacing w:before="5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 xml:space="preserve">Menerima </w:t>
            </w:r>
            <w:r>
              <w:tab/>
            </w: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pengaduan</w:t>
            </w:r>
          </w:p>
          <w:p w14:paraId="6A56376A" w14:textId="77777777" w:rsidR="00F925E9" w:rsidRDefault="00000000">
            <w:pPr>
              <w:autoSpaceDE w:val="0"/>
              <w:autoSpaceDN w:val="0"/>
              <w:spacing w:before="192" w:after="0" w:line="22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Orang Tua/ Wali Murid</w:t>
            </w:r>
          </w:p>
        </w:tc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898C9A2" w14:textId="77777777" w:rsidR="00F925E9" w:rsidRDefault="00F925E9"/>
        </w:tc>
      </w:tr>
    </w:tbl>
    <w:p w14:paraId="789D2412" w14:textId="77777777" w:rsidR="00F925E9" w:rsidRDefault="00000000">
      <w:pPr>
        <w:autoSpaceDE w:val="0"/>
        <w:autoSpaceDN w:val="0"/>
        <w:spacing w:before="490" w:after="132" w:line="222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12: Lembar Tanda Tangan Koordinasi Antarpanitia</w:t>
      </w:r>
    </w:p>
    <w:tbl>
      <w:tblPr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1840"/>
        <w:gridCol w:w="780"/>
        <w:gridCol w:w="1260"/>
        <w:gridCol w:w="900"/>
        <w:gridCol w:w="840"/>
        <w:gridCol w:w="1400"/>
        <w:gridCol w:w="720"/>
        <w:gridCol w:w="1380"/>
        <w:gridCol w:w="1100"/>
      </w:tblGrid>
      <w:tr w:rsidR="00F925E9" w14:paraId="5DF6A297" w14:textId="77777777">
        <w:trPr>
          <w:trHeight w:hRule="exact" w:val="342"/>
        </w:trPr>
        <w:tc>
          <w:tcPr>
            <w:tcW w:w="1840" w:type="dxa"/>
            <w:tcMar>
              <w:left w:w="0" w:type="dxa"/>
              <w:right w:w="0" w:type="dxa"/>
            </w:tcMar>
          </w:tcPr>
          <w:p w14:paraId="3F7DC9D0" w14:textId="77777777" w:rsidR="00F925E9" w:rsidRDefault="00000000">
            <w:pPr>
              <w:autoSpaceDE w:val="0"/>
              <w:autoSpaceDN w:val="0"/>
              <w:spacing w:before="60" w:after="0" w:line="222" w:lineRule="exact"/>
              <w:ind w:right="92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Digunakan</w:t>
            </w:r>
          </w:p>
        </w:tc>
        <w:tc>
          <w:tcPr>
            <w:tcW w:w="780" w:type="dxa"/>
            <w:tcMar>
              <w:left w:w="0" w:type="dxa"/>
              <w:right w:w="0" w:type="dxa"/>
            </w:tcMar>
          </w:tcPr>
          <w:p w14:paraId="57B41364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untuk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14:paraId="3258D392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menandai</w:t>
            </w:r>
          </w:p>
        </w:tc>
        <w:tc>
          <w:tcPr>
            <w:tcW w:w="900" w:type="dxa"/>
            <w:tcMar>
              <w:left w:w="0" w:type="dxa"/>
              <w:right w:w="0" w:type="dxa"/>
            </w:tcMar>
          </w:tcPr>
          <w:p w14:paraId="14B965A1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bahwa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</w:tcPr>
          <w:p w14:paraId="277C7FF2" w14:textId="77777777" w:rsidR="00F925E9" w:rsidRDefault="00000000">
            <w:pPr>
              <w:autoSpaceDE w:val="0"/>
              <w:autoSpaceDN w:val="0"/>
              <w:spacing w:before="60" w:after="0" w:line="218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setiap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14:paraId="6E453211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</w:tcPr>
          <w:p w14:paraId="6F9E9721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telah</w:t>
            </w:r>
          </w:p>
        </w:tc>
        <w:tc>
          <w:tcPr>
            <w:tcW w:w="1380" w:type="dxa"/>
            <w:tcMar>
              <w:left w:w="0" w:type="dxa"/>
              <w:right w:w="0" w:type="dxa"/>
            </w:tcMar>
          </w:tcPr>
          <w:p w14:paraId="3218CEFD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memahami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14:paraId="7CC99F71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left="106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</w:t>
            </w:r>
          </w:p>
        </w:tc>
      </w:tr>
    </w:tbl>
    <w:p w14:paraId="59C87476" w14:textId="77777777" w:rsidR="00F925E9" w:rsidRDefault="00000000">
      <w:pPr>
        <w:autoSpaceDE w:val="0"/>
        <w:autoSpaceDN w:val="0"/>
        <w:spacing w:before="130" w:after="334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menyetujui rencana program sebelum hari pelaksanaan.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2500"/>
        <w:gridCol w:w="2504"/>
        <w:gridCol w:w="2176"/>
        <w:gridCol w:w="2180"/>
      </w:tblGrid>
      <w:tr w:rsidR="00F925E9" w14:paraId="6B587F52" w14:textId="77777777">
        <w:trPr>
          <w:trHeight w:hRule="exact" w:val="1000"/>
        </w:trPr>
        <w:tc>
          <w:tcPr>
            <w:tcW w:w="25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7A28CB80" w14:textId="77777777" w:rsidR="00F925E9" w:rsidRDefault="00000000">
            <w:pPr>
              <w:autoSpaceDE w:val="0"/>
              <w:autoSpaceDN w:val="0"/>
              <w:spacing w:before="31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Nama</w:t>
            </w:r>
          </w:p>
        </w:tc>
        <w:tc>
          <w:tcPr>
            <w:tcW w:w="250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A13D847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Jabatan dalam</w:t>
            </w:r>
          </w:p>
          <w:p w14:paraId="365CC920" w14:textId="77777777" w:rsidR="00F925E9" w:rsidRDefault="00000000">
            <w:pPr>
              <w:autoSpaceDE w:val="0"/>
              <w:autoSpaceDN w:val="0"/>
              <w:spacing w:before="23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Panitia</w:t>
            </w:r>
          </w:p>
        </w:tc>
        <w:tc>
          <w:tcPr>
            <w:tcW w:w="217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09CA658" w14:textId="77777777" w:rsidR="00F925E9" w:rsidRDefault="00000000">
            <w:pPr>
              <w:autoSpaceDE w:val="0"/>
              <w:autoSpaceDN w:val="0"/>
              <w:spacing w:before="318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Tanggal</w:t>
            </w:r>
          </w:p>
        </w:tc>
        <w:tc>
          <w:tcPr>
            <w:tcW w:w="21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4A65004" w14:textId="77777777" w:rsidR="00F925E9" w:rsidRDefault="00000000">
            <w:pPr>
              <w:autoSpaceDE w:val="0"/>
              <w:autoSpaceDN w:val="0"/>
              <w:spacing w:before="318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Tanda Tangan</w:t>
            </w:r>
          </w:p>
        </w:tc>
      </w:tr>
      <w:tr w:rsidR="00F925E9" w14:paraId="0CD30B9A" w14:textId="77777777">
        <w:trPr>
          <w:trHeight w:hRule="exact" w:val="549"/>
        </w:trPr>
        <w:tc>
          <w:tcPr>
            <w:tcW w:w="25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D194CC6" w14:textId="77777777" w:rsidR="00F925E9" w:rsidRDefault="00F925E9"/>
        </w:tc>
        <w:tc>
          <w:tcPr>
            <w:tcW w:w="250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EA315A2" w14:textId="77777777" w:rsidR="00F925E9" w:rsidRDefault="00000000">
            <w:pPr>
              <w:autoSpaceDE w:val="0"/>
              <w:autoSpaceDN w:val="0"/>
              <w:spacing w:before="106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Ketua Panitia</w:t>
            </w:r>
          </w:p>
        </w:tc>
        <w:tc>
          <w:tcPr>
            <w:tcW w:w="217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181A931" w14:textId="77777777" w:rsidR="00F925E9" w:rsidRDefault="00F925E9"/>
        </w:tc>
        <w:tc>
          <w:tcPr>
            <w:tcW w:w="21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6447F44" w14:textId="77777777" w:rsidR="00F925E9" w:rsidRDefault="00F925E9"/>
        </w:tc>
      </w:tr>
      <w:tr w:rsidR="00F925E9" w14:paraId="74D4CE11" w14:textId="77777777">
        <w:trPr>
          <w:trHeight w:hRule="exact" w:val="617"/>
        </w:trPr>
        <w:tc>
          <w:tcPr>
            <w:tcW w:w="25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770D9C1" w14:textId="77777777" w:rsidR="00F925E9" w:rsidRDefault="00F925E9"/>
        </w:tc>
        <w:tc>
          <w:tcPr>
            <w:tcW w:w="250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F5E8D8A" w14:textId="77777777" w:rsidR="00F925E9" w:rsidRDefault="00000000">
            <w:pPr>
              <w:autoSpaceDE w:val="0"/>
              <w:autoSpaceDN w:val="0"/>
              <w:spacing w:before="14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Materi</w:t>
            </w:r>
          </w:p>
        </w:tc>
        <w:tc>
          <w:tcPr>
            <w:tcW w:w="217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968CB76" w14:textId="77777777" w:rsidR="00F925E9" w:rsidRDefault="00F925E9"/>
        </w:tc>
        <w:tc>
          <w:tcPr>
            <w:tcW w:w="21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4525006" w14:textId="77777777" w:rsidR="00F925E9" w:rsidRDefault="00F925E9"/>
        </w:tc>
      </w:tr>
      <w:tr w:rsidR="00F925E9" w14:paraId="1D276A12" w14:textId="77777777">
        <w:trPr>
          <w:trHeight w:hRule="exact" w:val="553"/>
        </w:trPr>
        <w:tc>
          <w:tcPr>
            <w:tcW w:w="25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2F264DA" w14:textId="77777777" w:rsidR="00F925E9" w:rsidRDefault="00F925E9"/>
        </w:tc>
        <w:tc>
          <w:tcPr>
            <w:tcW w:w="250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813D0A4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Talenta</w:t>
            </w:r>
          </w:p>
        </w:tc>
        <w:tc>
          <w:tcPr>
            <w:tcW w:w="217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B380E6D" w14:textId="77777777" w:rsidR="00F925E9" w:rsidRDefault="00F925E9"/>
        </w:tc>
        <w:tc>
          <w:tcPr>
            <w:tcW w:w="21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08E462F" w14:textId="77777777" w:rsidR="00F925E9" w:rsidRDefault="00F925E9"/>
        </w:tc>
      </w:tr>
      <w:tr w:rsidR="00F925E9" w14:paraId="642251BA" w14:textId="77777777">
        <w:trPr>
          <w:trHeight w:hRule="exact" w:val="613"/>
        </w:trPr>
        <w:tc>
          <w:tcPr>
            <w:tcW w:w="25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C1CE4B9" w14:textId="77777777" w:rsidR="00F925E9" w:rsidRDefault="00F925E9"/>
        </w:tc>
        <w:tc>
          <w:tcPr>
            <w:tcW w:w="250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B7F38D1" w14:textId="77777777" w:rsidR="00F925E9" w:rsidRDefault="00000000">
            <w:pPr>
              <w:autoSpaceDE w:val="0"/>
              <w:autoSpaceDN w:val="0"/>
              <w:spacing w:before="138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 Acara</w:t>
            </w:r>
          </w:p>
        </w:tc>
        <w:tc>
          <w:tcPr>
            <w:tcW w:w="2176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AB378D3" w14:textId="77777777" w:rsidR="00F925E9" w:rsidRDefault="00F925E9"/>
        </w:tc>
        <w:tc>
          <w:tcPr>
            <w:tcW w:w="218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022F1AC3" w14:textId="77777777" w:rsidR="00F925E9" w:rsidRDefault="00F925E9"/>
        </w:tc>
      </w:tr>
      <w:tr w:rsidR="00F925E9" w14:paraId="19293A7E" w14:textId="77777777">
        <w:trPr>
          <w:trHeight w:hRule="exact" w:val="954"/>
        </w:trPr>
        <w:tc>
          <w:tcPr>
            <w:tcW w:w="25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3A630D4" w14:textId="77777777" w:rsidR="00F925E9" w:rsidRDefault="00F925E9"/>
        </w:tc>
        <w:tc>
          <w:tcPr>
            <w:tcW w:w="250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9AC00D7" w14:textId="77777777" w:rsidR="00F925E9" w:rsidRDefault="00000000">
            <w:pPr>
              <w:autoSpaceDE w:val="0"/>
              <w:autoSpaceDN w:val="0"/>
              <w:spacing w:before="110" w:after="0" w:line="176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Koordinator</w:t>
            </w:r>
          </w:p>
          <w:p w14:paraId="06A9316B" w14:textId="77777777" w:rsidR="00F925E9" w:rsidRDefault="00000000">
            <w:pPr>
              <w:autoSpaceDE w:val="0"/>
              <w:autoSpaceDN w:val="0"/>
              <w:spacing w:before="238" w:after="0" w:line="174" w:lineRule="exact"/>
              <w:ind w:left="120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Kesehatan</w:t>
            </w:r>
          </w:p>
        </w:tc>
        <w:tc>
          <w:tcPr>
            <w:tcW w:w="2176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3D98C45" w14:textId="77777777" w:rsidR="00F925E9" w:rsidRDefault="00F925E9"/>
        </w:tc>
        <w:tc>
          <w:tcPr>
            <w:tcW w:w="218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BE707F5" w14:textId="77777777" w:rsidR="00F925E9" w:rsidRDefault="00F925E9"/>
        </w:tc>
      </w:tr>
    </w:tbl>
    <w:p w14:paraId="5DB5AA3F" w14:textId="77777777" w:rsidR="00F925E9" w:rsidRDefault="00000000">
      <w:pPr>
        <w:autoSpaceDE w:val="0"/>
        <w:autoSpaceDN w:val="0"/>
        <w:spacing w:before="2098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49</w:t>
      </w:r>
    </w:p>
    <w:p w14:paraId="1D510EC0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49AFA9C0" w14:textId="77777777" w:rsidR="00F925E9" w:rsidRDefault="00F925E9">
      <w:pPr>
        <w:autoSpaceDE w:val="0"/>
        <w:autoSpaceDN w:val="0"/>
        <w:spacing w:after="0" w:line="220" w:lineRule="exact"/>
      </w:pPr>
    </w:p>
    <w:p w14:paraId="731007F5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490E40B5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42D53F96" w14:textId="77777777" w:rsidR="00F925E9" w:rsidRDefault="00000000">
      <w:pPr>
        <w:autoSpaceDE w:val="0"/>
        <w:autoSpaceDN w:val="0"/>
        <w:spacing w:before="448" w:after="172" w:line="412" w:lineRule="exact"/>
        <w:ind w:left="1200" w:right="2016"/>
      </w:pPr>
      <w:r>
        <w:rPr>
          <w:rFonts w:ascii="Arial" w:eastAsia="Arial" w:hAnsi="Arial"/>
          <w:b/>
          <w:color w:val="1A1A1A"/>
          <w:spacing w:val="-10"/>
          <w:sz w:val="24"/>
        </w:rPr>
        <w:t xml:space="preserve">Lampiran 13: Lembar Rekapitulasi Mingguan Pelaksanaan (untuk Arsip </w:t>
      </w:r>
      <w:r>
        <w:br/>
      </w:r>
      <w:r>
        <w:rPr>
          <w:rFonts w:ascii="Arial" w:eastAsia="Arial" w:hAnsi="Arial"/>
          <w:b/>
          <w:color w:val="1A1A1A"/>
          <w:spacing w:val="-10"/>
          <w:sz w:val="24"/>
        </w:rPr>
        <w:t>Madrasah)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1200"/>
        <w:gridCol w:w="2724"/>
        <w:gridCol w:w="2714"/>
        <w:gridCol w:w="2722"/>
      </w:tblGrid>
      <w:tr w:rsidR="00F925E9" w14:paraId="3B19D8B9" w14:textId="77777777">
        <w:trPr>
          <w:trHeight w:hRule="exact" w:val="999"/>
        </w:trPr>
        <w:tc>
          <w:tcPr>
            <w:tcW w:w="1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9F5438C" w14:textId="77777777" w:rsidR="00F925E9" w:rsidRDefault="00000000">
            <w:pPr>
              <w:autoSpaceDE w:val="0"/>
              <w:autoSpaceDN w:val="0"/>
              <w:spacing w:before="31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Hari</w:t>
            </w:r>
          </w:p>
        </w:tc>
        <w:tc>
          <w:tcPr>
            <w:tcW w:w="272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212D1479" w14:textId="77777777" w:rsidR="00F925E9" w:rsidRDefault="00000000">
            <w:pPr>
              <w:autoSpaceDE w:val="0"/>
              <w:autoSpaceDN w:val="0"/>
              <w:spacing w:before="318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Tema Utama</w:t>
            </w:r>
          </w:p>
        </w:tc>
        <w:tc>
          <w:tcPr>
            <w:tcW w:w="271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59772BCA" w14:textId="77777777" w:rsidR="00F925E9" w:rsidRDefault="00000000">
            <w:pPr>
              <w:autoSpaceDE w:val="0"/>
              <w:autoSpaceDN w:val="0"/>
              <w:spacing w:before="108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Capaian Pelaksanaan</w:t>
            </w:r>
          </w:p>
          <w:p w14:paraId="4BD7C950" w14:textId="77777777" w:rsidR="00F925E9" w:rsidRDefault="00000000">
            <w:pPr>
              <w:autoSpaceDE w:val="0"/>
              <w:autoSpaceDN w:val="0"/>
              <w:spacing w:before="190" w:after="0" w:line="17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Mars/Himne</w:t>
            </w:r>
          </w:p>
        </w:tc>
        <w:tc>
          <w:tcPr>
            <w:tcW w:w="272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3052CF3D" w14:textId="77777777" w:rsidR="00F925E9" w:rsidRDefault="00000000">
            <w:pPr>
              <w:autoSpaceDE w:val="0"/>
              <w:autoSpaceDN w:val="0"/>
              <w:spacing w:before="108" w:after="0" w:line="178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Catatan Talenta</w:t>
            </w:r>
          </w:p>
          <w:p w14:paraId="73E53471" w14:textId="77777777" w:rsidR="00F925E9" w:rsidRDefault="00000000">
            <w:pPr>
              <w:autoSpaceDE w:val="0"/>
              <w:autoSpaceDN w:val="0"/>
              <w:spacing w:before="238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Menonjol</w:t>
            </w:r>
          </w:p>
        </w:tc>
      </w:tr>
      <w:tr w:rsidR="00F925E9" w14:paraId="47BF585A" w14:textId="77777777">
        <w:trPr>
          <w:trHeight w:hRule="exact" w:val="553"/>
        </w:trPr>
        <w:tc>
          <w:tcPr>
            <w:tcW w:w="1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99C0CD8" w14:textId="77777777" w:rsidR="00F925E9" w:rsidRDefault="00000000">
            <w:pPr>
              <w:autoSpaceDE w:val="0"/>
              <w:autoSpaceDN w:val="0"/>
              <w:spacing w:before="108" w:after="0" w:line="17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1</w:t>
            </w:r>
          </w:p>
        </w:tc>
        <w:tc>
          <w:tcPr>
            <w:tcW w:w="272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2A599EE" w14:textId="77777777" w:rsidR="00F925E9" w:rsidRDefault="00F925E9"/>
        </w:tc>
        <w:tc>
          <w:tcPr>
            <w:tcW w:w="271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60F02AC" w14:textId="77777777" w:rsidR="00F925E9" w:rsidRDefault="00F925E9"/>
        </w:tc>
        <w:tc>
          <w:tcPr>
            <w:tcW w:w="272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8E657B3" w14:textId="77777777" w:rsidR="00F925E9" w:rsidRDefault="00F925E9"/>
        </w:tc>
      </w:tr>
      <w:tr w:rsidR="00F925E9" w14:paraId="30FE04F2" w14:textId="77777777">
        <w:trPr>
          <w:trHeight w:hRule="exact" w:val="616"/>
        </w:trPr>
        <w:tc>
          <w:tcPr>
            <w:tcW w:w="1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2AD44DF" w14:textId="77777777" w:rsidR="00F925E9" w:rsidRDefault="00000000">
            <w:pPr>
              <w:autoSpaceDE w:val="0"/>
              <w:autoSpaceDN w:val="0"/>
              <w:spacing w:before="140" w:after="0" w:line="17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2</w:t>
            </w:r>
          </w:p>
        </w:tc>
        <w:tc>
          <w:tcPr>
            <w:tcW w:w="272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C37E020" w14:textId="77777777" w:rsidR="00F925E9" w:rsidRDefault="00F925E9"/>
        </w:tc>
        <w:tc>
          <w:tcPr>
            <w:tcW w:w="271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69DFF8C" w14:textId="77777777" w:rsidR="00F925E9" w:rsidRDefault="00F925E9"/>
        </w:tc>
        <w:tc>
          <w:tcPr>
            <w:tcW w:w="272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1661621F" w14:textId="77777777" w:rsidR="00F925E9" w:rsidRDefault="00F925E9"/>
        </w:tc>
      </w:tr>
      <w:tr w:rsidR="00F925E9" w14:paraId="693FFC3D" w14:textId="77777777">
        <w:trPr>
          <w:trHeight w:hRule="exact" w:val="550"/>
        </w:trPr>
        <w:tc>
          <w:tcPr>
            <w:tcW w:w="1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C108EE9" w14:textId="77777777" w:rsidR="00F925E9" w:rsidRDefault="00000000">
            <w:pPr>
              <w:autoSpaceDE w:val="0"/>
              <w:autoSpaceDN w:val="0"/>
              <w:spacing w:before="104" w:after="0" w:line="176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3</w:t>
            </w:r>
          </w:p>
        </w:tc>
        <w:tc>
          <w:tcPr>
            <w:tcW w:w="272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2472FB3" w14:textId="77777777" w:rsidR="00F925E9" w:rsidRDefault="00F925E9"/>
        </w:tc>
        <w:tc>
          <w:tcPr>
            <w:tcW w:w="271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FFDC290" w14:textId="77777777" w:rsidR="00F925E9" w:rsidRDefault="00F925E9"/>
        </w:tc>
        <w:tc>
          <w:tcPr>
            <w:tcW w:w="272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51DF4AB" w14:textId="77777777" w:rsidR="00F925E9" w:rsidRDefault="00F925E9"/>
        </w:tc>
      </w:tr>
      <w:tr w:rsidR="00F925E9" w14:paraId="732ABDD8" w14:textId="77777777">
        <w:trPr>
          <w:trHeight w:hRule="exact" w:val="618"/>
        </w:trPr>
        <w:tc>
          <w:tcPr>
            <w:tcW w:w="120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56BCB23C" w14:textId="77777777" w:rsidR="00F925E9" w:rsidRDefault="00000000">
            <w:pPr>
              <w:autoSpaceDE w:val="0"/>
              <w:autoSpaceDN w:val="0"/>
              <w:spacing w:before="142" w:after="0" w:line="170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4</w:t>
            </w:r>
          </w:p>
        </w:tc>
        <w:tc>
          <w:tcPr>
            <w:tcW w:w="272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00E8E3A" w14:textId="77777777" w:rsidR="00F925E9" w:rsidRDefault="00F925E9"/>
        </w:tc>
        <w:tc>
          <w:tcPr>
            <w:tcW w:w="2714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69730628" w14:textId="77777777" w:rsidR="00F925E9" w:rsidRDefault="00F925E9"/>
        </w:tc>
        <w:tc>
          <w:tcPr>
            <w:tcW w:w="2722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7CC02A7B" w14:textId="77777777" w:rsidR="00F925E9" w:rsidRDefault="00F925E9"/>
        </w:tc>
      </w:tr>
      <w:tr w:rsidR="00F925E9" w14:paraId="2379F22D" w14:textId="77777777">
        <w:trPr>
          <w:trHeight w:hRule="exact" w:val="540"/>
        </w:trPr>
        <w:tc>
          <w:tcPr>
            <w:tcW w:w="120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49C20FC3" w14:textId="77777777" w:rsidR="00F925E9" w:rsidRDefault="00000000">
            <w:pPr>
              <w:autoSpaceDE w:val="0"/>
              <w:autoSpaceDN w:val="0"/>
              <w:spacing w:before="110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5</w:t>
            </w:r>
          </w:p>
        </w:tc>
        <w:tc>
          <w:tcPr>
            <w:tcW w:w="272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34E39544" w14:textId="77777777" w:rsidR="00F925E9" w:rsidRDefault="00F925E9"/>
        </w:tc>
        <w:tc>
          <w:tcPr>
            <w:tcW w:w="2714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9E21AFC" w14:textId="77777777" w:rsidR="00F925E9" w:rsidRDefault="00F925E9"/>
        </w:tc>
        <w:tc>
          <w:tcPr>
            <w:tcW w:w="2722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123201C1" w14:textId="77777777" w:rsidR="00F925E9" w:rsidRDefault="00F925E9"/>
        </w:tc>
      </w:tr>
    </w:tbl>
    <w:p w14:paraId="184C7082" w14:textId="77777777" w:rsidR="00F925E9" w:rsidRDefault="00000000">
      <w:pPr>
        <w:autoSpaceDE w:val="0"/>
        <w:autoSpaceDN w:val="0"/>
        <w:spacing w:after="0" w:line="372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Lembar ini diarsipkan oleh Sekretaris Panitia sebagai bagian dari dokumentasi internal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madrasah dan bahan penyusunan laporan akhir kepada Kantor Kementerian Agama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Kabupaten/Kota.</w:t>
      </w:r>
    </w:p>
    <w:p w14:paraId="4784DBA1" w14:textId="77777777" w:rsidR="00F925E9" w:rsidRDefault="00000000">
      <w:pPr>
        <w:autoSpaceDE w:val="0"/>
        <w:autoSpaceDN w:val="0"/>
        <w:spacing w:before="8376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50</w:t>
      </w:r>
    </w:p>
    <w:p w14:paraId="4EEA965D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189756B0" w14:textId="77777777" w:rsidR="00F925E9" w:rsidRDefault="00F925E9">
      <w:pPr>
        <w:autoSpaceDE w:val="0"/>
        <w:autoSpaceDN w:val="0"/>
        <w:spacing w:after="0" w:line="220" w:lineRule="exact"/>
      </w:pPr>
    </w:p>
    <w:p w14:paraId="00E55CCE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7A260D85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20E19A7C" w14:textId="77777777" w:rsidR="00F925E9" w:rsidRDefault="00000000">
      <w:pPr>
        <w:autoSpaceDE w:val="0"/>
        <w:autoSpaceDN w:val="0"/>
        <w:spacing w:before="634" w:after="170" w:line="226" w:lineRule="exact"/>
        <w:ind w:left="1200"/>
      </w:pPr>
      <w:r>
        <w:rPr>
          <w:rFonts w:ascii="Arial" w:eastAsia="Arial" w:hAnsi="Arial"/>
          <w:b/>
          <w:color w:val="1A1A1A"/>
          <w:spacing w:val="-10"/>
          <w:sz w:val="24"/>
        </w:rPr>
        <w:t>Lampiran 14: Susunan Tim Penyusun Panduan</w:t>
      </w:r>
    </w:p>
    <w:tbl>
      <w:tblPr>
        <w:tblW w:w="0" w:type="auto"/>
        <w:tblInd w:w="1204" w:type="dxa"/>
        <w:tblLayout w:type="fixed"/>
        <w:tblLook w:val="04A0" w:firstRow="1" w:lastRow="0" w:firstColumn="1" w:lastColumn="0" w:noHBand="0" w:noVBand="1"/>
      </w:tblPr>
      <w:tblGrid>
        <w:gridCol w:w="3120"/>
        <w:gridCol w:w="6240"/>
      </w:tblGrid>
      <w:tr w:rsidR="00F925E9" w14:paraId="1AD802F9" w14:textId="77777777">
        <w:trPr>
          <w:trHeight w:hRule="exact" w:val="584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09F04D1C" w14:textId="77777777" w:rsidR="00F925E9" w:rsidRDefault="00000000">
            <w:pPr>
              <w:autoSpaceDE w:val="0"/>
              <w:autoSpaceDN w:val="0"/>
              <w:spacing w:before="112" w:after="0" w:line="174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Peran</w:t>
            </w:r>
          </w:p>
        </w:tc>
        <w:tc>
          <w:tcPr>
            <w:tcW w:w="624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1A5D3A"/>
            <w:tcMar>
              <w:left w:w="0" w:type="dxa"/>
              <w:right w:w="0" w:type="dxa"/>
            </w:tcMar>
          </w:tcPr>
          <w:p w14:paraId="62CAD847" w14:textId="77777777" w:rsidR="00F925E9" w:rsidRDefault="00000000">
            <w:pPr>
              <w:autoSpaceDE w:val="0"/>
              <w:autoSpaceDN w:val="0"/>
              <w:spacing w:before="112" w:after="0" w:line="222" w:lineRule="exact"/>
              <w:jc w:val="center"/>
            </w:pPr>
            <w:r>
              <w:rPr>
                <w:rFonts w:ascii="Arial" w:eastAsia="Arial" w:hAnsi="Arial"/>
                <w:b/>
                <w:color w:val="FFFFFF"/>
                <w:spacing w:val="-10"/>
                <w:sz w:val="24"/>
              </w:rPr>
              <w:t>Unit Kerja</w:t>
            </w:r>
          </w:p>
        </w:tc>
      </w:tr>
      <w:tr w:rsidR="00F925E9" w14:paraId="6BE15BEE" w14:textId="77777777">
        <w:trPr>
          <w:trHeight w:hRule="exact" w:val="547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BF6C280" w14:textId="77777777" w:rsidR="00F925E9" w:rsidRDefault="00000000">
            <w:pPr>
              <w:autoSpaceDE w:val="0"/>
              <w:autoSpaceDN w:val="0"/>
              <w:spacing w:before="11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Pengarah</w:t>
            </w:r>
          </w:p>
        </w:tc>
        <w:tc>
          <w:tcPr>
            <w:tcW w:w="624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490A39B" w14:textId="77777777" w:rsidR="00F925E9" w:rsidRDefault="00000000">
            <w:pPr>
              <w:autoSpaceDE w:val="0"/>
              <w:autoSpaceDN w:val="0"/>
              <w:spacing w:before="114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Direktur Jenderal Pendidikan Islam</w:t>
            </w:r>
          </w:p>
        </w:tc>
      </w:tr>
      <w:tr w:rsidR="00F925E9" w14:paraId="107D05FB" w14:textId="77777777">
        <w:trPr>
          <w:trHeight w:hRule="exact" w:val="1035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3F90A595" w14:textId="77777777" w:rsidR="00F925E9" w:rsidRDefault="00000000">
            <w:pPr>
              <w:autoSpaceDE w:val="0"/>
              <w:autoSpaceDN w:val="0"/>
              <w:spacing w:before="354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Penanggung Jawab</w:t>
            </w:r>
          </w:p>
        </w:tc>
        <w:tc>
          <w:tcPr>
            <w:tcW w:w="624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B2D232A" w14:textId="77777777" w:rsidR="00F925E9" w:rsidRDefault="00F925E9">
            <w:pPr>
              <w:autoSpaceDE w:val="0"/>
              <w:autoSpaceDN w:val="0"/>
              <w:spacing w:after="0" w:line="84" w:lineRule="exact"/>
            </w:pPr>
          </w:p>
          <w:tbl>
            <w:tblPr>
              <w:tblW w:w="0" w:type="auto"/>
              <w:tblInd w:w="53" w:type="dxa"/>
              <w:tblLayout w:type="fixed"/>
              <w:tblLook w:val="04A0" w:firstRow="1" w:lastRow="0" w:firstColumn="1" w:lastColumn="0" w:noHBand="0" w:noVBand="1"/>
            </w:tblPr>
            <w:tblGrid>
              <w:gridCol w:w="1060"/>
              <w:gridCol w:w="1460"/>
              <w:gridCol w:w="1160"/>
              <w:gridCol w:w="1820"/>
              <w:gridCol w:w="620"/>
            </w:tblGrid>
            <w:tr w:rsidR="00F925E9" w14:paraId="3312E751" w14:textId="77777777">
              <w:trPr>
                <w:trHeight w:hRule="exact" w:val="344"/>
              </w:trPr>
              <w:tc>
                <w:tcPr>
                  <w:tcW w:w="1060" w:type="dxa"/>
                  <w:tcMar>
                    <w:left w:w="0" w:type="dxa"/>
                    <w:right w:w="0" w:type="dxa"/>
                  </w:tcMar>
                </w:tcPr>
                <w:p w14:paraId="7DAADA85" w14:textId="77777777" w:rsidR="00F925E9" w:rsidRDefault="00000000">
                  <w:pPr>
                    <w:autoSpaceDE w:val="0"/>
                    <w:autoSpaceDN w:val="0"/>
                    <w:spacing w:before="62" w:after="0" w:line="174" w:lineRule="exact"/>
                    <w:ind w:left="64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Direktur</w:t>
                  </w:r>
                </w:p>
              </w:tc>
              <w:tc>
                <w:tcPr>
                  <w:tcW w:w="1460" w:type="dxa"/>
                  <w:tcMar>
                    <w:left w:w="0" w:type="dxa"/>
                    <w:right w:w="0" w:type="dxa"/>
                  </w:tcMar>
                </w:tcPr>
                <w:p w14:paraId="1E8E1F79" w14:textId="77777777" w:rsidR="00F925E9" w:rsidRDefault="00000000">
                  <w:pPr>
                    <w:autoSpaceDE w:val="0"/>
                    <w:autoSpaceDN w:val="0"/>
                    <w:spacing w:before="62" w:after="0" w:line="206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Kurikulum,</w:t>
                  </w:r>
                </w:p>
              </w:tc>
              <w:tc>
                <w:tcPr>
                  <w:tcW w:w="1160" w:type="dxa"/>
                  <w:tcMar>
                    <w:left w:w="0" w:type="dxa"/>
                    <w:right w:w="0" w:type="dxa"/>
                  </w:tcMar>
                </w:tcPr>
                <w:p w14:paraId="4D5A21E0" w14:textId="77777777" w:rsidR="00F925E9" w:rsidRDefault="00000000">
                  <w:pPr>
                    <w:autoSpaceDE w:val="0"/>
                    <w:autoSpaceDN w:val="0"/>
                    <w:spacing w:before="60" w:after="0" w:line="208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Sarana,</w:t>
                  </w:r>
                </w:p>
              </w:tc>
              <w:tc>
                <w:tcPr>
                  <w:tcW w:w="1820" w:type="dxa"/>
                  <w:tcMar>
                    <w:left w:w="0" w:type="dxa"/>
                    <w:right w:w="0" w:type="dxa"/>
                  </w:tcMar>
                </w:tcPr>
                <w:p w14:paraId="15D25BB4" w14:textId="77777777" w:rsidR="00F925E9" w:rsidRDefault="00000000">
                  <w:pPr>
                    <w:autoSpaceDE w:val="0"/>
                    <w:autoSpaceDN w:val="0"/>
                    <w:spacing w:before="62" w:after="0" w:line="222" w:lineRule="exact"/>
                    <w:jc w:val="center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Kelembagaan</w:t>
                  </w:r>
                </w:p>
              </w:tc>
              <w:tc>
                <w:tcPr>
                  <w:tcW w:w="620" w:type="dxa"/>
                  <w:tcMar>
                    <w:left w:w="0" w:type="dxa"/>
                    <w:right w:w="0" w:type="dxa"/>
                  </w:tcMar>
                </w:tcPr>
                <w:p w14:paraId="4214CD40" w14:textId="77777777" w:rsidR="00F925E9" w:rsidRDefault="00000000">
                  <w:pPr>
                    <w:autoSpaceDE w:val="0"/>
                    <w:autoSpaceDN w:val="0"/>
                    <w:spacing w:before="62" w:after="0" w:line="174" w:lineRule="exact"/>
                    <w:ind w:right="56"/>
                    <w:jc w:val="right"/>
                  </w:pPr>
                  <w:r>
                    <w:rPr>
                      <w:rFonts w:ascii="ArialMT" w:eastAsia="ArialMT" w:hAnsi="ArialMT"/>
                      <w:color w:val="000000"/>
                      <w:spacing w:val="-10"/>
                      <w:sz w:val="24"/>
                    </w:rPr>
                    <w:t>dan</w:t>
                  </w:r>
                </w:p>
              </w:tc>
            </w:tr>
          </w:tbl>
          <w:p w14:paraId="7740EACF" w14:textId="77777777" w:rsidR="00F925E9" w:rsidRDefault="00000000">
            <w:pPr>
              <w:autoSpaceDE w:val="0"/>
              <w:autoSpaceDN w:val="0"/>
              <w:spacing w:before="136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Kesiswaan Madrasah</w:t>
            </w:r>
          </w:p>
        </w:tc>
      </w:tr>
      <w:tr w:rsidR="00F925E9" w14:paraId="05A1E4C3" w14:textId="77777777">
        <w:trPr>
          <w:trHeight w:hRule="exact" w:val="545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275B2E8D" w14:textId="77777777" w:rsidR="00F925E9" w:rsidRDefault="00000000">
            <w:pPr>
              <w:autoSpaceDE w:val="0"/>
              <w:autoSpaceDN w:val="0"/>
              <w:spacing w:before="110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Ketua Tim Penyusun</w:t>
            </w:r>
          </w:p>
        </w:tc>
        <w:tc>
          <w:tcPr>
            <w:tcW w:w="624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70158BD2" w14:textId="77777777" w:rsidR="00F925E9" w:rsidRDefault="00000000">
            <w:pPr>
              <w:autoSpaceDE w:val="0"/>
              <w:autoSpaceDN w:val="0"/>
              <w:spacing w:before="10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Kepala Subdirektorat Kesiswaan Madrasah</w:t>
            </w:r>
          </w:p>
        </w:tc>
      </w:tr>
      <w:tr w:rsidR="00F925E9" w14:paraId="6D1D0C84" w14:textId="77777777">
        <w:trPr>
          <w:trHeight w:hRule="exact" w:val="1039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2ED1CEDA" w14:textId="77777777" w:rsidR="00F925E9" w:rsidRDefault="00000000">
            <w:pPr>
              <w:autoSpaceDE w:val="0"/>
              <w:autoSpaceDN w:val="0"/>
              <w:spacing w:before="358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Anggota Tim Penyusun</w:t>
            </w:r>
          </w:p>
        </w:tc>
        <w:tc>
          <w:tcPr>
            <w:tcW w:w="6240" w:type="dxa"/>
            <w:tcBorders>
              <w:left w:val="single" w:sz="2" w:space="0" w:color="BDBDBD"/>
              <w:right w:val="single" w:sz="2" w:space="0" w:color="BDBDBD"/>
            </w:tcBorders>
            <w:tcMar>
              <w:left w:w="0" w:type="dxa"/>
              <w:right w:w="0" w:type="dxa"/>
            </w:tcMar>
          </w:tcPr>
          <w:p w14:paraId="41F95C02" w14:textId="77777777" w:rsidR="00F925E9" w:rsidRDefault="00000000">
            <w:pPr>
              <w:autoSpaceDE w:val="0"/>
              <w:autoSpaceDN w:val="0"/>
              <w:spacing w:before="150" w:after="0" w:line="22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Tim teknis Direktorat Kurikulum, Sarana, Kelembagaan</w:t>
            </w:r>
          </w:p>
          <w:p w14:paraId="164B9843" w14:textId="77777777" w:rsidR="00F925E9" w:rsidRDefault="00000000">
            <w:pPr>
              <w:autoSpaceDE w:val="0"/>
              <w:autoSpaceDN w:val="0"/>
              <w:spacing w:before="192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dan Kesiswaan Madrasah</w:t>
            </w:r>
          </w:p>
        </w:tc>
      </w:tr>
      <w:tr w:rsidR="00F925E9" w14:paraId="5D256806" w14:textId="77777777">
        <w:trPr>
          <w:trHeight w:hRule="exact" w:val="951"/>
        </w:trPr>
        <w:tc>
          <w:tcPr>
            <w:tcW w:w="312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0E761D6A" w14:textId="77777777" w:rsidR="00F925E9" w:rsidRDefault="00000000">
            <w:pPr>
              <w:autoSpaceDE w:val="0"/>
              <w:autoSpaceDN w:val="0"/>
              <w:spacing w:before="318" w:after="0" w:line="174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Kontributor</w:t>
            </w:r>
          </w:p>
        </w:tc>
        <w:tc>
          <w:tcPr>
            <w:tcW w:w="6240" w:type="dxa"/>
            <w:tcBorders>
              <w:left w:val="single" w:sz="2" w:space="0" w:color="BDBDBD"/>
              <w:right w:val="single" w:sz="2" w:space="0" w:color="BDBDBD"/>
            </w:tcBorders>
            <w:shd w:val="clear" w:color="auto" w:fill="E6EFE9"/>
            <w:tcMar>
              <w:left w:w="0" w:type="dxa"/>
              <w:right w:w="0" w:type="dxa"/>
            </w:tcMar>
          </w:tcPr>
          <w:p w14:paraId="64532FEA" w14:textId="77777777" w:rsidR="00F925E9" w:rsidRDefault="00000000">
            <w:pPr>
              <w:autoSpaceDE w:val="0"/>
              <w:autoSpaceDN w:val="0"/>
              <w:spacing w:before="11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Perwakilan Kepala Madrasah, pengawas madrasah, dan</w:t>
            </w:r>
          </w:p>
          <w:p w14:paraId="66621DFD" w14:textId="77777777" w:rsidR="00F925E9" w:rsidRDefault="00000000">
            <w:pPr>
              <w:autoSpaceDE w:val="0"/>
              <w:autoSpaceDN w:val="0"/>
              <w:spacing w:before="192" w:after="0" w:line="222" w:lineRule="exact"/>
              <w:ind w:left="11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praktisi pendidikan jenjang RA, MI, MTs, dan MA</w:t>
            </w:r>
          </w:p>
        </w:tc>
      </w:tr>
    </w:tbl>
    <w:p w14:paraId="7F148458" w14:textId="77777777" w:rsidR="00F925E9" w:rsidRDefault="00000000">
      <w:pPr>
        <w:autoSpaceDE w:val="0"/>
        <w:autoSpaceDN w:val="0"/>
        <w:spacing w:before="74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Panduan ini bersifat dinamis dan akan terus disempurnakan berdasarkan masukan</w:t>
      </w:r>
    </w:p>
    <w:p w14:paraId="51261FD3" w14:textId="77777777" w:rsidR="00F925E9" w:rsidRDefault="00000000">
      <w:pPr>
        <w:autoSpaceDE w:val="0"/>
        <w:autoSpaceDN w:val="0"/>
        <w:spacing w:before="194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dan praktik baik dari madrasah di seluruh Indonesia pada setiap tahun pelajaran</w:t>
      </w:r>
    </w:p>
    <w:p w14:paraId="3E9FC53C" w14:textId="77777777" w:rsidR="00F925E9" w:rsidRDefault="00000000">
      <w:pPr>
        <w:autoSpaceDE w:val="0"/>
        <w:autoSpaceDN w:val="0"/>
        <w:spacing w:before="192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berikutnya.</w:t>
      </w:r>
    </w:p>
    <w:p w14:paraId="125E51A3" w14:textId="77777777" w:rsidR="00F925E9" w:rsidRDefault="00000000">
      <w:pPr>
        <w:autoSpaceDE w:val="0"/>
        <w:autoSpaceDN w:val="0"/>
        <w:spacing w:before="7960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51</w:t>
      </w:r>
    </w:p>
    <w:p w14:paraId="476E8E97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77610F6B" w14:textId="77777777" w:rsidR="00F925E9" w:rsidRDefault="00F925E9">
      <w:pPr>
        <w:autoSpaceDE w:val="0"/>
        <w:autoSpaceDN w:val="0"/>
        <w:spacing w:after="0" w:line="220" w:lineRule="exact"/>
      </w:pPr>
    </w:p>
    <w:p w14:paraId="61997088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567F0A90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62C52B80" w14:textId="77777777" w:rsidR="00F925E9" w:rsidRDefault="00000000">
      <w:pPr>
        <w:autoSpaceDE w:val="0"/>
        <w:autoSpaceDN w:val="0"/>
        <w:spacing w:before="448" w:after="0" w:line="412" w:lineRule="exact"/>
        <w:ind w:left="1200" w:right="1152" w:firstLine="3400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Tanya Jawab (FAQ)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Bagian ini menjawab pertanyaan-pertanyaan teknis yang umum muncul di lapangan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terkait pelaksanaan Matamuda Tahun Pelajaran 2026/2027.</w:t>
      </w:r>
    </w:p>
    <w:p w14:paraId="4122AAA3" w14:textId="77777777" w:rsidR="00F925E9" w:rsidRDefault="00000000">
      <w:pPr>
        <w:autoSpaceDE w:val="0"/>
        <w:autoSpaceDN w:val="0"/>
        <w:spacing w:before="354" w:after="0" w:line="218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T: Apakah Matamuda boleh dilaksanakan lebih dari 5 hari apabila materi belum</w:t>
      </w:r>
    </w:p>
    <w:p w14:paraId="69F90096" w14:textId="77777777" w:rsidR="00F925E9" w:rsidRDefault="00000000">
      <w:pPr>
        <w:autoSpaceDE w:val="0"/>
        <w:autoSpaceDN w:val="0"/>
        <w:spacing w:before="192" w:after="0" w:line="222" w:lineRule="exact"/>
        <w:ind w:left="1200"/>
      </w:pPr>
      <w:r>
        <w:rPr>
          <w:rFonts w:ascii="Arial" w:eastAsia="Arial" w:hAnsi="Arial"/>
          <w:b/>
          <w:color w:val="000000"/>
          <w:spacing w:val="-10"/>
          <w:sz w:val="24"/>
        </w:rPr>
        <w:t>selesai disampaikan?</w:t>
      </w:r>
    </w:p>
    <w:p w14:paraId="10985E60" w14:textId="77777777" w:rsidR="00F925E9" w:rsidRDefault="00000000">
      <w:pPr>
        <w:autoSpaceDE w:val="0"/>
        <w:autoSpaceDN w:val="0"/>
        <w:spacing w:before="64" w:after="0" w:line="414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Tidak. Petunjuk Teknis menetapkan pelaksanaan paling lama 5 hari pada pekan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pertama awal tahun pelajaran. Madrasah perlu menyesuaikan kepadatan materi agar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tetap tersampaikan secara efektif dalam batas waktu tersebut, misalnya dengan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mengemas beberapa materi sekaligus dalam satu aktivitas interaktif.</w:t>
      </w:r>
    </w:p>
    <w:p w14:paraId="40694139" w14:textId="77777777" w:rsidR="00F925E9" w:rsidRDefault="00000000">
      <w:pPr>
        <w:autoSpaceDE w:val="0"/>
        <w:autoSpaceDN w:val="0"/>
        <w:spacing w:before="346" w:after="0" w:line="226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T: Apakah Mars/Himne Madrasah harus dinyanyikan secara penuh setiap hari?</w:t>
      </w:r>
    </w:p>
    <w:p w14:paraId="20F7F1F7" w14:textId="77777777" w:rsidR="00F925E9" w:rsidRDefault="00000000">
      <w:pPr>
        <w:autoSpaceDE w:val="0"/>
        <w:autoSpaceDN w:val="0"/>
        <w:spacing w:before="62" w:after="0" w:line="416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Idealnya dinyanyikan secara penuh. Bagi jenjang RA atau madrasah yang liriknya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panjang, dapat dinyanyikan sebagian dengan tetap menjaga esensi ritual pembuka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tersebut, sepanjang dilaksanakan setiap pagi sebelum kegiatan lain dimulai.</w:t>
      </w:r>
    </w:p>
    <w:p w14:paraId="630A446E" w14:textId="77777777" w:rsidR="00F925E9" w:rsidRDefault="00000000">
      <w:pPr>
        <w:autoSpaceDE w:val="0"/>
        <w:autoSpaceDN w:val="0"/>
        <w:spacing w:before="346" w:after="0" w:line="224" w:lineRule="exact"/>
        <w:ind w:left="1200"/>
      </w:pPr>
      <w:r>
        <w:rPr>
          <w:rFonts w:ascii="Arial" w:eastAsia="Arial" w:hAnsi="Arial"/>
          <w:b/>
          <w:color w:val="000000"/>
          <w:spacing w:val="-10"/>
          <w:sz w:val="24"/>
        </w:rPr>
        <w:t>T: Bagaimana jika madrasah belum memiliki Mars atau Himne sendiri?</w:t>
      </w:r>
    </w:p>
    <w:p w14:paraId="1BF0168A" w14:textId="77777777" w:rsidR="00F925E9" w:rsidRDefault="00000000">
      <w:pPr>
        <w:autoSpaceDE w:val="0"/>
        <w:autoSpaceDN w:val="0"/>
        <w:spacing w:before="62" w:after="0" w:line="414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Madrasah tetap melaksanakan ritual menyanyi bersama setiap pagi menggunakan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lagu wajib nasional atau lagu bertema pendidikan/keislaman sebagai alternatif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sementara, sambil didorong menyusun Mars/Himne Madrasah sendiri sesegera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mungkin (lihat Bab III bagian F).</w:t>
      </w:r>
    </w:p>
    <w:p w14:paraId="649D7928" w14:textId="77777777" w:rsidR="00F925E9" w:rsidRDefault="00000000">
      <w:pPr>
        <w:autoSpaceDE w:val="0"/>
        <w:autoSpaceDN w:val="0"/>
        <w:spacing w:before="348" w:after="0" w:line="220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T: Apakah hasil pemetaan talenta Murid Baru boleh diumumkan secara terbuka</w:t>
      </w:r>
    </w:p>
    <w:p w14:paraId="083DE93F" w14:textId="77777777" w:rsidR="00F925E9" w:rsidRDefault="00000000">
      <w:pPr>
        <w:autoSpaceDE w:val="0"/>
        <w:autoSpaceDN w:val="0"/>
        <w:spacing w:before="192" w:after="0" w:line="224" w:lineRule="exact"/>
        <w:ind w:left="1200"/>
      </w:pPr>
      <w:r>
        <w:rPr>
          <w:rFonts w:ascii="Arial" w:eastAsia="Arial" w:hAnsi="Arial"/>
          <w:b/>
          <w:color w:val="000000"/>
          <w:spacing w:val="-10"/>
          <w:sz w:val="24"/>
        </w:rPr>
        <w:t>dan dibandingkan antarmurid?</w:t>
      </w:r>
    </w:p>
    <w:p w14:paraId="4A29D713" w14:textId="77777777" w:rsidR="00F925E9" w:rsidRDefault="00000000">
      <w:pPr>
        <w:autoSpaceDE w:val="0"/>
        <w:autoSpaceDN w:val="0"/>
        <w:spacing w:before="60" w:after="0" w:line="416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Tidak. Hasil pemetaan talenta digunakan secara apresiatif dan internal sebagai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bahan pembinaan, bukan untuk memberi label, peringkat, atau perbandingan yang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dapat menimbulkan tekanan psikologis pada murid.</w:t>
      </w:r>
    </w:p>
    <w:p w14:paraId="422CCECA" w14:textId="77777777" w:rsidR="00F925E9" w:rsidRDefault="00000000">
      <w:pPr>
        <w:autoSpaceDE w:val="0"/>
        <w:autoSpaceDN w:val="0"/>
        <w:spacing w:before="160" w:after="0" w:line="412" w:lineRule="exact"/>
        <w:ind w:left="1200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T: Apakah murid yang tidak berani tampil pada Pentas Ekspresi Murid Baru </w:t>
      </w:r>
      <w:r>
        <w:br/>
      </w:r>
      <w:r>
        <w:rPr>
          <w:rFonts w:ascii="Arial" w:eastAsia="Arial" w:hAnsi="Arial"/>
          <w:b/>
          <w:color w:val="000000"/>
          <w:spacing w:val="-10"/>
          <w:sz w:val="24"/>
        </w:rPr>
        <w:t>dianggap tidak memiliki talenta?</w:t>
      </w:r>
    </w:p>
    <w:p w14:paraId="4C0601E2" w14:textId="77777777" w:rsidR="00F925E9" w:rsidRDefault="00000000">
      <w:pPr>
        <w:autoSpaceDE w:val="0"/>
        <w:autoSpaceDN w:val="0"/>
        <w:spacing w:before="62" w:after="0" w:line="416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Tidak. Keberanian tampil di depan publik hanyalah salah satu indikator dari ranah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talenta tertentu. Murid yang belum berani tampil tetap diamati melalui metode lain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seperti observasi harian, sharing circle, dan pengisian Form PBS.</w:t>
      </w:r>
    </w:p>
    <w:p w14:paraId="1D832786" w14:textId="77777777" w:rsidR="00F925E9" w:rsidRDefault="00000000">
      <w:pPr>
        <w:autoSpaceDE w:val="0"/>
        <w:autoSpaceDN w:val="0"/>
        <w:spacing w:before="348" w:after="0" w:line="224" w:lineRule="exact"/>
        <w:ind w:left="1200"/>
      </w:pPr>
      <w:r>
        <w:rPr>
          <w:rFonts w:ascii="Arial" w:eastAsia="Arial" w:hAnsi="Arial"/>
          <w:b/>
          <w:color w:val="000000"/>
          <w:spacing w:val="-10"/>
          <w:sz w:val="24"/>
        </w:rPr>
        <w:t>T: Berapa lama maksimal sambutan resmi yang diperbolehkan?</w:t>
      </w:r>
    </w:p>
    <w:p w14:paraId="4B901326" w14:textId="77777777" w:rsidR="00F925E9" w:rsidRDefault="00000000">
      <w:pPr>
        <w:autoSpaceDE w:val="0"/>
        <w:autoSpaceDN w:val="0"/>
        <w:spacing w:before="1106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52</w:t>
      </w:r>
    </w:p>
    <w:p w14:paraId="713B7FFA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12A99E99" w14:textId="77777777" w:rsidR="00F925E9" w:rsidRDefault="00F925E9">
      <w:pPr>
        <w:autoSpaceDE w:val="0"/>
        <w:autoSpaceDN w:val="0"/>
        <w:spacing w:after="0" w:line="220" w:lineRule="exact"/>
      </w:pPr>
    </w:p>
    <w:p w14:paraId="103601F7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02F624EB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37F30A16" w14:textId="77777777" w:rsidR="00F925E9" w:rsidRDefault="00000000">
      <w:pPr>
        <w:autoSpaceDE w:val="0"/>
        <w:autoSpaceDN w:val="0"/>
        <w:spacing w:before="444" w:after="0" w:line="414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Sambutan resmi pembukaan oleh Kepala Madrasah pada hari pertama disarankan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tidak lebih dari 10–15 menit, sementara sambutan/pengarahan pada hari-hari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berikutnya disarankan tidak lebih dari 5 menit per sesi.</w:t>
      </w:r>
    </w:p>
    <w:p w14:paraId="01D6C91D" w14:textId="77777777" w:rsidR="00F925E9" w:rsidRDefault="00000000">
      <w:pPr>
        <w:autoSpaceDE w:val="0"/>
        <w:autoSpaceDN w:val="0"/>
        <w:spacing w:before="166" w:after="0" w:line="410" w:lineRule="exact"/>
        <w:ind w:left="1200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T: Apakah Orang Tua/Wali Murid boleh mendampingi anak selama seluruh hari </w:t>
      </w:r>
      <w:r>
        <w:br/>
      </w:r>
      <w:r>
        <w:rPr>
          <w:rFonts w:ascii="Arial" w:eastAsia="Arial" w:hAnsi="Arial"/>
          <w:b/>
          <w:color w:val="000000"/>
          <w:spacing w:val="-10"/>
          <w:sz w:val="24"/>
        </w:rPr>
        <w:t>pelaksanaan Matamuda?</w:t>
      </w:r>
    </w:p>
    <w:p w14:paraId="27EDFCDB" w14:textId="77777777" w:rsidR="00F925E9" w:rsidRDefault="00000000">
      <w:pPr>
        <w:autoSpaceDE w:val="0"/>
        <w:autoSpaceDN w:val="0"/>
        <w:spacing w:before="256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J: Untuk jenjang RA dan MI kelas awal, pendampingan terbatas pada hari pertama</w:t>
      </w:r>
    </w:p>
    <w:p w14:paraId="700A348D" w14:textId="77777777" w:rsidR="00F925E9" w:rsidRDefault="00000000">
      <w:pPr>
        <w:autoSpaceDE w:val="0"/>
        <w:autoSpaceDN w:val="0"/>
        <w:spacing w:after="0" w:line="414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dapat dilakukan apabila diperlukan. Untuk jenjang yang lebih tinggi, pelibatan Orang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Tua/ Wali Murid lebih difokuskan pada sosialisasi sebelum dan komunikasi hasil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sesudah kegiatan, bukan pendampingan langsung di lapangan.</w:t>
      </w:r>
    </w:p>
    <w:p w14:paraId="528EF1A5" w14:textId="77777777" w:rsidR="00F925E9" w:rsidRDefault="00000000">
      <w:pPr>
        <w:autoSpaceDE w:val="0"/>
        <w:autoSpaceDN w:val="0"/>
        <w:spacing w:before="158" w:after="0" w:line="414" w:lineRule="exact"/>
        <w:ind w:left="1200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T: Apakah murid pengurus OSIM/MPK yang membantu sebagai pendamping </w:t>
      </w:r>
      <w:r>
        <w:br/>
      </w:r>
      <w:r>
        <w:rPr>
          <w:rFonts w:ascii="Arial" w:eastAsia="Arial" w:hAnsi="Arial"/>
          <w:b/>
          <w:color w:val="000000"/>
          <w:spacing w:val="-10"/>
          <w:sz w:val="24"/>
        </w:rPr>
        <w:t>perlu mendapatkan pembekalan khusus?</w:t>
      </w:r>
    </w:p>
    <w:p w14:paraId="50D91A7C" w14:textId="77777777" w:rsidR="00F925E9" w:rsidRDefault="00000000">
      <w:pPr>
        <w:autoSpaceDE w:val="0"/>
        <w:autoSpaceDN w:val="0"/>
        <w:spacing w:before="252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J: Ya. Murid yang dilibatkan sebagai pendamping wajib mendapatkan pengarahan</w:t>
      </w:r>
    </w:p>
    <w:p w14:paraId="33D9F531" w14:textId="77777777" w:rsidR="00F925E9" w:rsidRDefault="00000000">
      <w:pPr>
        <w:autoSpaceDE w:val="0"/>
        <w:autoSpaceDN w:val="0"/>
        <w:spacing w:before="196" w:after="0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dan pembekalan singkat dari panitia mengenai batasan peran, etika, dan larangan-</w:t>
      </w:r>
    </w:p>
    <w:p w14:paraId="4BA03317" w14:textId="77777777" w:rsidR="00F925E9" w:rsidRDefault="00000000">
      <w:pPr>
        <w:autoSpaceDE w:val="0"/>
        <w:autoSpaceDN w:val="0"/>
        <w:spacing w:before="190" w:after="0" w:line="222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larangan yang berlaku sebelum hari pelaksanaan.</w:t>
      </w:r>
    </w:p>
    <w:p w14:paraId="5BD4CE79" w14:textId="77777777" w:rsidR="00F925E9" w:rsidRDefault="00000000">
      <w:pPr>
        <w:autoSpaceDE w:val="0"/>
        <w:autoSpaceDN w:val="0"/>
        <w:spacing w:before="154" w:after="0" w:line="418" w:lineRule="exact"/>
        <w:ind w:left="1200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T: Bagaimana jika fasilitas madrasah terbatas untuk melaksanakan aktivitas </w:t>
      </w:r>
      <w:r>
        <w:br/>
      </w:r>
      <w:r>
        <w:rPr>
          <w:rFonts w:ascii="Arial" w:eastAsia="Arial" w:hAnsi="Arial"/>
          <w:b/>
          <w:color w:val="000000"/>
          <w:spacing w:val="-10"/>
          <w:sz w:val="24"/>
        </w:rPr>
        <w:t>seperti Amazing Race?</w:t>
      </w:r>
    </w:p>
    <w:p w14:paraId="0E01DEFD" w14:textId="77777777" w:rsidR="00F925E9" w:rsidRDefault="00000000">
      <w:pPr>
        <w:autoSpaceDE w:val="0"/>
        <w:autoSpaceDN w:val="0"/>
        <w:spacing w:before="52" w:after="0" w:line="418" w:lineRule="exact"/>
        <w:ind w:left="1152" w:right="1152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Madrasah dapat menyederhanakan jumlah pos/tantangan, menggabungkan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beberapa kelompok dalam satu sesi bergiliran, atau mengganti aktivitas dengan</w:t>
      </w:r>
    </w:p>
    <w:p w14:paraId="78D43A04" w14:textId="77777777" w:rsidR="00F925E9" w:rsidRDefault="00000000">
      <w:pPr>
        <w:autoSpaceDE w:val="0"/>
        <w:autoSpaceDN w:val="0"/>
        <w:spacing w:after="0" w:line="412" w:lineRule="exact"/>
        <w:ind w:left="120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metode interaktif lain yang lebih sesuai dengan kapasitas dan fasilitas yang tersedia,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sebagaimana keleluasaan teknis yang diberikan dalam Petunjuk Teknis.</w:t>
      </w:r>
    </w:p>
    <w:p w14:paraId="00C2AECE" w14:textId="77777777" w:rsidR="00F925E9" w:rsidRDefault="00000000">
      <w:pPr>
        <w:autoSpaceDE w:val="0"/>
        <w:autoSpaceDN w:val="0"/>
        <w:spacing w:before="354" w:after="0" w:line="220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T: Kapan laporan hasil pelaksanaan Matamuda harus disampaikan kepada</w:t>
      </w:r>
    </w:p>
    <w:p w14:paraId="47B8D859" w14:textId="77777777" w:rsidR="00F925E9" w:rsidRDefault="00000000">
      <w:pPr>
        <w:autoSpaceDE w:val="0"/>
        <w:autoSpaceDN w:val="0"/>
        <w:spacing w:before="190" w:after="0" w:line="226" w:lineRule="exact"/>
        <w:ind w:left="1200"/>
      </w:pPr>
      <w:r>
        <w:rPr>
          <w:rFonts w:ascii="Arial" w:eastAsia="Arial" w:hAnsi="Arial"/>
          <w:b/>
          <w:color w:val="000000"/>
          <w:spacing w:val="-10"/>
          <w:sz w:val="24"/>
        </w:rPr>
        <w:t>Kantor Kementerian Agama Kabupaten/Kota?</w:t>
      </w:r>
    </w:p>
    <w:p w14:paraId="19509B10" w14:textId="77777777" w:rsidR="00F925E9" w:rsidRDefault="00000000">
      <w:pPr>
        <w:autoSpaceDE w:val="0"/>
        <w:autoSpaceDN w:val="0"/>
        <w:spacing w:before="64" w:after="0" w:line="410" w:lineRule="exact"/>
        <w:ind w:left="1200" w:right="1152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Paling lambat 30 hari kerja sejak berakhirnya kegiatan, dilengkapi data CKG dan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rekapitulasi Peta Talenta Murid Baru.</w:t>
      </w:r>
    </w:p>
    <w:p w14:paraId="445973C1" w14:textId="77777777" w:rsidR="00F925E9" w:rsidRDefault="00000000">
      <w:pPr>
        <w:autoSpaceDE w:val="0"/>
        <w:autoSpaceDN w:val="0"/>
        <w:spacing w:before="352" w:after="0" w:line="222" w:lineRule="exact"/>
        <w:jc w:val="center"/>
      </w:pPr>
      <w:r>
        <w:rPr>
          <w:rFonts w:ascii="Arial" w:eastAsia="Arial" w:hAnsi="Arial"/>
          <w:b/>
          <w:color w:val="000000"/>
          <w:spacing w:val="-10"/>
          <w:sz w:val="24"/>
        </w:rPr>
        <w:t>T: Apakah madrasah berasrama atau yang berada di lingkungan pondok</w:t>
      </w:r>
    </w:p>
    <w:p w14:paraId="36BA7CC5" w14:textId="77777777" w:rsidR="00F925E9" w:rsidRDefault="00000000">
      <w:pPr>
        <w:autoSpaceDE w:val="0"/>
        <w:autoSpaceDN w:val="0"/>
        <w:spacing w:before="194" w:after="0" w:line="222" w:lineRule="exact"/>
        <w:ind w:left="1200"/>
      </w:pPr>
      <w:r>
        <w:rPr>
          <w:rFonts w:ascii="Arial" w:eastAsia="Arial" w:hAnsi="Arial"/>
          <w:b/>
          <w:color w:val="000000"/>
          <w:spacing w:val="-10"/>
          <w:sz w:val="24"/>
        </w:rPr>
        <w:t>pesantren memiliki ketentuan khusus?</w:t>
      </w:r>
    </w:p>
    <w:p w14:paraId="2B515A40" w14:textId="77777777" w:rsidR="00F925E9" w:rsidRDefault="00000000">
      <w:pPr>
        <w:autoSpaceDE w:val="0"/>
        <w:autoSpaceDN w:val="0"/>
        <w:spacing w:before="250" w:after="136" w:line="222" w:lineRule="exact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>J: Madrasah dengan kekhasan tersebut dapat mengembangkan materi Matamuda</w:t>
      </w:r>
    </w:p>
    <w:tbl>
      <w:tblPr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1480"/>
        <w:gridCol w:w="1880"/>
        <w:gridCol w:w="1320"/>
        <w:gridCol w:w="1980"/>
        <w:gridCol w:w="1660"/>
        <w:gridCol w:w="1900"/>
      </w:tblGrid>
      <w:tr w:rsidR="00F925E9" w14:paraId="4209B5C0" w14:textId="77777777">
        <w:trPr>
          <w:trHeight w:hRule="exact" w:val="342"/>
        </w:trPr>
        <w:tc>
          <w:tcPr>
            <w:tcW w:w="1480" w:type="dxa"/>
            <w:tcMar>
              <w:left w:w="0" w:type="dxa"/>
              <w:right w:w="0" w:type="dxa"/>
            </w:tcMar>
          </w:tcPr>
          <w:p w14:paraId="6B000411" w14:textId="77777777" w:rsidR="00F925E9" w:rsidRDefault="00000000">
            <w:pPr>
              <w:autoSpaceDE w:val="0"/>
              <w:autoSpaceDN w:val="0"/>
              <w:spacing w:before="60" w:after="0" w:line="174" w:lineRule="exact"/>
              <w:ind w:right="186"/>
              <w:jc w:val="right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sesuai</w:t>
            </w:r>
          </w:p>
        </w:tc>
        <w:tc>
          <w:tcPr>
            <w:tcW w:w="1880" w:type="dxa"/>
            <w:tcMar>
              <w:left w:w="0" w:type="dxa"/>
              <w:right w:w="0" w:type="dxa"/>
            </w:tcMar>
          </w:tcPr>
          <w:p w14:paraId="7AA8F091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kekhasannya,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14:paraId="3E21D633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misalnya</w:t>
            </w: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33232F2E" w14:textId="77777777" w:rsidR="00F925E9" w:rsidRDefault="00000000">
            <w:pPr>
              <w:autoSpaceDE w:val="0"/>
              <w:autoSpaceDN w:val="0"/>
              <w:spacing w:before="60" w:after="0" w:line="174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menambahkan</w:t>
            </w:r>
          </w:p>
        </w:tc>
        <w:tc>
          <w:tcPr>
            <w:tcW w:w="1660" w:type="dxa"/>
            <w:tcMar>
              <w:left w:w="0" w:type="dxa"/>
              <w:right w:w="0" w:type="dxa"/>
            </w:tcMar>
          </w:tcPr>
          <w:p w14:paraId="67D5CA94" w14:textId="77777777" w:rsidR="00F925E9" w:rsidRDefault="00000000">
            <w:pPr>
              <w:autoSpaceDE w:val="0"/>
              <w:autoSpaceDN w:val="0"/>
              <w:spacing w:before="60" w:after="0" w:line="222" w:lineRule="exact"/>
              <w:jc w:val="center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pengenalan</w:t>
            </w:r>
          </w:p>
        </w:tc>
        <w:tc>
          <w:tcPr>
            <w:tcW w:w="1900" w:type="dxa"/>
            <w:tcMar>
              <w:left w:w="0" w:type="dxa"/>
              <w:right w:w="0" w:type="dxa"/>
            </w:tcMar>
          </w:tcPr>
          <w:p w14:paraId="0FC98BED" w14:textId="77777777" w:rsidR="00F925E9" w:rsidRDefault="00000000">
            <w:pPr>
              <w:autoSpaceDE w:val="0"/>
              <w:autoSpaceDN w:val="0"/>
              <w:spacing w:before="60" w:after="0" w:line="220" w:lineRule="exact"/>
              <w:ind w:left="198"/>
            </w:pPr>
            <w:r>
              <w:rPr>
                <w:rFonts w:ascii="ArialMT" w:eastAsia="ArialMT" w:hAnsi="ArialMT"/>
                <w:color w:val="000000"/>
                <w:spacing w:val="-10"/>
                <w:sz w:val="24"/>
              </w:rPr>
              <w:t>kehidupan</w:t>
            </w:r>
          </w:p>
        </w:tc>
      </w:tr>
    </w:tbl>
    <w:p w14:paraId="098E5880" w14:textId="77777777" w:rsidR="00F925E9" w:rsidRDefault="00000000">
      <w:pPr>
        <w:autoSpaceDE w:val="0"/>
        <w:autoSpaceDN w:val="0"/>
        <w:spacing w:after="0" w:line="382" w:lineRule="exact"/>
        <w:ind w:left="1152" w:right="1152"/>
        <w:jc w:val="center"/>
      </w:pPr>
      <w:r>
        <w:rPr>
          <w:rFonts w:ascii="ArialMT" w:eastAsia="ArialMT" w:hAnsi="ArialMT"/>
          <w:color w:val="000000"/>
          <w:spacing w:val="-10"/>
          <w:sz w:val="24"/>
        </w:rPr>
        <w:t xml:space="preserve">asrama/pesantren, sepanjang tetap memenuhi seluruh ketentuan wajib, larangan,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serta dua penekanan khusus (Mars/Himne dan pemetaan talenta) dalam Panduan ini.</w:t>
      </w:r>
    </w:p>
    <w:p w14:paraId="34E5E07F" w14:textId="77777777" w:rsidR="00F925E9" w:rsidRDefault="00000000">
      <w:pPr>
        <w:autoSpaceDE w:val="0"/>
        <w:autoSpaceDN w:val="0"/>
        <w:spacing w:before="85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53</w:t>
      </w:r>
    </w:p>
    <w:p w14:paraId="71E2323D" w14:textId="77777777" w:rsidR="00F925E9" w:rsidRDefault="00F925E9">
      <w:pPr>
        <w:sectPr w:rsidR="00F925E9">
          <w:pgSz w:w="11900" w:h="16840"/>
          <w:pgMar w:top="240" w:right="240" w:bottom="100" w:left="240" w:header="720" w:footer="720" w:gutter="0"/>
          <w:cols w:space="720"/>
          <w:docGrid w:linePitch="360"/>
        </w:sectPr>
      </w:pPr>
    </w:p>
    <w:p w14:paraId="0DAE40A7" w14:textId="77777777" w:rsidR="00F925E9" w:rsidRDefault="00F925E9">
      <w:pPr>
        <w:autoSpaceDE w:val="0"/>
        <w:autoSpaceDN w:val="0"/>
        <w:spacing w:after="0" w:line="220" w:lineRule="exact"/>
      </w:pPr>
    </w:p>
    <w:p w14:paraId="70F30F1F" w14:textId="77777777" w:rsidR="00F925E9" w:rsidRDefault="00F925E9">
      <w:pPr>
        <w:autoSpaceDE w:val="0"/>
        <w:autoSpaceDN w:val="0"/>
        <w:spacing w:before="60" w:after="0" w:line="220" w:lineRule="exact"/>
      </w:pPr>
    </w:p>
    <w:p w14:paraId="37980AE7" w14:textId="77777777" w:rsidR="00F925E9" w:rsidRDefault="00000000">
      <w:pPr>
        <w:autoSpaceDE w:val="0"/>
        <w:autoSpaceDN w:val="0"/>
        <w:spacing w:after="0" w:line="116" w:lineRule="exact"/>
        <w:ind w:right="1194"/>
        <w:jc w:val="right"/>
      </w:pPr>
      <w:r>
        <w:rPr>
          <w:rFonts w:ascii="ArialMT" w:eastAsia="ArialMT" w:hAnsi="ArialMT"/>
          <w:color w:val="585858"/>
          <w:spacing w:val="-10"/>
          <w:w w:val="98"/>
          <w:sz w:val="16"/>
        </w:rPr>
        <w:t>Panduan Matamuda 2026/2027</w:t>
      </w:r>
    </w:p>
    <w:p w14:paraId="5EE71675" w14:textId="77777777" w:rsidR="00F925E9" w:rsidRDefault="00000000">
      <w:pPr>
        <w:autoSpaceDE w:val="0"/>
        <w:autoSpaceDN w:val="0"/>
        <w:spacing w:before="448" w:after="0" w:line="412" w:lineRule="exact"/>
        <w:ind w:left="1200" w:right="1152"/>
      </w:pPr>
      <w:r>
        <w:rPr>
          <w:rFonts w:ascii="Arial" w:eastAsia="Arial" w:hAnsi="Arial"/>
          <w:b/>
          <w:color w:val="000000"/>
          <w:spacing w:val="-10"/>
          <w:sz w:val="24"/>
        </w:rPr>
        <w:t xml:space="preserve">T: Bagaimana jika satu wali kelompok harus mendampingi murid dalam jumlah </w:t>
      </w:r>
      <w:r>
        <w:br/>
      </w:r>
      <w:r>
        <w:rPr>
          <w:rFonts w:ascii="Arial" w:eastAsia="Arial" w:hAnsi="Arial"/>
          <w:b/>
          <w:color w:val="000000"/>
          <w:spacing w:val="-10"/>
          <w:sz w:val="24"/>
        </w:rPr>
        <w:t>besar karena keterbatasan guru?</w:t>
      </w:r>
    </w:p>
    <w:p w14:paraId="62557ED6" w14:textId="77777777" w:rsidR="00F925E9" w:rsidRDefault="00000000">
      <w:pPr>
        <w:autoSpaceDE w:val="0"/>
        <w:autoSpaceDN w:val="0"/>
        <w:spacing w:before="62" w:after="0" w:line="414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Madrasah dapat melibatkan murid pendamping (OSIM/MPK/berprestasi) sesuai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syarat pada Bab VII, atau membagi kelompok besar menjadi sub-kelompok kecil yang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tetap dalam pengawasan satu wali kelompok utama, untuk menjaga efektivitas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pengamatan dan keselamatan murid.</w:t>
      </w:r>
    </w:p>
    <w:p w14:paraId="04EFCD02" w14:textId="77777777" w:rsidR="00F925E9" w:rsidRDefault="00000000">
      <w:pPr>
        <w:autoSpaceDE w:val="0"/>
        <w:autoSpaceDN w:val="0"/>
        <w:spacing w:before="346" w:after="0" w:line="224" w:lineRule="exact"/>
        <w:ind w:left="1200"/>
      </w:pPr>
      <w:r>
        <w:rPr>
          <w:rFonts w:ascii="Arial" w:eastAsia="Arial" w:hAnsi="Arial"/>
          <w:b/>
          <w:color w:val="000000"/>
          <w:spacing w:val="-10"/>
          <w:sz w:val="24"/>
        </w:rPr>
        <w:t>T: Apakah aktivitas menanam pohon termasuk kegiatan wajib atau pilihan?</w:t>
      </w:r>
    </w:p>
    <w:p w14:paraId="7E988377" w14:textId="77777777" w:rsidR="00F925E9" w:rsidRDefault="00000000">
      <w:pPr>
        <w:autoSpaceDE w:val="0"/>
        <w:autoSpaceDN w:val="0"/>
        <w:spacing w:before="60" w:after="0" w:line="416" w:lineRule="exact"/>
        <w:ind w:left="1200" w:right="1194"/>
        <w:jc w:val="both"/>
      </w:pPr>
      <w:r>
        <w:rPr>
          <w:rFonts w:ascii="ArialMT" w:eastAsia="ArialMT" w:hAnsi="ArialMT"/>
          <w:color w:val="000000"/>
          <w:spacing w:val="-10"/>
          <w:sz w:val="24"/>
        </w:rPr>
        <w:t xml:space="preserve">J: Pengenalan Program ASRI dan ekoteologi termasuk materi wajib dalam Petunjuk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 xml:space="preserve">Teknis, namun bentuk aktivitas spesifiknya (misalnya menanam pohon, lomba </w:t>
      </w:r>
      <w:r>
        <w:br/>
      </w:r>
      <w:r>
        <w:rPr>
          <w:rFonts w:ascii="ArialMT" w:eastAsia="ArialMT" w:hAnsi="ArialMT"/>
          <w:color w:val="000000"/>
          <w:spacing w:val="-10"/>
          <w:sz w:val="24"/>
        </w:rPr>
        <w:t>kebersihan, atau kampanye lingkungan) bersifat pilihan teknis yang dapat disesuaikan</w:t>
      </w:r>
    </w:p>
    <w:p w14:paraId="3BF85FD8" w14:textId="77777777" w:rsidR="00F925E9" w:rsidRDefault="00000000">
      <w:pPr>
        <w:autoSpaceDE w:val="0"/>
        <w:autoSpaceDN w:val="0"/>
        <w:spacing w:before="190" w:after="0" w:line="176" w:lineRule="exact"/>
        <w:ind w:left="1200"/>
      </w:pPr>
      <w:r>
        <w:rPr>
          <w:rFonts w:ascii="ArialMT" w:eastAsia="ArialMT" w:hAnsi="ArialMT"/>
          <w:color w:val="000000"/>
          <w:spacing w:val="-10"/>
          <w:sz w:val="24"/>
        </w:rPr>
        <w:t>madrasah.</w:t>
      </w:r>
    </w:p>
    <w:p w14:paraId="4281C5CC" w14:textId="77777777" w:rsidR="00F925E9" w:rsidRDefault="00000000">
      <w:pPr>
        <w:autoSpaceDE w:val="0"/>
        <w:autoSpaceDN w:val="0"/>
        <w:spacing w:before="9582" w:after="0" w:line="162" w:lineRule="exact"/>
        <w:jc w:val="center"/>
      </w:pPr>
      <w:r>
        <w:rPr>
          <w:rFonts w:ascii="ArialMT" w:eastAsia="ArialMT" w:hAnsi="ArialMT"/>
          <w:color w:val="1A1A1A"/>
          <w:spacing w:val="-10"/>
        </w:rPr>
        <w:t>54</w:t>
      </w:r>
    </w:p>
    <w:sectPr w:rsidR="00F925E9" w:rsidSect="00034616">
      <w:pgSz w:w="11900" w:h="16840"/>
      <w:pgMar w:top="240" w:right="240" w:bottom="100" w:left="2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6938034">
    <w:abstractNumId w:val="8"/>
  </w:num>
  <w:num w:numId="2" w16cid:durableId="1299453684">
    <w:abstractNumId w:val="6"/>
  </w:num>
  <w:num w:numId="3" w16cid:durableId="2026976397">
    <w:abstractNumId w:val="5"/>
  </w:num>
  <w:num w:numId="4" w16cid:durableId="1561596623">
    <w:abstractNumId w:val="4"/>
  </w:num>
  <w:num w:numId="5" w16cid:durableId="1964925455">
    <w:abstractNumId w:val="7"/>
  </w:num>
  <w:num w:numId="6" w16cid:durableId="1918439267">
    <w:abstractNumId w:val="3"/>
  </w:num>
  <w:num w:numId="7" w16cid:durableId="46881590">
    <w:abstractNumId w:val="2"/>
  </w:num>
  <w:num w:numId="8" w16cid:durableId="363096339">
    <w:abstractNumId w:val="1"/>
  </w:num>
  <w:num w:numId="9" w16cid:durableId="154162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603B"/>
    <w:rsid w:val="008B5DE6"/>
    <w:rsid w:val="00AA1D8D"/>
    <w:rsid w:val="00B47730"/>
    <w:rsid w:val="00CB0664"/>
    <w:rsid w:val="00F925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29896"/>
  <w14:defaultImageDpi w14:val="300"/>
  <w15:docId w15:val="{E930C645-EC8D-4680-9919-D63F7C9F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12240</Words>
  <Characters>69773</Characters>
  <Application>Microsoft Office Word</Application>
  <DocSecurity>0</DocSecurity>
  <Lines>581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MyLaptop</cp:lastModifiedBy>
  <cp:revision>2</cp:revision>
  <dcterms:created xsi:type="dcterms:W3CDTF">2026-07-16T01:42:00Z</dcterms:created>
  <dcterms:modified xsi:type="dcterms:W3CDTF">2026-07-16T01:42:00Z</dcterms:modified>
  <cp:category/>
</cp:coreProperties>
</file>